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562"/>
        <w:gridCol w:w="3256"/>
        <w:gridCol w:w="3212"/>
      </w:tblGrid>
      <w:tr w:rsidR="00BD7C62" w:rsidTr="00C7156C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BD7C62" w:rsidRPr="006E4C61" w:rsidRDefault="00140B60" w:rsidP="00C7156C">
            <w:pPr>
              <w:keepNext/>
              <w:jc w:val="center"/>
              <w:rPr>
                <w:i/>
                <w:color w:val="595959"/>
              </w:rPr>
            </w:pPr>
            <w:r w:rsidRPr="00140B60">
              <w:rPr>
                <w:i/>
                <w:color w:val="595959"/>
              </w:rPr>
              <w:drawing>
                <wp:inline distT="0" distB="0" distL="0" distR="0">
                  <wp:extent cx="952500" cy="1181100"/>
                  <wp:effectExtent l="0" t="0" r="0" b="0"/>
                  <wp:docPr id="6" name="Picture 3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BD7C62" w:rsidRDefault="00BD7C62" w:rsidP="00C7156C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BD7C62" w:rsidRPr="00191219" w:rsidRDefault="00BD7C62" w:rsidP="00C7156C">
            <w:pPr>
              <w:keepNext/>
              <w:rPr>
                <w:lang w:val="ro-RO"/>
              </w:rPr>
            </w:pPr>
            <w:r w:rsidRPr="006E4C61">
              <w:rPr>
                <w:sz w:val="20"/>
                <w:szCs w:val="32"/>
                <w:lang w:val="ro-RO"/>
              </w:rPr>
              <w:t>TIMIȘ</w:t>
            </w:r>
          </w:p>
        </w:tc>
      </w:tr>
      <w:tr w:rsidR="00BD7C62" w:rsidTr="00C7156C">
        <w:trPr>
          <w:cantSplit/>
          <w:trHeight w:val="510"/>
        </w:trPr>
        <w:tc>
          <w:tcPr>
            <w:tcW w:w="1606" w:type="dxa"/>
            <w:vMerge/>
          </w:tcPr>
          <w:p w:rsidR="00BD7C62" w:rsidRDefault="00BD7C62" w:rsidP="00C7156C"/>
        </w:tc>
        <w:tc>
          <w:tcPr>
            <w:tcW w:w="8030" w:type="dxa"/>
            <w:gridSpan w:val="3"/>
            <w:shd w:val="clear" w:color="auto" w:fill="F0F0F0"/>
          </w:tcPr>
          <w:p w:rsidR="00BD7C62" w:rsidRDefault="00BD7C62" w:rsidP="00C7156C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:rsidR="00BD7C62" w:rsidRDefault="00BD7C62" w:rsidP="00C7156C">
            <w:pPr>
              <w:keepNext/>
            </w:pPr>
            <w:r w:rsidRPr="006E4C61">
              <w:rPr>
                <w:sz w:val="20"/>
                <w:szCs w:val="32"/>
              </w:rPr>
              <w:t xml:space="preserve">PRIMĂRIA </w:t>
            </w:r>
            <w:r w:rsidR="00140B60">
              <w:rPr>
                <w:sz w:val="20"/>
                <w:szCs w:val="32"/>
              </w:rPr>
              <w:t>COMUNEI PECIU NOU</w:t>
            </w:r>
          </w:p>
        </w:tc>
      </w:tr>
      <w:tr w:rsidR="00BD7C62" w:rsidTr="00C7156C">
        <w:trPr>
          <w:cantSplit/>
          <w:trHeight w:val="510"/>
        </w:trPr>
        <w:tc>
          <w:tcPr>
            <w:tcW w:w="1606" w:type="dxa"/>
            <w:vMerge/>
          </w:tcPr>
          <w:p w:rsidR="00BD7C62" w:rsidRDefault="00BD7C62" w:rsidP="00C7156C"/>
        </w:tc>
        <w:tc>
          <w:tcPr>
            <w:tcW w:w="1562" w:type="dxa"/>
            <w:shd w:val="clear" w:color="auto" w:fill="F0F0F0"/>
          </w:tcPr>
          <w:p w:rsidR="00BD7C62" w:rsidRPr="00F801F2" w:rsidRDefault="00BD7C62" w:rsidP="00C7156C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F801F2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:rsidR="00BD7C62" w:rsidRPr="006E4C61" w:rsidRDefault="00140B60" w:rsidP="00C7156C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4358207</w:t>
            </w:r>
          </w:p>
        </w:tc>
        <w:tc>
          <w:tcPr>
            <w:tcW w:w="6468" w:type="dxa"/>
            <w:gridSpan w:val="2"/>
            <w:shd w:val="clear" w:color="auto" w:fill="F0F0F0"/>
          </w:tcPr>
          <w:p w:rsidR="00140B60" w:rsidRDefault="00BD7C62" w:rsidP="00140B60">
            <w:pPr>
              <w:keepNext/>
            </w:pPr>
            <w:r w:rsidRPr="006E4C61">
              <w:rPr>
                <w:iCs/>
                <w:color w:val="7A7A7A"/>
                <w:sz w:val="20"/>
                <w:szCs w:val="20"/>
              </w:rPr>
              <w:t xml:space="preserve"> </w:t>
            </w:r>
            <w:proofErr w:type="spellStart"/>
            <w:r w:rsidR="00140B60">
              <w:rPr>
                <w:b/>
                <w:color w:val="0D5F78"/>
              </w:rPr>
              <w:t>Adresa</w:t>
            </w:r>
            <w:proofErr w:type="spellEnd"/>
            <w:r w:rsidR="00140B60">
              <w:rPr>
                <w:b/>
                <w:color w:val="0D5F78"/>
              </w:rPr>
              <w:t xml:space="preserve"> </w:t>
            </w:r>
            <w:proofErr w:type="spellStart"/>
            <w:r w:rsidR="00140B60">
              <w:rPr>
                <w:b/>
                <w:color w:val="0D5F78"/>
              </w:rPr>
              <w:t>oficială</w:t>
            </w:r>
            <w:proofErr w:type="spellEnd"/>
          </w:p>
          <w:p w:rsidR="00140B60" w:rsidRPr="00CA78D8" w:rsidRDefault="00140B60" w:rsidP="00140B60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Peciu Nou, nr.189,</w:t>
            </w:r>
            <w:r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 xml:space="preserve"> </w:t>
            </w: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307310 - Timiș</w:t>
            </w:r>
          </w:p>
          <w:p w:rsidR="00140B60" w:rsidRPr="00CA78D8" w:rsidRDefault="00140B60" w:rsidP="00140B60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Telefon: 0256.414.500 , 0256.414.201</w:t>
            </w:r>
          </w:p>
          <w:p w:rsidR="00140B60" w:rsidRPr="00CA78D8" w:rsidRDefault="00140B60" w:rsidP="00140B60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Fax: 0256.414.826</w:t>
            </w:r>
          </w:p>
          <w:p w:rsidR="00140B60" w:rsidRPr="00CA78D8" w:rsidRDefault="00140B60" w:rsidP="00140B60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www.primariapeciunou.ro</w:t>
            </w:r>
          </w:p>
          <w:p w:rsidR="00BD7C62" w:rsidRPr="006E4C61" w:rsidRDefault="00140B60" w:rsidP="00140B60">
            <w:pPr>
              <w:keepNext/>
              <w:rPr>
                <w:iCs/>
                <w:sz w:val="20"/>
                <w:szCs w:val="20"/>
              </w:rPr>
            </w:pPr>
            <w:r w:rsidRPr="00CA78D8">
              <w:rPr>
                <w:rFonts w:eastAsia="Times New Roman" w:cs="Times New Roman"/>
                <w:sz w:val="20"/>
                <w:szCs w:val="20"/>
                <w:lang w:val="ro-RO"/>
              </w:rPr>
              <w:t>e-mail: contact@primariapeciunou.ro</w:t>
            </w:r>
          </w:p>
          <w:p w:rsidR="00BD7C62" w:rsidRDefault="00BD7C62" w:rsidP="00C7156C">
            <w:pPr>
              <w:keepNext/>
            </w:pPr>
          </w:p>
        </w:tc>
      </w:tr>
      <w:tr w:rsidR="00BD7C62" w:rsidTr="00C7156C">
        <w:trPr>
          <w:cantSplit/>
          <w:trHeight w:val="510"/>
        </w:trPr>
        <w:tc>
          <w:tcPr>
            <w:tcW w:w="1606" w:type="dxa"/>
            <w:vMerge/>
          </w:tcPr>
          <w:p w:rsidR="00BD7C62" w:rsidRDefault="00BD7C62" w:rsidP="00C7156C"/>
        </w:tc>
        <w:tc>
          <w:tcPr>
            <w:tcW w:w="4818" w:type="dxa"/>
            <w:gridSpan w:val="2"/>
            <w:shd w:val="clear" w:color="auto" w:fill="F0F0F0"/>
          </w:tcPr>
          <w:p w:rsidR="00BD7C62" w:rsidRDefault="00BD7C62" w:rsidP="00C7156C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:rsidR="00BD7C62" w:rsidRDefault="00BD7C62" w:rsidP="00C7156C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BD7C62" w:rsidRDefault="00BD7C62" w:rsidP="00C7156C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BD7C62" w:rsidRDefault="00BD7C62" w:rsidP="00C7156C">
            <w:pPr>
              <w:keepNext/>
            </w:pPr>
          </w:p>
        </w:tc>
      </w:tr>
    </w:tbl>
    <w:p w:rsidR="00945CC5" w:rsidRPr="004E6AFA" w:rsidRDefault="00FA7758" w:rsidP="003E706D">
      <w:pPr>
        <w:spacing w:before="140" w:after="40"/>
        <w:jc w:val="center"/>
        <w:rPr>
          <w:sz w:val="28"/>
          <w:szCs w:val="28"/>
          <w:lang w:val="fr-FR"/>
        </w:rPr>
      </w:pPr>
      <w:r w:rsidRPr="004E6AFA">
        <w:rPr>
          <w:b/>
          <w:sz w:val="28"/>
          <w:szCs w:val="28"/>
          <w:lang w:val="fr-FR"/>
        </w:rPr>
        <w:t>CERERE</w:t>
      </w:r>
    </w:p>
    <w:p w:rsidR="00945CC5" w:rsidRPr="003E706D" w:rsidRDefault="00945CC5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945CC5">
        <w:trPr>
          <w:cantSplit/>
        </w:trPr>
        <w:tc>
          <w:tcPr>
            <w:tcW w:w="9636" w:type="dxa"/>
            <w:shd w:val="clear" w:color="auto" w:fill="F4F4F4"/>
          </w:tcPr>
          <w:p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945CC5" w:rsidRPr="004E6AFA">
        <w:trPr>
          <w:cantSplit/>
          <w:trHeight w:val="510"/>
        </w:trPr>
        <w:tc>
          <w:tcPr>
            <w:tcW w:w="9636" w:type="dxa"/>
          </w:tcPr>
          <w:p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Institu</w:t>
            </w:r>
            <w:proofErr w:type="spellEnd"/>
            <w:r w:rsidRPr="003E706D">
              <w:rPr>
                <w:b/>
                <w:color w:val="0D5F78"/>
                <w:lang w:val="fr-FR"/>
              </w:rPr>
              <w:t>ț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ia</w:t>
            </w:r>
            <w:proofErr w:type="spellEnd"/>
          </w:p>
          <w:p w:rsidR="00945CC5" w:rsidRPr="003E706D" w:rsidRDefault="00211A80">
            <w:pPr>
              <w:keepNext/>
              <w:rPr>
                <w:lang w:val="fr-FR"/>
              </w:rPr>
            </w:pPr>
            <w:r w:rsidRPr="006E4C61">
              <w:rPr>
                <w:sz w:val="20"/>
                <w:szCs w:val="32"/>
              </w:rPr>
              <w:t xml:space="preserve">PRIMĂRIA </w:t>
            </w:r>
            <w:r w:rsidR="00140B60">
              <w:rPr>
                <w:sz w:val="20"/>
                <w:szCs w:val="32"/>
              </w:rPr>
              <w:t>COMUNEI PECIU NOU</w:t>
            </w:r>
          </w:p>
        </w:tc>
      </w:tr>
      <w:tr w:rsidR="00945CC5" w:rsidRPr="004E6AFA">
        <w:trPr>
          <w:cantSplit/>
        </w:trPr>
        <w:tc>
          <w:tcPr>
            <w:tcW w:w="9636" w:type="dxa"/>
            <w:shd w:val="clear" w:color="auto" w:fill="F4F4F4"/>
          </w:tcPr>
          <w:p w:rsidR="00945CC5" w:rsidRPr="003E706D" w:rsidRDefault="00FA7758">
            <w:pPr>
              <w:spacing w:line="228" w:lineRule="auto"/>
              <w:rPr>
                <w:lang w:val="fr-FR"/>
              </w:rPr>
            </w:pPr>
            <w:proofErr w:type="spellStart"/>
            <w:r w:rsidRPr="003E706D">
              <w:rPr>
                <w:lang w:val="fr-FR"/>
              </w:rPr>
              <w:t>Cererea</w:t>
            </w:r>
            <w:proofErr w:type="spellEnd"/>
            <w:r w:rsidRPr="003E706D">
              <w:rPr>
                <w:lang w:val="fr-FR"/>
              </w:rPr>
              <w:t xml:space="preserve"> va fi </w:t>
            </w:r>
            <w:proofErr w:type="spellStart"/>
            <w:r w:rsidRPr="003E706D">
              <w:rPr>
                <w:lang w:val="fr-FR"/>
              </w:rPr>
              <w:t>transmisă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către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pre</w:t>
            </w:r>
            <w:proofErr w:type="spellEnd"/>
            <w:r w:rsidRPr="003E706D">
              <w:rPr>
                <w:lang w:val="fr-FR"/>
              </w:rPr>
              <w:t>ș</w:t>
            </w:r>
            <w:proofErr w:type="spellStart"/>
            <w:r w:rsidRPr="003E706D">
              <w:rPr>
                <w:lang w:val="fr-FR"/>
              </w:rPr>
              <w:t>edintele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consiliului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jude</w:t>
            </w:r>
            <w:proofErr w:type="spellEnd"/>
            <w:r w:rsidRPr="003E706D">
              <w:rPr>
                <w:lang w:val="fr-FR"/>
              </w:rPr>
              <w:t>ț</w:t>
            </w:r>
            <w:proofErr w:type="spellStart"/>
            <w:r w:rsidRPr="003E706D">
              <w:rPr>
                <w:lang w:val="fr-FR"/>
              </w:rPr>
              <w:t>ean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general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de </w:t>
            </w:r>
            <w:proofErr w:type="spellStart"/>
            <w:r w:rsidRPr="003E706D">
              <w:rPr>
                <w:lang w:val="fr-FR"/>
              </w:rPr>
              <w:t>sector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sau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municipiului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ora</w:t>
            </w:r>
            <w:proofErr w:type="spellEnd"/>
            <w:r w:rsidRPr="003E706D">
              <w:rPr>
                <w:lang w:val="fr-FR"/>
              </w:rPr>
              <w:t>ș</w:t>
            </w:r>
            <w:proofErr w:type="spellStart"/>
            <w:r w:rsidRPr="003E706D">
              <w:rPr>
                <w:lang w:val="fr-FR"/>
              </w:rPr>
              <w:t>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comunei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după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caz</w:t>
            </w:r>
            <w:proofErr w:type="spellEnd"/>
            <w:r w:rsidRPr="003E706D">
              <w:rPr>
                <w:lang w:val="fr-FR"/>
              </w:rPr>
              <w:t>.</w:t>
            </w:r>
          </w:p>
        </w:tc>
      </w:tr>
    </w:tbl>
    <w:p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945CC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945CC5">
        <w:trPr>
          <w:cantSplit/>
          <w:trHeight w:val="510"/>
        </w:trPr>
        <w:tc>
          <w:tcPr>
            <w:tcW w:w="5621" w:type="dxa"/>
            <w:gridSpan w:val="5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:rsidR="00945CC5" w:rsidRDefault="00945CC5">
            <w:pPr>
              <w:keepNext/>
            </w:pPr>
          </w:p>
        </w:tc>
        <w:tc>
          <w:tcPr>
            <w:tcW w:w="4015" w:type="dxa"/>
            <w:gridSpan w:val="3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945CC5" w:rsidRDefault="00FA7758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945CC5">
        <w:trPr>
          <w:cantSplit/>
          <w:trHeight w:val="510"/>
        </w:trPr>
        <w:tc>
          <w:tcPr>
            <w:tcW w:w="1606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945CC5" w:rsidRDefault="00945CC5">
            <w:pPr>
              <w:keepNext/>
            </w:pPr>
          </w:p>
        </w:tc>
        <w:tc>
          <w:tcPr>
            <w:tcW w:w="1606" w:type="dxa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:rsidR="00945CC5" w:rsidRDefault="00945CC5">
            <w:pPr>
              <w:keepNext/>
            </w:pPr>
          </w:p>
        </w:tc>
        <w:tc>
          <w:tcPr>
            <w:tcW w:w="4818" w:type="dxa"/>
            <w:gridSpan w:val="5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:rsidR="00945CC5" w:rsidRDefault="00945CC5">
            <w:pPr>
              <w:keepNext/>
            </w:pPr>
          </w:p>
        </w:tc>
        <w:tc>
          <w:tcPr>
            <w:tcW w:w="1606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945CC5">
        <w:trPr>
          <w:cantSplit/>
          <w:trHeight w:val="510"/>
        </w:trPr>
        <w:tc>
          <w:tcPr>
            <w:tcW w:w="3212" w:type="dxa"/>
            <w:gridSpan w:val="2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945CC5" w:rsidRDefault="00945CC5">
            <w:pPr>
              <w:keepNext/>
            </w:pPr>
          </w:p>
        </w:tc>
        <w:tc>
          <w:tcPr>
            <w:tcW w:w="3212" w:type="dxa"/>
            <w:gridSpan w:val="4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:rsidR="00945CC5" w:rsidRDefault="00945CC5">
            <w:pPr>
              <w:keepNext/>
            </w:pPr>
          </w:p>
        </w:tc>
      </w:tr>
      <w:tr w:rsidR="00945CC5">
        <w:trPr>
          <w:cantSplit/>
          <w:trHeight w:val="510"/>
        </w:trPr>
        <w:tc>
          <w:tcPr>
            <w:tcW w:w="3212" w:type="dxa"/>
            <w:gridSpan w:val="2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945CC5" w:rsidRDefault="00945CC5">
            <w:pPr>
              <w:keepNext/>
            </w:pPr>
          </w:p>
        </w:tc>
        <w:tc>
          <w:tcPr>
            <w:tcW w:w="803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945CC5" w:rsidRDefault="00945CC5">
            <w:pPr>
              <w:keepNext/>
            </w:pPr>
          </w:p>
        </w:tc>
        <w:tc>
          <w:tcPr>
            <w:tcW w:w="803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945CC5" w:rsidRDefault="00945CC5">
            <w:pPr>
              <w:keepNext/>
            </w:pPr>
          </w:p>
        </w:tc>
        <w:tc>
          <w:tcPr>
            <w:tcW w:w="803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945CC5" w:rsidRDefault="00945CC5">
            <w:pPr>
              <w:keepNext/>
            </w:pPr>
          </w:p>
        </w:tc>
        <w:tc>
          <w:tcPr>
            <w:tcW w:w="803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945CC5" w:rsidRDefault="00945CC5">
            <w:pPr>
              <w:keepNext/>
            </w:pPr>
          </w:p>
        </w:tc>
        <w:tc>
          <w:tcPr>
            <w:tcW w:w="1606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945CC5" w:rsidRDefault="00945CC5">
            <w:pPr>
              <w:keepNext/>
            </w:pPr>
          </w:p>
        </w:tc>
        <w:tc>
          <w:tcPr>
            <w:tcW w:w="1606" w:type="dxa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:rsidR="00945CC5" w:rsidRDefault="00945CC5">
            <w:pPr>
              <w:keepNext/>
            </w:pPr>
          </w:p>
        </w:tc>
      </w:tr>
      <w:tr w:rsidR="00945CC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945CC5" w:rsidRDefault="00FA7758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945CC5">
        <w:trPr>
          <w:cantSplit/>
          <w:trHeight w:val="510"/>
        </w:trPr>
        <w:tc>
          <w:tcPr>
            <w:tcW w:w="4015" w:type="dxa"/>
            <w:gridSpan w:val="3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:rsidR="00945CC5" w:rsidRDefault="00945CC5">
            <w:pPr>
              <w:keepNext/>
            </w:pPr>
          </w:p>
        </w:tc>
        <w:tc>
          <w:tcPr>
            <w:tcW w:w="5621" w:type="dxa"/>
            <w:gridSpan w:val="5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945CC5">
        <w:trPr>
          <w:cantSplit/>
          <w:trHeight w:val="510"/>
        </w:trPr>
        <w:tc>
          <w:tcPr>
            <w:tcW w:w="6424" w:type="dxa"/>
            <w:gridSpan w:val="6"/>
          </w:tcPr>
          <w:p w:rsidR="00945CC5" w:rsidRDefault="00FA7758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:rsidR="00945CC5" w:rsidRDefault="00945CC5"/>
        </w:tc>
        <w:tc>
          <w:tcPr>
            <w:tcW w:w="3212" w:type="dxa"/>
            <w:gridSpan w:val="2"/>
          </w:tcPr>
          <w:p w:rsidR="00945CC5" w:rsidRDefault="00FA7758">
            <w:r>
              <w:rPr>
                <w:b/>
                <w:color w:val="0D5F78"/>
              </w:rPr>
              <w:t>CUI / CIF</w:t>
            </w:r>
          </w:p>
          <w:p w:rsidR="00945CC5" w:rsidRDefault="00945CC5"/>
        </w:tc>
      </w:tr>
    </w:tbl>
    <w:p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2409"/>
        <w:gridCol w:w="4015"/>
      </w:tblGrid>
      <w:tr w:rsidR="00945CC5" w:rsidRPr="004E6AFA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sz w:val="16"/>
                <w:lang w:val="fr-FR"/>
              </w:rPr>
              <w:t xml:space="preserve"> 3. </w:t>
            </w:r>
            <w:r w:rsidRPr="003E706D">
              <w:rPr>
                <w:b/>
                <w:color w:val="000000"/>
                <w:sz w:val="18"/>
                <w:lang w:val="fr-FR"/>
              </w:rPr>
              <w:t>TITULAR AL AUTORIZAȚIEI DE CONSTRUIRE</w:t>
            </w:r>
          </w:p>
        </w:tc>
      </w:tr>
      <w:tr w:rsidR="00945CC5">
        <w:trPr>
          <w:cantSplit/>
          <w:trHeight w:val="510"/>
        </w:trPr>
        <w:tc>
          <w:tcPr>
            <w:tcW w:w="1606" w:type="dxa"/>
          </w:tcPr>
          <w:p w:rsidR="00945CC5" w:rsidRDefault="00FA7758">
            <w:r>
              <w:rPr>
                <w:b/>
                <w:color w:val="0D5F78"/>
              </w:rPr>
              <w:t>Nr.</w:t>
            </w:r>
          </w:p>
          <w:p w:rsidR="00945CC5" w:rsidRDefault="00945CC5"/>
        </w:tc>
        <w:tc>
          <w:tcPr>
            <w:tcW w:w="1606" w:type="dxa"/>
          </w:tcPr>
          <w:p w:rsidR="00945CC5" w:rsidRDefault="00FA7758">
            <w:r>
              <w:rPr>
                <w:b/>
                <w:color w:val="0D5F78"/>
              </w:rPr>
              <w:t>Din data</w:t>
            </w:r>
          </w:p>
          <w:p w:rsidR="00945CC5" w:rsidRDefault="00945CC5"/>
        </w:tc>
        <w:tc>
          <w:tcPr>
            <w:tcW w:w="2409" w:type="dxa"/>
          </w:tcPr>
          <w:p w:rsidR="00945CC5" w:rsidRDefault="00FA7758">
            <w:proofErr w:type="spellStart"/>
            <w:r>
              <w:rPr>
                <w:b/>
                <w:color w:val="0D5F78"/>
              </w:rPr>
              <w:t>Termen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valabilitate</w:t>
            </w:r>
            <w:proofErr w:type="spellEnd"/>
          </w:p>
          <w:p w:rsidR="00945CC5" w:rsidRDefault="00945CC5"/>
        </w:tc>
        <w:tc>
          <w:tcPr>
            <w:tcW w:w="4015" w:type="dxa"/>
          </w:tcPr>
          <w:p w:rsidR="00945CC5" w:rsidRDefault="00FA7758"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:rsidR="00945CC5" w:rsidRDefault="00945CC5"/>
        </w:tc>
      </w:tr>
    </w:tbl>
    <w:p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2409"/>
        <w:gridCol w:w="803"/>
        <w:gridCol w:w="803"/>
        <w:gridCol w:w="2409"/>
      </w:tblGrid>
      <w:tr w:rsidR="00945CC5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945CC5" w:rsidRDefault="00FA7758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945CC5">
        <w:trPr>
          <w:cantSplit/>
        </w:trPr>
        <w:tc>
          <w:tcPr>
            <w:tcW w:w="9636" w:type="dxa"/>
            <w:gridSpan w:val="6"/>
          </w:tcPr>
          <w:p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945CC5">
        <w:trPr>
          <w:cantSplit/>
          <w:trHeight w:val="510"/>
        </w:trPr>
        <w:tc>
          <w:tcPr>
            <w:tcW w:w="3212" w:type="dxa"/>
            <w:gridSpan w:val="2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  <w:trHeight w:val="510"/>
        </w:trPr>
        <w:tc>
          <w:tcPr>
            <w:tcW w:w="1606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945CC5" w:rsidRDefault="00945CC5">
            <w:pPr>
              <w:keepNext/>
            </w:pPr>
          </w:p>
        </w:tc>
        <w:tc>
          <w:tcPr>
            <w:tcW w:w="4818" w:type="dxa"/>
            <w:gridSpan w:val="3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945CC5" w:rsidRDefault="00945CC5">
            <w:pPr>
              <w:keepNext/>
            </w:pPr>
          </w:p>
        </w:tc>
        <w:tc>
          <w:tcPr>
            <w:tcW w:w="803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945CC5" w:rsidRDefault="00945CC5">
            <w:pPr>
              <w:keepNext/>
            </w:pPr>
          </w:p>
        </w:tc>
        <w:tc>
          <w:tcPr>
            <w:tcW w:w="2409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  <w:trHeight w:val="510"/>
        </w:trPr>
        <w:tc>
          <w:tcPr>
            <w:tcW w:w="5621" w:type="dxa"/>
            <w:gridSpan w:val="3"/>
          </w:tcPr>
          <w:p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Număr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cadastral</w:t>
            </w:r>
          </w:p>
          <w:p w:rsidR="00945CC5" w:rsidRPr="003E706D" w:rsidRDefault="00945CC5" w:rsidP="00BD7C6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</w:trPr>
        <w:tc>
          <w:tcPr>
            <w:tcW w:w="9636" w:type="dxa"/>
            <w:gridSpan w:val="6"/>
          </w:tcPr>
          <w:p w:rsidR="00945CC5" w:rsidRDefault="00FA7758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:rsidR="00945CC5" w:rsidRDefault="00FA7758" w:rsidP="003E706D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art. 293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solicit </w:t>
      </w:r>
      <w:proofErr w:type="spellStart"/>
      <w:r>
        <w:rPr>
          <w:sz w:val="18"/>
        </w:rPr>
        <w:t>emiterea</w:t>
      </w:r>
      <w:proofErr w:type="spellEnd"/>
    </w:p>
    <w:p w:rsidR="00945CC5" w:rsidRDefault="00FA7758">
      <w:pPr>
        <w:spacing w:after="160"/>
        <w:jc w:val="center"/>
      </w:pPr>
      <w:r>
        <w:rPr>
          <w:b/>
          <w:sz w:val="20"/>
        </w:rPr>
        <w:t>AUTORIZAȚIEI DE MODIFICARE</w:t>
      </w:r>
    </w:p>
    <w:p w:rsidR="00945CC5" w:rsidRDefault="00FA7758">
      <w:pPr>
        <w:spacing w:after="120"/>
        <w:jc w:val="center"/>
      </w:pPr>
      <w:proofErr w:type="spellStart"/>
      <w:r>
        <w:rPr>
          <w:sz w:val="19"/>
        </w:rPr>
        <w:t>în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vederea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realizării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corespunzătoare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modificărilor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temă</w:t>
      </w:r>
      <w:proofErr w:type="spellEnd"/>
    </w:p>
    <w:p w:rsidR="00945CC5" w:rsidRDefault="00945CC5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945CC5">
        <w:trPr>
          <w:cantSplit/>
        </w:trPr>
        <w:tc>
          <w:tcPr>
            <w:tcW w:w="9636" w:type="dxa"/>
            <w:shd w:val="clear" w:color="auto" w:fill="F4F4F4"/>
          </w:tcPr>
          <w:p w:rsidR="00945CC5" w:rsidRDefault="00FA7758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MODIFICĂRILE DE TEMĂ SOLICITATE</w:t>
            </w:r>
          </w:p>
        </w:tc>
      </w:tr>
      <w:tr w:rsidR="00945CC5">
        <w:trPr>
          <w:cantSplit/>
        </w:trPr>
        <w:tc>
          <w:tcPr>
            <w:tcW w:w="9636" w:type="dxa"/>
          </w:tcPr>
          <w:p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3212"/>
        <w:gridCol w:w="803"/>
        <w:gridCol w:w="1606"/>
        <w:gridCol w:w="4015"/>
      </w:tblGrid>
      <w:tr w:rsidR="00945CC5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:rsidR="00945CC5" w:rsidRDefault="00FA7758">
            <w:pPr>
              <w:keepNext/>
            </w:pPr>
            <w:r>
              <w:rPr>
                <w:b/>
                <w:sz w:val="16"/>
              </w:rPr>
              <w:lastRenderedPageBreak/>
              <w:t xml:space="preserve"> 6. </w:t>
            </w:r>
            <w:r>
              <w:rPr>
                <w:b/>
                <w:color w:val="000000"/>
                <w:sz w:val="18"/>
              </w:rPr>
              <w:t>ECHIPA DE PROIECTARE</w:t>
            </w:r>
          </w:p>
        </w:tc>
      </w:tr>
      <w:tr w:rsidR="00945CC5">
        <w:trPr>
          <w:cantSplit/>
        </w:trPr>
        <w:tc>
          <w:tcPr>
            <w:tcW w:w="9636" w:type="dxa"/>
            <w:gridSpan w:val="4"/>
          </w:tcPr>
          <w:p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 w:rsidR="003E706D">
              <w:rPr>
                <w:sz w:val="16"/>
              </w:rPr>
              <w:t>P</w:t>
            </w:r>
            <w:r>
              <w:rPr>
                <w:sz w:val="16"/>
              </w:rPr>
              <w:t>roiect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construirii</w:t>
            </w:r>
            <w:proofErr w:type="spellEnd"/>
            <w:r w:rsidR="003E706D">
              <w:rPr>
                <w:sz w:val="16"/>
              </w:rPr>
              <w:t xml:space="preserve"> </w:t>
            </w:r>
            <w:proofErr w:type="spellStart"/>
            <w:r w:rsidR="003E706D"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     </w:t>
            </w:r>
          </w:p>
        </w:tc>
      </w:tr>
      <w:tr w:rsidR="00945CC5">
        <w:trPr>
          <w:cantSplit/>
          <w:trHeight w:val="510"/>
        </w:trPr>
        <w:tc>
          <w:tcPr>
            <w:tcW w:w="3212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Nr. / data </w:t>
            </w:r>
            <w:proofErr w:type="spellStart"/>
            <w:r>
              <w:rPr>
                <w:b/>
                <w:color w:val="0D5F78"/>
              </w:rPr>
              <w:t>proiectului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actualizat</w:t>
            </w:r>
            <w:proofErr w:type="spellEnd"/>
          </w:p>
          <w:p w:rsidR="00945CC5" w:rsidRDefault="00945CC5">
            <w:pPr>
              <w:keepNext/>
            </w:pPr>
          </w:p>
        </w:tc>
        <w:tc>
          <w:tcPr>
            <w:tcW w:w="6424" w:type="dxa"/>
            <w:gridSpan w:val="3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Elaborator (</w:t>
            </w: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+ </w:t>
            </w:r>
            <w:proofErr w:type="spellStart"/>
            <w:r>
              <w:rPr>
                <w:b/>
                <w:color w:val="0D5F78"/>
              </w:rPr>
              <w:t>sediu</w:t>
            </w:r>
            <w:proofErr w:type="spellEnd"/>
            <w:r>
              <w:rPr>
                <w:b/>
                <w:color w:val="0D5F78"/>
              </w:rPr>
              <w:t>)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  <w:trHeight w:val="510"/>
        </w:trPr>
        <w:tc>
          <w:tcPr>
            <w:tcW w:w="4015" w:type="dxa"/>
            <w:gridSpan w:val="2"/>
          </w:tcPr>
          <w:p w:rsidR="00945CC5" w:rsidRDefault="00FA7758"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conductor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:rsidR="00945CC5" w:rsidRDefault="00945CC5"/>
        </w:tc>
        <w:tc>
          <w:tcPr>
            <w:tcW w:w="1606" w:type="dxa"/>
          </w:tcPr>
          <w:p w:rsidR="00945CC5" w:rsidRDefault="00FA7758">
            <w:r>
              <w:rPr>
                <w:b/>
                <w:color w:val="0D5F78"/>
              </w:rPr>
              <w:t>Nr. TNA</w:t>
            </w:r>
          </w:p>
          <w:p w:rsidR="00945CC5" w:rsidRDefault="00945CC5"/>
        </w:tc>
        <w:tc>
          <w:tcPr>
            <w:tcW w:w="4015" w:type="dxa"/>
          </w:tcPr>
          <w:p w:rsidR="00945CC5" w:rsidRDefault="00FA7758">
            <w:proofErr w:type="spellStart"/>
            <w:r>
              <w:rPr>
                <w:b/>
                <w:color w:val="0D5F78"/>
              </w:rPr>
              <w:t>Ingineri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pe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</w:p>
          <w:p w:rsidR="00945CC5" w:rsidRDefault="00945CC5"/>
        </w:tc>
      </w:tr>
    </w:tbl>
    <w:p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5621"/>
        <w:gridCol w:w="4015"/>
      </w:tblGrid>
      <w:tr w:rsidR="00945CC5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:rsidR="00945CC5" w:rsidRDefault="00FA7758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VERIFICAREA TEHNICĂ</w:t>
            </w:r>
          </w:p>
        </w:tc>
      </w:tr>
      <w:tr w:rsidR="00945CC5">
        <w:trPr>
          <w:cantSplit/>
        </w:trPr>
        <w:tc>
          <w:tcPr>
            <w:tcW w:w="9636" w:type="dxa"/>
            <w:gridSpan w:val="2"/>
          </w:tcPr>
          <w:p w:rsidR="00945CC5" w:rsidRDefault="00FA7758">
            <w:pPr>
              <w:keepNext/>
            </w:pPr>
            <w:r>
              <w:rPr>
                <w:sz w:val="16"/>
              </w:rPr>
              <w:t xml:space="preserve"> ☐ CC 1 / NVP 1     ☐ CC 2 / NVP 2     ☐ CC 3 / NVP 3     ☐ CC 4 / NVP 4</w:t>
            </w:r>
          </w:p>
        </w:tc>
      </w:tr>
      <w:tr w:rsidR="00945CC5">
        <w:trPr>
          <w:cantSplit/>
          <w:trHeight w:val="510"/>
        </w:trPr>
        <w:tc>
          <w:tcPr>
            <w:tcW w:w="5621" w:type="dxa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stabilitate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:rsidR="00945CC5" w:rsidRDefault="00945CC5">
            <w:pPr>
              <w:keepNext/>
            </w:pPr>
          </w:p>
        </w:tc>
        <w:tc>
          <w:tcPr>
            <w:tcW w:w="4015" w:type="dxa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  <w:trHeight w:val="510"/>
        </w:trPr>
        <w:tc>
          <w:tcPr>
            <w:tcW w:w="5621" w:type="dxa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securitate</w:t>
            </w:r>
            <w:proofErr w:type="spellEnd"/>
            <w:r>
              <w:rPr>
                <w:b/>
                <w:color w:val="0D5F78"/>
              </w:rPr>
              <w:t xml:space="preserve"> la </w:t>
            </w:r>
            <w:proofErr w:type="spellStart"/>
            <w:r>
              <w:rPr>
                <w:b/>
                <w:color w:val="0D5F78"/>
              </w:rPr>
              <w:t>incendiu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:rsidR="00945CC5" w:rsidRDefault="00945CC5">
            <w:pPr>
              <w:keepNext/>
            </w:pPr>
          </w:p>
        </w:tc>
        <w:tc>
          <w:tcPr>
            <w:tcW w:w="4015" w:type="dxa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  <w:trHeight w:val="510"/>
        </w:trPr>
        <w:tc>
          <w:tcPr>
            <w:tcW w:w="5621" w:type="dxa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:rsidR="00945CC5" w:rsidRDefault="00945CC5">
            <w:pPr>
              <w:keepNext/>
            </w:pPr>
          </w:p>
        </w:tc>
        <w:tc>
          <w:tcPr>
            <w:tcW w:w="4015" w:type="dxa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  <w:trHeight w:val="510"/>
        </w:trPr>
        <w:tc>
          <w:tcPr>
            <w:tcW w:w="5621" w:type="dxa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:rsidR="00945CC5" w:rsidRDefault="00945CC5">
            <w:pPr>
              <w:keepNext/>
            </w:pPr>
          </w:p>
        </w:tc>
        <w:tc>
          <w:tcPr>
            <w:tcW w:w="4015" w:type="dxa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  <w:trHeight w:val="510"/>
        </w:trPr>
        <w:tc>
          <w:tcPr>
            <w:tcW w:w="5621" w:type="dxa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împotriva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zgomotului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:rsidR="00945CC5" w:rsidRDefault="00945CC5">
            <w:pPr>
              <w:keepNext/>
            </w:pPr>
          </w:p>
        </w:tc>
        <w:tc>
          <w:tcPr>
            <w:tcW w:w="4015" w:type="dxa"/>
          </w:tcPr>
          <w:p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  <w:trHeight w:val="510"/>
        </w:trPr>
        <w:tc>
          <w:tcPr>
            <w:tcW w:w="5621" w:type="dxa"/>
          </w:tcPr>
          <w:p w:rsidR="00945CC5" w:rsidRDefault="00FA7758">
            <w:proofErr w:type="spellStart"/>
            <w:r>
              <w:rPr>
                <w:b/>
                <w:color w:val="0D5F78"/>
              </w:rPr>
              <w:t>economie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energie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izolare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termică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:rsidR="00945CC5" w:rsidRDefault="00945CC5"/>
        </w:tc>
        <w:tc>
          <w:tcPr>
            <w:tcW w:w="4015" w:type="dxa"/>
          </w:tcPr>
          <w:p w:rsidR="00945CC5" w:rsidRDefault="00FA7758"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:rsidR="00945CC5" w:rsidRDefault="00945CC5"/>
        </w:tc>
      </w:tr>
    </w:tbl>
    <w:p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4015"/>
        <w:gridCol w:w="3212"/>
        <w:gridCol w:w="2409"/>
      </w:tblGrid>
      <w:tr w:rsidR="00945CC5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945CC5" w:rsidRDefault="00FA7758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945CC5" w:rsidRPr="004E6AFA">
        <w:trPr>
          <w:cantSplit/>
          <w:trHeight w:val="510"/>
        </w:trPr>
        <w:tc>
          <w:tcPr>
            <w:tcW w:w="4015" w:type="dxa"/>
          </w:tcPr>
          <w:p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supuse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autorizării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:rsidR="00945CC5" w:rsidRDefault="00945CC5"/>
        </w:tc>
        <w:tc>
          <w:tcPr>
            <w:tcW w:w="3212" w:type="dxa"/>
          </w:tcPr>
          <w:p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obiectivului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:rsidR="00945CC5" w:rsidRDefault="00945CC5"/>
        </w:tc>
        <w:tc>
          <w:tcPr>
            <w:tcW w:w="2409" w:type="dxa"/>
          </w:tcPr>
          <w:p w:rsidR="00945CC5" w:rsidRPr="003E706D" w:rsidRDefault="00FA7758">
            <w:pPr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Durata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execu</w:t>
            </w:r>
            <w:proofErr w:type="spellEnd"/>
            <w:r w:rsidRPr="003E706D">
              <w:rPr>
                <w:b/>
                <w:color w:val="0D5F78"/>
                <w:lang w:val="fr-FR"/>
              </w:rPr>
              <w:t>ț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ie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luni</w:t>
            </w:r>
            <w:proofErr w:type="spellEnd"/>
            <w:r w:rsidRPr="003E706D">
              <w:rPr>
                <w:b/>
                <w:color w:val="0D5F78"/>
                <w:lang w:val="fr-FR"/>
              </w:rPr>
              <w:t>)</w:t>
            </w:r>
          </w:p>
          <w:p w:rsidR="00945CC5" w:rsidRPr="003E706D" w:rsidRDefault="00945CC5">
            <w:pPr>
              <w:rPr>
                <w:lang w:val="fr-FR"/>
              </w:rPr>
            </w:pPr>
          </w:p>
        </w:tc>
      </w:tr>
    </w:tbl>
    <w:p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945CC5">
        <w:trPr>
          <w:cantSplit/>
        </w:trPr>
        <w:tc>
          <w:tcPr>
            <w:tcW w:w="9636" w:type="dxa"/>
            <w:shd w:val="clear" w:color="auto" w:fill="F4F4F4"/>
          </w:tcPr>
          <w:p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945CC5" w:rsidRPr="004E6AFA">
        <w:trPr>
          <w:cantSplit/>
        </w:trPr>
        <w:tc>
          <w:tcPr>
            <w:tcW w:w="9636" w:type="dxa"/>
          </w:tcPr>
          <w:p w:rsidR="00945CC5" w:rsidRPr="004E6AFA" w:rsidRDefault="00FA7758">
            <w:pPr>
              <w:keepNext/>
            </w:pPr>
            <w:r w:rsidRPr="004E6AFA">
              <w:rPr>
                <w:sz w:val="16"/>
              </w:rPr>
              <w:t xml:space="preserve">☐ a) </w:t>
            </w:r>
            <w:proofErr w:type="spellStart"/>
            <w:r w:rsidRPr="004E6AFA">
              <w:rPr>
                <w:sz w:val="16"/>
              </w:rPr>
              <w:t>proiectul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pentru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autorizarea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construirii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actualizat</w:t>
            </w:r>
            <w:proofErr w:type="spellEnd"/>
            <w:r w:rsidRPr="004E6AFA">
              <w:rPr>
                <w:sz w:val="16"/>
              </w:rPr>
              <w:t xml:space="preserve">, </w:t>
            </w:r>
            <w:proofErr w:type="spellStart"/>
            <w:r w:rsidRPr="004E6AFA">
              <w:rPr>
                <w:sz w:val="16"/>
              </w:rPr>
              <w:t>cuprinzând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modificările</w:t>
            </w:r>
            <w:proofErr w:type="spellEnd"/>
            <w:r w:rsidRPr="004E6AFA">
              <w:rPr>
                <w:sz w:val="16"/>
              </w:rPr>
              <w:t xml:space="preserve"> de </w:t>
            </w:r>
            <w:proofErr w:type="spellStart"/>
            <w:r w:rsidRPr="004E6AFA">
              <w:rPr>
                <w:sz w:val="16"/>
              </w:rPr>
              <w:t>temă</w:t>
            </w:r>
            <w:proofErr w:type="spellEnd"/>
            <w:r w:rsidRPr="004E6AFA">
              <w:rPr>
                <w:sz w:val="16"/>
              </w:rPr>
              <w:t xml:space="preserve"> (2 </w:t>
            </w:r>
            <w:proofErr w:type="spellStart"/>
            <w:r w:rsidRPr="004E6AFA">
              <w:rPr>
                <w:sz w:val="16"/>
              </w:rPr>
              <w:t>exemplare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originale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sau</w:t>
            </w:r>
            <w:proofErr w:type="spellEnd"/>
            <w:r w:rsidR="004E6AFA" w:rsidRPr="004E6AFA">
              <w:rPr>
                <w:sz w:val="16"/>
              </w:rPr>
              <w:t xml:space="preserve"> 1 exemplar original,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</w:t>
            </w:r>
            <w:proofErr w:type="spellStart"/>
            <w:r w:rsidR="004E6AFA" w:rsidRPr="004E6AFA">
              <w:rPr>
                <w:sz w:val="16"/>
              </w:rPr>
              <w:t>letric</w:t>
            </w:r>
            <w:proofErr w:type="spellEnd"/>
            <w:r w:rsidR="004E6AFA" w:rsidRPr="004E6AFA">
              <w:rPr>
                <w:sz w:val="16"/>
              </w:rPr>
              <w:t xml:space="preserve">, </w:t>
            </w:r>
            <w:proofErr w:type="spellStart"/>
            <w:r w:rsidR="004E6AFA" w:rsidRPr="004E6AFA">
              <w:rPr>
                <w:sz w:val="16"/>
              </w:rPr>
              <w:t>acolo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unde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autoritatea</w:t>
            </w:r>
            <w:proofErr w:type="spellEnd"/>
            <w:r w:rsidR="004E6AFA" w:rsidRPr="004E6AFA">
              <w:rPr>
                <w:sz w:val="16"/>
              </w:rPr>
              <w:t xml:space="preserve"> are </w:t>
            </w:r>
            <w:proofErr w:type="spellStart"/>
            <w:r w:rsidR="004E6AFA" w:rsidRPr="004E6AFA">
              <w:rPr>
                <w:sz w:val="16"/>
              </w:rPr>
              <w:t>posibilitatea</w:t>
            </w:r>
            <w:proofErr w:type="spellEnd"/>
            <w:r w:rsidR="004E6AFA" w:rsidRPr="004E6AFA">
              <w:rPr>
                <w:sz w:val="16"/>
              </w:rPr>
              <w:t xml:space="preserve"> de a </w:t>
            </w:r>
            <w:proofErr w:type="spellStart"/>
            <w:r w:rsidR="004E6AFA" w:rsidRPr="004E6AFA">
              <w:rPr>
                <w:sz w:val="16"/>
              </w:rPr>
              <w:t>arhiva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digital)</w:t>
            </w:r>
            <w:r w:rsidRPr="004E6AFA">
              <w:rPr>
                <w:sz w:val="16"/>
              </w:rPr>
              <w:t>)</w:t>
            </w:r>
          </w:p>
        </w:tc>
      </w:tr>
      <w:tr w:rsidR="00945CC5" w:rsidRPr="004E6AFA">
        <w:trPr>
          <w:cantSplit/>
        </w:trPr>
        <w:tc>
          <w:tcPr>
            <w:tcW w:w="9636" w:type="dxa"/>
          </w:tcPr>
          <w:p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b) </w:t>
            </w:r>
            <w:proofErr w:type="spellStart"/>
            <w:r w:rsidRPr="003E706D">
              <w:rPr>
                <w:sz w:val="16"/>
                <w:lang w:val="fr-FR"/>
              </w:rPr>
              <w:t>referatele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verificare</w:t>
            </w:r>
            <w:proofErr w:type="spellEnd"/>
            <w:r w:rsidRPr="003E706D">
              <w:rPr>
                <w:sz w:val="16"/>
                <w:lang w:val="fr-FR"/>
              </w:rPr>
              <w:t xml:space="preserve"> ale </w:t>
            </w:r>
            <w:proofErr w:type="spellStart"/>
            <w:r w:rsidRPr="003E706D">
              <w:rPr>
                <w:sz w:val="16"/>
                <w:lang w:val="fr-FR"/>
              </w:rPr>
              <w:t>proiectului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actualizat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corespunzător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clasei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consecin</w:t>
            </w:r>
            <w:proofErr w:type="spellEnd"/>
            <w:r w:rsidRPr="003E706D">
              <w:rPr>
                <w:sz w:val="16"/>
                <w:lang w:val="fr-FR"/>
              </w:rPr>
              <w:t xml:space="preserve">țe a </w:t>
            </w:r>
            <w:proofErr w:type="spellStart"/>
            <w:r w:rsidRPr="003E706D">
              <w:rPr>
                <w:sz w:val="16"/>
                <w:lang w:val="fr-FR"/>
              </w:rPr>
              <w:t>obiectivului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copie)</w:t>
            </w:r>
          </w:p>
        </w:tc>
      </w:tr>
      <w:tr w:rsidR="00945CC5" w:rsidRPr="004E6AFA">
        <w:trPr>
          <w:cantSplit/>
        </w:trPr>
        <w:tc>
          <w:tcPr>
            <w:tcW w:w="9636" w:type="dxa"/>
          </w:tcPr>
          <w:p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c) documente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către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emiten</w:t>
            </w:r>
            <w:proofErr w:type="spellEnd"/>
            <w:r w:rsidRPr="003E706D">
              <w:rPr>
                <w:sz w:val="16"/>
                <w:lang w:val="fr-FR"/>
              </w:rPr>
              <w:t xml:space="preserve">ții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/ </w:t>
            </w:r>
            <w:proofErr w:type="spellStart"/>
            <w:r w:rsidRPr="003E706D">
              <w:rPr>
                <w:sz w:val="16"/>
                <w:lang w:val="fr-FR"/>
              </w:rPr>
              <w:t>acordurilor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din</w:t>
            </w:r>
            <w:proofErr w:type="spellEnd"/>
            <w:r w:rsidRPr="003E706D">
              <w:rPr>
                <w:sz w:val="16"/>
                <w:lang w:val="fr-FR"/>
              </w:rPr>
              <w:t xml:space="preserve"> care </w:t>
            </w:r>
            <w:proofErr w:type="spellStart"/>
            <w:r w:rsidRPr="003E706D">
              <w:rPr>
                <w:sz w:val="16"/>
                <w:lang w:val="fr-FR"/>
              </w:rPr>
              <w:t>rezultă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modificările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temă</w:t>
            </w:r>
            <w:proofErr w:type="spellEnd"/>
            <w:r w:rsidRPr="003E706D">
              <w:rPr>
                <w:sz w:val="16"/>
                <w:lang w:val="fr-FR"/>
              </w:rPr>
              <w:t xml:space="preserve"> se </w:t>
            </w:r>
            <w:proofErr w:type="spellStart"/>
            <w:r w:rsidRPr="003E706D">
              <w:rPr>
                <w:sz w:val="16"/>
                <w:lang w:val="fr-FR"/>
              </w:rPr>
              <w:t>încadrează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în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limitele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</w:t>
            </w:r>
            <w:proofErr w:type="spellEnd"/>
            <w:r w:rsidRPr="003E706D">
              <w:rPr>
                <w:sz w:val="16"/>
                <w:lang w:val="fr-FR"/>
              </w:rPr>
              <w:t>ț</w:t>
            </w:r>
            <w:proofErr w:type="spellStart"/>
            <w:r w:rsidRPr="003E706D">
              <w:rPr>
                <w:sz w:val="16"/>
                <w:lang w:val="fr-FR"/>
              </w:rPr>
              <w:t>ial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copie):</w:t>
            </w:r>
          </w:p>
        </w:tc>
      </w:tr>
      <w:tr w:rsidR="00945CC5" w:rsidRPr="004E6AFA">
        <w:trPr>
          <w:cantSplit/>
        </w:trPr>
        <w:tc>
          <w:tcPr>
            <w:tcW w:w="9636" w:type="dxa"/>
          </w:tcPr>
          <w:p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945CC5" w:rsidRPr="004E6AFA">
        <w:trPr>
          <w:cantSplit/>
        </w:trPr>
        <w:tc>
          <w:tcPr>
            <w:tcW w:w="9636" w:type="dxa"/>
          </w:tcPr>
          <w:p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d) </w:t>
            </w:r>
            <w:proofErr w:type="spellStart"/>
            <w:r w:rsidRPr="003E706D">
              <w:rPr>
                <w:sz w:val="16"/>
                <w:lang w:val="fr-FR"/>
              </w:rPr>
              <w:t>autoriza</w:t>
            </w:r>
            <w:proofErr w:type="spellEnd"/>
            <w:r w:rsidRPr="003E706D">
              <w:rPr>
                <w:sz w:val="16"/>
                <w:lang w:val="fr-FR"/>
              </w:rPr>
              <w:t>ț</w:t>
            </w:r>
            <w:proofErr w:type="spellStart"/>
            <w:r w:rsidRPr="003E706D">
              <w:rPr>
                <w:sz w:val="16"/>
                <w:lang w:val="fr-FR"/>
              </w:rPr>
              <w:t>ia</w:t>
            </w:r>
            <w:proofErr w:type="spellEnd"/>
            <w:r w:rsidRPr="003E706D">
              <w:rPr>
                <w:sz w:val="16"/>
                <w:lang w:val="fr-FR"/>
              </w:rPr>
              <w:t xml:space="preserve"> de construire / </w:t>
            </w:r>
            <w:proofErr w:type="spellStart"/>
            <w:r w:rsidRPr="003E706D">
              <w:rPr>
                <w:sz w:val="16"/>
                <w:lang w:val="fr-FR"/>
              </w:rPr>
              <w:t>desfiin</w:t>
            </w:r>
            <w:proofErr w:type="spellEnd"/>
            <w:r w:rsidRPr="003E706D">
              <w:rPr>
                <w:sz w:val="16"/>
                <w:lang w:val="fr-FR"/>
              </w:rPr>
              <w:t xml:space="preserve">țare </w:t>
            </w:r>
            <w:proofErr w:type="spellStart"/>
            <w:r w:rsidRPr="003E706D">
              <w:rPr>
                <w:sz w:val="16"/>
                <w:lang w:val="fr-FR"/>
              </w:rPr>
              <w:t>ini</w:t>
            </w:r>
            <w:proofErr w:type="spellEnd"/>
            <w:r w:rsidRPr="003E706D">
              <w:rPr>
                <w:sz w:val="16"/>
                <w:lang w:val="fr-FR"/>
              </w:rPr>
              <w:t>ț</w:t>
            </w:r>
            <w:proofErr w:type="spellStart"/>
            <w:r w:rsidRPr="003E706D">
              <w:rPr>
                <w:sz w:val="16"/>
                <w:lang w:val="fr-FR"/>
              </w:rPr>
              <w:t>ială</w:t>
            </w:r>
            <w:proofErr w:type="spellEnd"/>
            <w:r w:rsidRPr="003E706D">
              <w:rPr>
                <w:sz w:val="16"/>
                <w:lang w:val="fr-FR"/>
              </w:rPr>
              <w:t xml:space="preserve"> și </w:t>
            </w:r>
            <w:proofErr w:type="spellStart"/>
            <w:r w:rsidRPr="003E706D">
              <w:rPr>
                <w:sz w:val="16"/>
                <w:lang w:val="fr-FR"/>
              </w:rPr>
              <w:t>proiectul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vizat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spre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neschimbare</w:t>
            </w:r>
            <w:proofErr w:type="spellEnd"/>
            <w:r w:rsidRPr="003E706D">
              <w:rPr>
                <w:sz w:val="16"/>
                <w:lang w:val="fr-FR"/>
              </w:rPr>
              <w:t xml:space="preserve"> (copie)</w:t>
            </w:r>
          </w:p>
        </w:tc>
      </w:tr>
      <w:tr w:rsidR="00945CC5" w:rsidRPr="004E6AFA">
        <w:trPr>
          <w:cantSplit/>
        </w:trPr>
        <w:tc>
          <w:tcPr>
            <w:tcW w:w="9636" w:type="dxa"/>
          </w:tcPr>
          <w:p w:rsidR="004E6AFA" w:rsidRDefault="00FA7758">
            <w:pPr>
              <w:rPr>
                <w:sz w:val="16"/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e) </w:t>
            </w:r>
            <w:proofErr w:type="spellStart"/>
            <w:r w:rsidRPr="003E706D">
              <w:rPr>
                <w:sz w:val="16"/>
                <w:lang w:val="fr-FR"/>
              </w:rPr>
              <w:t>rapoartele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expertiză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tehnică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  <w:r w:rsidRPr="003E706D">
              <w:rPr>
                <w:sz w:val="16"/>
                <w:lang w:val="fr-FR"/>
              </w:rPr>
              <w:t xml:space="preserve">     </w:t>
            </w:r>
          </w:p>
          <w:p w:rsidR="00945CC5" w:rsidRPr="003E706D" w:rsidRDefault="00FA7758">
            <w:pPr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f) </w:t>
            </w:r>
            <w:proofErr w:type="spellStart"/>
            <w:r w:rsidRPr="003E706D">
              <w:rPr>
                <w:sz w:val="16"/>
                <w:lang w:val="fr-FR"/>
              </w:rPr>
              <w:t>documentele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plată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taxelor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legale</w:t>
            </w:r>
            <w:proofErr w:type="spellEnd"/>
            <w:r w:rsidRPr="003E706D">
              <w:rPr>
                <w:sz w:val="16"/>
                <w:lang w:val="fr-FR"/>
              </w:rPr>
              <w:t xml:space="preserve"> (copie)     ☐ g) </w:t>
            </w:r>
            <w:proofErr w:type="spellStart"/>
            <w:r w:rsidRPr="003E706D">
              <w:rPr>
                <w:sz w:val="16"/>
                <w:lang w:val="fr-FR"/>
              </w:rPr>
              <w:t>împuternicirea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945CC5">
        <w:trPr>
          <w:cantSplit/>
        </w:trPr>
        <w:tc>
          <w:tcPr>
            <w:tcW w:w="9636" w:type="dxa"/>
          </w:tcPr>
          <w:p w:rsidR="00945CC5" w:rsidRDefault="00FA7758">
            <w:pPr>
              <w:spacing w:line="228" w:lineRule="auto"/>
            </w:pPr>
            <w:proofErr w:type="spellStart"/>
            <w:r w:rsidRPr="003E706D">
              <w:rPr>
                <w:i/>
                <w:sz w:val="17"/>
                <w:lang w:val="fr-FR"/>
              </w:rPr>
              <w:t>Declar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propria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răspundere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sub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sanc</w:t>
            </w:r>
            <w:proofErr w:type="spellEnd"/>
            <w:r w:rsidRPr="003E706D">
              <w:rPr>
                <w:i/>
                <w:sz w:val="17"/>
                <w:lang w:val="fr-FR"/>
              </w:rPr>
              <w:t>ț</w:t>
            </w:r>
            <w:proofErr w:type="spellStart"/>
            <w:r w:rsidRPr="003E706D">
              <w:rPr>
                <w:i/>
                <w:sz w:val="17"/>
                <w:lang w:val="fr-FR"/>
              </w:rPr>
              <w:t>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Codului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penal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privind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infrac</w:t>
            </w:r>
            <w:proofErr w:type="spellEnd"/>
            <w:r w:rsidRPr="003E706D">
              <w:rPr>
                <w:i/>
                <w:sz w:val="17"/>
                <w:lang w:val="fr-FR"/>
              </w:rPr>
              <w:t>ț</w:t>
            </w:r>
            <w:proofErr w:type="spellStart"/>
            <w:r w:rsidRPr="003E706D">
              <w:rPr>
                <w:i/>
                <w:sz w:val="17"/>
                <w:lang w:val="fr-FR"/>
              </w:rPr>
              <w:t>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sz w:val="17"/>
                <w:lang w:val="fr-FR"/>
              </w:rPr>
              <w:t>fals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declara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ții,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datele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menț</w:t>
            </w:r>
            <w:proofErr w:type="spellStart"/>
            <w:r w:rsidRPr="003E706D">
              <w:rPr>
                <w:i/>
                <w:sz w:val="17"/>
                <w:lang w:val="fr-FR"/>
              </w:rPr>
              <w:t>ionate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sunt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reale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și exacte și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am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formulat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anterior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începerii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lucrărilor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asupra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elementelor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supuse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modificării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astfel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cum stabilește art. 293 </w:t>
            </w:r>
            <w:proofErr w:type="spellStart"/>
            <w:r w:rsidRPr="003E706D">
              <w:rPr>
                <w:i/>
                <w:sz w:val="17"/>
                <w:lang w:val="fr-FR"/>
              </w:rPr>
              <w:t>alin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. </w:t>
            </w:r>
            <w:r>
              <w:rPr>
                <w:i/>
                <w:sz w:val="17"/>
              </w:rPr>
              <w:t>(2) din Lege</w:t>
            </w:r>
            <w:r w:rsidR="00A71320">
              <w:rPr>
                <w:i/>
                <w:sz w:val="17"/>
              </w:rPr>
              <w:t xml:space="preserve">a </w:t>
            </w:r>
            <w:r w:rsidR="00A71320" w:rsidRPr="00A71320">
              <w:rPr>
                <w:i/>
                <w:sz w:val="17"/>
              </w:rPr>
              <w:t>nr. 169/2026</w:t>
            </w:r>
            <w:r>
              <w:rPr>
                <w:i/>
                <w:sz w:val="17"/>
              </w:rPr>
              <w:t>.</w:t>
            </w:r>
          </w:p>
        </w:tc>
      </w:tr>
    </w:tbl>
    <w:p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945CC5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945CC5" w:rsidRDefault="00FA7758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945CC5">
        <w:trPr>
          <w:cantSplit/>
          <w:trHeight w:val="510"/>
        </w:trPr>
        <w:tc>
          <w:tcPr>
            <w:tcW w:w="1606" w:type="dxa"/>
          </w:tcPr>
          <w:p w:rsidR="00945CC5" w:rsidRDefault="00FA7758">
            <w:r>
              <w:rPr>
                <w:b/>
                <w:color w:val="0D5F78"/>
              </w:rPr>
              <w:t>Data</w:t>
            </w:r>
          </w:p>
          <w:p w:rsidR="00945CC5" w:rsidRDefault="00945CC5"/>
        </w:tc>
        <w:tc>
          <w:tcPr>
            <w:tcW w:w="4818" w:type="dxa"/>
          </w:tcPr>
          <w:p w:rsidR="00945CC5" w:rsidRDefault="00FA7758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:rsidR="00945CC5" w:rsidRDefault="00945CC5"/>
        </w:tc>
        <w:tc>
          <w:tcPr>
            <w:tcW w:w="3212" w:type="dxa"/>
          </w:tcPr>
          <w:p w:rsidR="00945CC5" w:rsidRDefault="00FA7758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:rsidR="00945CC5" w:rsidRDefault="00945CC5"/>
        </w:tc>
      </w:tr>
    </w:tbl>
    <w:p w:rsidR="00945CC5" w:rsidRDefault="00945CC5">
      <w:pPr>
        <w:spacing w:line="168" w:lineRule="auto"/>
      </w:pPr>
    </w:p>
    <w:sectPr w:rsidR="00945CC5" w:rsidSect="00034616"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16E2" w:rsidRDefault="00ED16E2">
      <w:r>
        <w:separator/>
      </w:r>
    </w:p>
  </w:endnote>
  <w:endnote w:type="continuationSeparator" w:id="0">
    <w:p w:rsidR="00ED16E2" w:rsidRDefault="00ED16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16E2" w:rsidRDefault="00ED16E2">
      <w:r>
        <w:separator/>
      </w:r>
    </w:p>
  </w:footnote>
  <w:footnote w:type="continuationSeparator" w:id="0">
    <w:p w:rsidR="00ED16E2" w:rsidRDefault="00ED16E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104DBA"/>
    <w:rsid w:val="00140B60"/>
    <w:rsid w:val="0015074B"/>
    <w:rsid w:val="00157E6E"/>
    <w:rsid w:val="001F61C1"/>
    <w:rsid w:val="00211A80"/>
    <w:rsid w:val="0029639D"/>
    <w:rsid w:val="002F7EE8"/>
    <w:rsid w:val="00324A61"/>
    <w:rsid w:val="00326F90"/>
    <w:rsid w:val="00336EF3"/>
    <w:rsid w:val="003E706D"/>
    <w:rsid w:val="004E6AFA"/>
    <w:rsid w:val="006C103E"/>
    <w:rsid w:val="00945CC5"/>
    <w:rsid w:val="00A71320"/>
    <w:rsid w:val="00AA1D8D"/>
    <w:rsid w:val="00B47730"/>
    <w:rsid w:val="00BD7C62"/>
    <w:rsid w:val="00C93255"/>
    <w:rsid w:val="00CB0664"/>
    <w:rsid w:val="00E61A6B"/>
    <w:rsid w:val="00E731D6"/>
    <w:rsid w:val="00ED16E2"/>
    <w:rsid w:val="00F90859"/>
    <w:rsid w:val="00FA7758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BD7C6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0B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B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41D015A-8BBE-4E3C-8137-096A0FBA7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3861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Sorin Gheju</cp:lastModifiedBy>
  <cp:revision>5</cp:revision>
  <dcterms:created xsi:type="dcterms:W3CDTF">2013-12-23T23:15:00Z</dcterms:created>
  <dcterms:modified xsi:type="dcterms:W3CDTF">2026-10-08T06:16:00Z</dcterms:modified>
  <cp:category/>
</cp:coreProperties>
</file>