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562"/>
        <w:gridCol w:w="3256"/>
        <w:gridCol w:w="3212"/>
      </w:tblGrid>
      <w:tr w:rsidR="008239FC" w:rsidTr="00C7156C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8239FC" w:rsidRPr="006E4C61" w:rsidRDefault="00477558" w:rsidP="00C7156C">
            <w:pPr>
              <w:keepNext/>
              <w:jc w:val="center"/>
              <w:rPr>
                <w:i/>
                <w:color w:val="595959"/>
              </w:rPr>
            </w:pPr>
            <w:r w:rsidRPr="00477558">
              <w:rPr>
                <w:i/>
                <w:color w:val="595959"/>
              </w:rPr>
              <w:drawing>
                <wp:inline distT="0" distB="0" distL="0" distR="0">
                  <wp:extent cx="952500" cy="1181100"/>
                  <wp:effectExtent l="0" t="0" r="0" b="0"/>
                  <wp:docPr id="8" name="Picture 3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:rsidR="008239FC" w:rsidRDefault="008239FC" w:rsidP="00C7156C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:rsidR="008239FC" w:rsidRPr="00191219" w:rsidRDefault="008239FC" w:rsidP="00C7156C">
            <w:pPr>
              <w:keepNext/>
              <w:rPr>
                <w:lang w:val="ro-RO"/>
              </w:rPr>
            </w:pPr>
            <w:r w:rsidRPr="006E4C61">
              <w:rPr>
                <w:sz w:val="20"/>
                <w:szCs w:val="32"/>
                <w:lang w:val="ro-RO"/>
              </w:rPr>
              <w:t>TIMIȘ</w:t>
            </w:r>
          </w:p>
        </w:tc>
      </w:tr>
      <w:tr w:rsidR="008239FC" w:rsidTr="00C7156C">
        <w:trPr>
          <w:cantSplit/>
          <w:trHeight w:val="510"/>
        </w:trPr>
        <w:tc>
          <w:tcPr>
            <w:tcW w:w="1606" w:type="dxa"/>
            <w:vMerge/>
          </w:tcPr>
          <w:p w:rsidR="008239FC" w:rsidRDefault="008239FC" w:rsidP="00C7156C"/>
        </w:tc>
        <w:tc>
          <w:tcPr>
            <w:tcW w:w="8030" w:type="dxa"/>
            <w:gridSpan w:val="3"/>
            <w:shd w:val="clear" w:color="auto" w:fill="F0F0F0"/>
          </w:tcPr>
          <w:p w:rsidR="008239FC" w:rsidRDefault="008239FC" w:rsidP="00C7156C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:rsidR="008239FC" w:rsidRDefault="008239FC" w:rsidP="00C7156C">
            <w:pPr>
              <w:keepNext/>
            </w:pPr>
            <w:r w:rsidRPr="006E4C61">
              <w:rPr>
                <w:sz w:val="20"/>
                <w:szCs w:val="32"/>
              </w:rPr>
              <w:t xml:space="preserve">PRIMĂRIA </w:t>
            </w:r>
            <w:r w:rsidR="00477558">
              <w:rPr>
                <w:sz w:val="20"/>
                <w:szCs w:val="32"/>
              </w:rPr>
              <w:t>COMUNEI PECIU NOU</w:t>
            </w:r>
          </w:p>
        </w:tc>
      </w:tr>
      <w:tr w:rsidR="008239FC" w:rsidTr="00C7156C">
        <w:trPr>
          <w:cantSplit/>
          <w:trHeight w:val="510"/>
        </w:trPr>
        <w:tc>
          <w:tcPr>
            <w:tcW w:w="1606" w:type="dxa"/>
            <w:vMerge/>
          </w:tcPr>
          <w:p w:rsidR="008239FC" w:rsidRDefault="008239FC" w:rsidP="00C7156C"/>
        </w:tc>
        <w:tc>
          <w:tcPr>
            <w:tcW w:w="1562" w:type="dxa"/>
            <w:shd w:val="clear" w:color="auto" w:fill="F0F0F0"/>
          </w:tcPr>
          <w:p w:rsidR="008239FC" w:rsidRPr="00F801F2" w:rsidRDefault="008239FC" w:rsidP="00C7156C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</w:t>
            </w:r>
            <w:proofErr w:type="gramStart"/>
            <w:r w:rsidRPr="00F801F2">
              <w:rPr>
                <w:b/>
                <w:color w:val="0D5F78"/>
                <w:lang w:val="fr-FR"/>
              </w:rPr>
              <w:t xml:space="preserve">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proofErr w:type="gram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:rsidR="008239FC" w:rsidRPr="006E4C61" w:rsidRDefault="00477558" w:rsidP="00C7156C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4358207</w:t>
            </w:r>
          </w:p>
        </w:tc>
        <w:tc>
          <w:tcPr>
            <w:tcW w:w="6468" w:type="dxa"/>
            <w:gridSpan w:val="2"/>
            <w:shd w:val="clear" w:color="auto" w:fill="F0F0F0"/>
          </w:tcPr>
          <w:p w:rsidR="00477558" w:rsidRDefault="008239FC" w:rsidP="00477558">
            <w:pPr>
              <w:keepNext/>
            </w:pPr>
            <w:r w:rsidRPr="006E4C61">
              <w:rPr>
                <w:iCs/>
                <w:color w:val="7A7A7A"/>
                <w:sz w:val="20"/>
                <w:szCs w:val="20"/>
              </w:rPr>
              <w:t xml:space="preserve"> </w:t>
            </w:r>
            <w:proofErr w:type="spellStart"/>
            <w:r w:rsidR="00477558">
              <w:rPr>
                <w:b/>
                <w:color w:val="0D5F78"/>
              </w:rPr>
              <w:t>Adresa</w:t>
            </w:r>
            <w:proofErr w:type="spellEnd"/>
            <w:r w:rsidR="00477558">
              <w:rPr>
                <w:b/>
                <w:color w:val="0D5F78"/>
              </w:rPr>
              <w:t xml:space="preserve"> </w:t>
            </w:r>
            <w:proofErr w:type="spellStart"/>
            <w:r w:rsidR="00477558">
              <w:rPr>
                <w:b/>
                <w:color w:val="0D5F78"/>
              </w:rPr>
              <w:t>oficială</w:t>
            </w:r>
            <w:proofErr w:type="spellEnd"/>
          </w:p>
          <w:p w:rsidR="00477558" w:rsidRPr="00CA78D8" w:rsidRDefault="00477558" w:rsidP="00477558">
            <w:pPr>
              <w:pStyle w:val="NoSpacing"/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Peciu Nou, nr.189,</w:t>
            </w:r>
            <w:r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 xml:space="preserve"> </w:t>
            </w: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307310 - Timiș</w:t>
            </w:r>
          </w:p>
          <w:p w:rsidR="00477558" w:rsidRPr="00CA78D8" w:rsidRDefault="00477558" w:rsidP="00477558">
            <w:pPr>
              <w:pStyle w:val="NoSpacing"/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Telefon: 0256.414.500 , 0256.414.201</w:t>
            </w:r>
          </w:p>
          <w:p w:rsidR="00477558" w:rsidRPr="00CA78D8" w:rsidRDefault="00477558" w:rsidP="00477558">
            <w:pPr>
              <w:pStyle w:val="NoSpacing"/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Fax: 0256.414.826</w:t>
            </w:r>
          </w:p>
          <w:p w:rsidR="00477558" w:rsidRPr="00CA78D8" w:rsidRDefault="00477558" w:rsidP="00477558">
            <w:pPr>
              <w:pStyle w:val="NoSpacing"/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</w:pPr>
            <w:r w:rsidRPr="00CA78D8">
              <w:rPr>
                <w:rFonts w:ascii="Cambria" w:eastAsia="Times New Roman" w:hAnsi="Cambria" w:cs="Times New Roman"/>
                <w:sz w:val="20"/>
                <w:szCs w:val="20"/>
                <w:lang w:val="ro-RO"/>
              </w:rPr>
              <w:t>www.primariapeciunou.ro</w:t>
            </w:r>
          </w:p>
          <w:p w:rsidR="008239FC" w:rsidRPr="006E4C61" w:rsidRDefault="00477558" w:rsidP="00477558">
            <w:pPr>
              <w:keepNext/>
              <w:rPr>
                <w:iCs/>
                <w:sz w:val="20"/>
                <w:szCs w:val="20"/>
              </w:rPr>
            </w:pPr>
            <w:r w:rsidRPr="00CA78D8">
              <w:rPr>
                <w:rFonts w:eastAsia="Times New Roman" w:cs="Times New Roman"/>
                <w:sz w:val="20"/>
                <w:szCs w:val="20"/>
                <w:lang w:val="ro-RO"/>
              </w:rPr>
              <w:t>e-mail: contact@primariapeciunou.ro</w:t>
            </w:r>
          </w:p>
          <w:p w:rsidR="008239FC" w:rsidRDefault="008239FC" w:rsidP="00C7156C">
            <w:pPr>
              <w:keepNext/>
            </w:pPr>
          </w:p>
        </w:tc>
      </w:tr>
      <w:tr w:rsidR="008239FC" w:rsidTr="00C7156C">
        <w:trPr>
          <w:cantSplit/>
          <w:trHeight w:val="510"/>
        </w:trPr>
        <w:tc>
          <w:tcPr>
            <w:tcW w:w="1606" w:type="dxa"/>
            <w:vMerge/>
          </w:tcPr>
          <w:p w:rsidR="008239FC" w:rsidRDefault="008239FC" w:rsidP="00C7156C"/>
        </w:tc>
        <w:tc>
          <w:tcPr>
            <w:tcW w:w="4818" w:type="dxa"/>
            <w:gridSpan w:val="2"/>
            <w:shd w:val="clear" w:color="auto" w:fill="F0F0F0"/>
          </w:tcPr>
          <w:p w:rsidR="008239FC" w:rsidRDefault="008239FC" w:rsidP="00C7156C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:rsidR="008239FC" w:rsidRDefault="008239FC" w:rsidP="00C7156C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8239FC" w:rsidRDefault="008239FC" w:rsidP="00C7156C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:rsidR="008239FC" w:rsidRDefault="008239FC" w:rsidP="00C7156C">
            <w:pPr>
              <w:keepNext/>
            </w:pPr>
          </w:p>
        </w:tc>
      </w:tr>
    </w:tbl>
    <w:p w:rsidR="007F7E84" w:rsidRDefault="00746CBC">
      <w:pPr>
        <w:spacing w:before="140" w:after="40"/>
        <w:jc w:val="center"/>
      </w:pPr>
      <w:r>
        <w:rPr>
          <w:b/>
          <w:sz w:val="34"/>
        </w:rPr>
        <w:t>CERERE</w:t>
      </w:r>
    </w:p>
    <w:p w:rsidR="007F7E84" w:rsidRDefault="007F7E84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7F7E84">
        <w:trPr>
          <w:cantSplit/>
        </w:trPr>
        <w:tc>
          <w:tcPr>
            <w:tcW w:w="9636" w:type="dxa"/>
            <w:shd w:val="clear" w:color="auto" w:fill="F4F4F4"/>
          </w:tcPr>
          <w:p w:rsidR="007F7E84" w:rsidRDefault="00746CBC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7F7E84" w:rsidRPr="00505208">
        <w:trPr>
          <w:cantSplit/>
          <w:trHeight w:val="510"/>
        </w:trPr>
        <w:tc>
          <w:tcPr>
            <w:tcW w:w="9636" w:type="dxa"/>
          </w:tcPr>
          <w:p w:rsidR="007F7E84" w:rsidRPr="00243AD6" w:rsidRDefault="00746CBC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Institu</w:t>
            </w:r>
            <w:proofErr w:type="spellEnd"/>
            <w:r w:rsidRPr="00243AD6">
              <w:rPr>
                <w:b/>
                <w:color w:val="0D5F78"/>
                <w:lang w:val="fr-FR"/>
              </w:rPr>
              <w:t>ț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ia</w:t>
            </w:r>
            <w:proofErr w:type="spellEnd"/>
          </w:p>
          <w:p w:rsidR="007F7E84" w:rsidRPr="00243AD6" w:rsidRDefault="008239FC">
            <w:pPr>
              <w:keepNext/>
              <w:rPr>
                <w:lang w:val="fr-FR"/>
              </w:rPr>
            </w:pPr>
            <w:r w:rsidRPr="006E4C61">
              <w:rPr>
                <w:sz w:val="20"/>
                <w:szCs w:val="32"/>
              </w:rPr>
              <w:t xml:space="preserve">PRIMĂRIA </w:t>
            </w:r>
            <w:r w:rsidR="00477558">
              <w:rPr>
                <w:sz w:val="20"/>
                <w:szCs w:val="32"/>
              </w:rPr>
              <w:t>COMUNEI PECIU NOU</w:t>
            </w:r>
          </w:p>
        </w:tc>
      </w:tr>
      <w:tr w:rsidR="007F7E84" w:rsidRPr="00505208">
        <w:trPr>
          <w:cantSplit/>
        </w:trPr>
        <w:tc>
          <w:tcPr>
            <w:tcW w:w="9636" w:type="dxa"/>
            <w:shd w:val="clear" w:color="auto" w:fill="F4F4F4"/>
          </w:tcPr>
          <w:p w:rsidR="007F7E84" w:rsidRPr="00243AD6" w:rsidRDefault="00746CBC">
            <w:pPr>
              <w:spacing w:line="228" w:lineRule="auto"/>
              <w:rPr>
                <w:lang w:val="fr-FR"/>
              </w:rPr>
            </w:pPr>
            <w:proofErr w:type="spellStart"/>
            <w:r w:rsidRPr="00243AD6">
              <w:rPr>
                <w:lang w:val="fr-FR"/>
              </w:rPr>
              <w:t>Cererea</w:t>
            </w:r>
            <w:proofErr w:type="spellEnd"/>
            <w:r w:rsidRPr="00243AD6">
              <w:rPr>
                <w:lang w:val="fr-FR"/>
              </w:rPr>
              <w:t xml:space="preserve"> va fi </w:t>
            </w:r>
            <w:proofErr w:type="spellStart"/>
            <w:r w:rsidRPr="00243AD6">
              <w:rPr>
                <w:lang w:val="fr-FR"/>
              </w:rPr>
              <w:t>transmisă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către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pre</w:t>
            </w:r>
            <w:proofErr w:type="spellEnd"/>
            <w:r w:rsidRPr="00243AD6">
              <w:rPr>
                <w:lang w:val="fr-FR"/>
              </w:rPr>
              <w:t>ș</w:t>
            </w:r>
            <w:proofErr w:type="spellStart"/>
            <w:r w:rsidRPr="00243AD6">
              <w:rPr>
                <w:lang w:val="fr-FR"/>
              </w:rPr>
              <w:t>edintele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consiliului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jude</w:t>
            </w:r>
            <w:proofErr w:type="spellEnd"/>
            <w:r w:rsidRPr="00243AD6">
              <w:rPr>
                <w:lang w:val="fr-FR"/>
              </w:rPr>
              <w:t>ț</w:t>
            </w:r>
            <w:proofErr w:type="spellStart"/>
            <w:r w:rsidRPr="00243AD6">
              <w:rPr>
                <w:lang w:val="fr-FR"/>
              </w:rPr>
              <w:t>ean</w:t>
            </w:r>
            <w:proofErr w:type="spellEnd"/>
            <w:r w:rsidRPr="00243AD6">
              <w:rPr>
                <w:lang w:val="fr-FR"/>
              </w:rPr>
              <w:t xml:space="preserve">, </w:t>
            </w:r>
            <w:proofErr w:type="spellStart"/>
            <w:r w:rsidRPr="00243AD6">
              <w:rPr>
                <w:lang w:val="fr-FR"/>
              </w:rPr>
              <w:t>primarul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general</w:t>
            </w:r>
            <w:proofErr w:type="spellEnd"/>
            <w:r w:rsidRPr="00243AD6">
              <w:rPr>
                <w:lang w:val="fr-FR"/>
              </w:rPr>
              <w:t xml:space="preserve">, </w:t>
            </w:r>
            <w:proofErr w:type="spellStart"/>
            <w:r w:rsidRPr="00243AD6">
              <w:rPr>
                <w:lang w:val="fr-FR"/>
              </w:rPr>
              <w:t>primarul</w:t>
            </w:r>
            <w:proofErr w:type="spellEnd"/>
            <w:r w:rsidRPr="00243AD6">
              <w:rPr>
                <w:lang w:val="fr-FR"/>
              </w:rPr>
              <w:t xml:space="preserve"> de </w:t>
            </w:r>
            <w:proofErr w:type="spellStart"/>
            <w:r w:rsidRPr="00243AD6">
              <w:rPr>
                <w:lang w:val="fr-FR"/>
              </w:rPr>
              <w:t>sector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sau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primarul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municipiului</w:t>
            </w:r>
            <w:proofErr w:type="spellEnd"/>
            <w:r w:rsidRPr="00243AD6">
              <w:rPr>
                <w:lang w:val="fr-FR"/>
              </w:rPr>
              <w:t xml:space="preserve"> / </w:t>
            </w:r>
            <w:proofErr w:type="spellStart"/>
            <w:r w:rsidRPr="00243AD6">
              <w:rPr>
                <w:lang w:val="fr-FR"/>
              </w:rPr>
              <w:t>ora</w:t>
            </w:r>
            <w:proofErr w:type="spellEnd"/>
            <w:r w:rsidRPr="00243AD6">
              <w:rPr>
                <w:lang w:val="fr-FR"/>
              </w:rPr>
              <w:t>ș</w:t>
            </w:r>
            <w:proofErr w:type="spellStart"/>
            <w:r w:rsidRPr="00243AD6">
              <w:rPr>
                <w:lang w:val="fr-FR"/>
              </w:rPr>
              <w:t>ului</w:t>
            </w:r>
            <w:proofErr w:type="spellEnd"/>
            <w:r w:rsidRPr="00243AD6">
              <w:rPr>
                <w:lang w:val="fr-FR"/>
              </w:rPr>
              <w:t xml:space="preserve"> / </w:t>
            </w:r>
            <w:proofErr w:type="spellStart"/>
            <w:r w:rsidRPr="00243AD6">
              <w:rPr>
                <w:lang w:val="fr-FR"/>
              </w:rPr>
              <w:t>comunei</w:t>
            </w:r>
            <w:proofErr w:type="spellEnd"/>
            <w:r w:rsidRPr="00243AD6">
              <w:rPr>
                <w:lang w:val="fr-FR"/>
              </w:rPr>
              <w:t xml:space="preserve">, </w:t>
            </w:r>
            <w:proofErr w:type="spellStart"/>
            <w:r w:rsidRPr="00243AD6">
              <w:rPr>
                <w:lang w:val="fr-FR"/>
              </w:rPr>
              <w:t>după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caz</w:t>
            </w:r>
            <w:proofErr w:type="spellEnd"/>
            <w:r w:rsidRPr="00243AD6">
              <w:rPr>
                <w:lang w:val="fr-FR"/>
              </w:rPr>
              <w:t>.</w:t>
            </w:r>
          </w:p>
        </w:tc>
      </w:tr>
    </w:tbl>
    <w:p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F7E84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7F7E84" w:rsidRDefault="00746CBC">
            <w:pPr>
              <w:keepNext/>
            </w:pPr>
            <w:r w:rsidRPr="00243AD6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7F7E84">
        <w:trPr>
          <w:cantSplit/>
          <w:trHeight w:val="510"/>
        </w:trPr>
        <w:tc>
          <w:tcPr>
            <w:tcW w:w="5621" w:type="dxa"/>
            <w:gridSpan w:val="5"/>
          </w:tcPr>
          <w:p w:rsidR="007F7E84" w:rsidRDefault="00746CBC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:rsidR="007F7E84" w:rsidRDefault="007F7E84">
            <w:pPr>
              <w:keepNext/>
            </w:pPr>
          </w:p>
        </w:tc>
        <w:tc>
          <w:tcPr>
            <w:tcW w:w="4015" w:type="dxa"/>
            <w:gridSpan w:val="3"/>
          </w:tcPr>
          <w:p w:rsidR="007F7E84" w:rsidRDefault="00746CBC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7F7E84" w:rsidRDefault="007F7E84">
            <w:pPr>
              <w:keepNext/>
            </w:pPr>
          </w:p>
        </w:tc>
      </w:tr>
      <w:tr w:rsidR="007F7E84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7F7E84" w:rsidRDefault="00746CBC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7F7E84">
        <w:trPr>
          <w:cantSplit/>
          <w:trHeight w:val="510"/>
        </w:trPr>
        <w:tc>
          <w:tcPr>
            <w:tcW w:w="1606" w:type="dxa"/>
          </w:tcPr>
          <w:p w:rsidR="007F7E84" w:rsidRDefault="00746CBC">
            <w:pPr>
              <w:keepNext/>
            </w:pPr>
            <w:proofErr w:type="spellStart"/>
            <w:r>
              <w:rPr>
                <w:b/>
                <w:color w:val="0D5F78"/>
              </w:rPr>
              <w:t>Seria</w:t>
            </w:r>
            <w:proofErr w:type="spellEnd"/>
          </w:p>
          <w:p w:rsidR="007F7E84" w:rsidRDefault="007F7E84">
            <w:pPr>
              <w:keepNext/>
            </w:pPr>
          </w:p>
        </w:tc>
        <w:tc>
          <w:tcPr>
            <w:tcW w:w="1606" w:type="dxa"/>
          </w:tcPr>
          <w:p w:rsidR="007F7E84" w:rsidRDefault="00746CBC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:rsidR="007F7E84" w:rsidRDefault="007F7E84">
            <w:pPr>
              <w:keepNext/>
            </w:pPr>
          </w:p>
        </w:tc>
        <w:tc>
          <w:tcPr>
            <w:tcW w:w="4818" w:type="dxa"/>
            <w:gridSpan w:val="5"/>
          </w:tcPr>
          <w:p w:rsidR="007F7E84" w:rsidRDefault="00746CBC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:rsidR="007F7E84" w:rsidRDefault="007F7E84">
            <w:pPr>
              <w:keepNext/>
            </w:pPr>
          </w:p>
        </w:tc>
        <w:tc>
          <w:tcPr>
            <w:tcW w:w="1606" w:type="dxa"/>
          </w:tcPr>
          <w:p w:rsidR="007F7E84" w:rsidRDefault="00746CBC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7F7E84" w:rsidRDefault="007F7E84">
            <w:pPr>
              <w:keepNext/>
            </w:pPr>
          </w:p>
        </w:tc>
      </w:tr>
      <w:tr w:rsidR="007F7E84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7F7E84" w:rsidRDefault="00746CBC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7F7E84">
        <w:trPr>
          <w:cantSplit/>
          <w:trHeight w:val="510"/>
        </w:trPr>
        <w:tc>
          <w:tcPr>
            <w:tcW w:w="3212" w:type="dxa"/>
            <w:gridSpan w:val="2"/>
          </w:tcPr>
          <w:p w:rsidR="007F7E84" w:rsidRDefault="00746CBC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:rsidR="007F7E84" w:rsidRDefault="007F7E84">
            <w:pPr>
              <w:keepNext/>
            </w:pPr>
          </w:p>
        </w:tc>
        <w:tc>
          <w:tcPr>
            <w:tcW w:w="3212" w:type="dxa"/>
            <w:gridSpan w:val="4"/>
          </w:tcPr>
          <w:p w:rsidR="007F7E84" w:rsidRDefault="00746CBC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:rsidR="007F7E84" w:rsidRDefault="00746CBC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:rsidR="007F7E84" w:rsidRDefault="007F7E84">
            <w:pPr>
              <w:keepNext/>
            </w:pPr>
          </w:p>
        </w:tc>
      </w:tr>
      <w:tr w:rsidR="007F7E84">
        <w:trPr>
          <w:cantSplit/>
          <w:trHeight w:val="510"/>
        </w:trPr>
        <w:tc>
          <w:tcPr>
            <w:tcW w:w="3212" w:type="dxa"/>
            <w:gridSpan w:val="2"/>
          </w:tcPr>
          <w:p w:rsidR="007F7E84" w:rsidRDefault="00746CBC">
            <w:pPr>
              <w:keepNext/>
            </w:pPr>
            <w:proofErr w:type="spellStart"/>
            <w:r>
              <w:rPr>
                <w:b/>
                <w:color w:val="0D5F78"/>
              </w:rPr>
              <w:t>Strada</w:t>
            </w:r>
            <w:proofErr w:type="spellEnd"/>
          </w:p>
          <w:p w:rsidR="007F7E84" w:rsidRDefault="007F7E84">
            <w:pPr>
              <w:keepNext/>
            </w:pPr>
          </w:p>
        </w:tc>
        <w:tc>
          <w:tcPr>
            <w:tcW w:w="803" w:type="dxa"/>
          </w:tcPr>
          <w:p w:rsidR="007F7E84" w:rsidRDefault="00746CBC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7F7E84" w:rsidRDefault="007F7E84">
            <w:pPr>
              <w:keepNext/>
            </w:pPr>
          </w:p>
        </w:tc>
        <w:tc>
          <w:tcPr>
            <w:tcW w:w="803" w:type="dxa"/>
          </w:tcPr>
          <w:p w:rsidR="007F7E84" w:rsidRDefault="00746CBC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7F7E84" w:rsidRDefault="007F7E84">
            <w:pPr>
              <w:keepNext/>
            </w:pPr>
          </w:p>
        </w:tc>
        <w:tc>
          <w:tcPr>
            <w:tcW w:w="803" w:type="dxa"/>
          </w:tcPr>
          <w:p w:rsidR="007F7E84" w:rsidRDefault="00746CBC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7F7E84" w:rsidRDefault="007F7E84">
            <w:pPr>
              <w:keepNext/>
            </w:pPr>
          </w:p>
        </w:tc>
        <w:tc>
          <w:tcPr>
            <w:tcW w:w="803" w:type="dxa"/>
          </w:tcPr>
          <w:p w:rsidR="007F7E84" w:rsidRDefault="00746CBC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7F7E84" w:rsidRDefault="007F7E84">
            <w:pPr>
              <w:keepNext/>
            </w:pPr>
          </w:p>
        </w:tc>
        <w:tc>
          <w:tcPr>
            <w:tcW w:w="1606" w:type="dxa"/>
          </w:tcPr>
          <w:p w:rsidR="007F7E84" w:rsidRDefault="00746CBC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:rsidR="007F7E84" w:rsidRDefault="007F7E84">
            <w:pPr>
              <w:keepNext/>
            </w:pPr>
          </w:p>
        </w:tc>
        <w:tc>
          <w:tcPr>
            <w:tcW w:w="1606" w:type="dxa"/>
          </w:tcPr>
          <w:p w:rsidR="007F7E84" w:rsidRDefault="00746CBC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:rsidR="007F7E84" w:rsidRDefault="007F7E84">
            <w:pPr>
              <w:keepNext/>
            </w:pPr>
          </w:p>
        </w:tc>
      </w:tr>
      <w:tr w:rsidR="007F7E84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7F7E84" w:rsidRDefault="00746CBC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7F7E84">
        <w:trPr>
          <w:cantSplit/>
          <w:trHeight w:val="510"/>
        </w:trPr>
        <w:tc>
          <w:tcPr>
            <w:tcW w:w="4015" w:type="dxa"/>
            <w:gridSpan w:val="3"/>
          </w:tcPr>
          <w:p w:rsidR="007F7E84" w:rsidRDefault="00746CBC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:rsidR="007F7E84" w:rsidRDefault="007F7E84">
            <w:pPr>
              <w:keepNext/>
            </w:pPr>
          </w:p>
        </w:tc>
        <w:tc>
          <w:tcPr>
            <w:tcW w:w="5621" w:type="dxa"/>
            <w:gridSpan w:val="5"/>
          </w:tcPr>
          <w:p w:rsidR="007F7E84" w:rsidRDefault="00746CBC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:rsidR="007F7E84" w:rsidRDefault="007F7E84">
            <w:pPr>
              <w:keepNext/>
            </w:pPr>
          </w:p>
        </w:tc>
      </w:tr>
      <w:tr w:rsidR="007F7E84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7F7E84" w:rsidRDefault="00746CBC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7F7E84">
        <w:trPr>
          <w:cantSplit/>
          <w:trHeight w:val="510"/>
        </w:trPr>
        <w:tc>
          <w:tcPr>
            <w:tcW w:w="6424" w:type="dxa"/>
            <w:gridSpan w:val="6"/>
          </w:tcPr>
          <w:p w:rsidR="007F7E84" w:rsidRDefault="00746CBC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:rsidR="007F7E84" w:rsidRDefault="00746CBC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:rsidR="007F7E84" w:rsidRDefault="007F7E84">
            <w:pPr>
              <w:keepNext/>
            </w:pPr>
          </w:p>
        </w:tc>
      </w:tr>
      <w:tr w:rsidR="007F7E84" w:rsidRPr="00505208">
        <w:trPr>
          <w:cantSplit/>
        </w:trPr>
        <w:tc>
          <w:tcPr>
            <w:tcW w:w="9636" w:type="dxa"/>
            <w:gridSpan w:val="8"/>
          </w:tcPr>
          <w:p w:rsidR="007F7E84" w:rsidRPr="00243AD6" w:rsidRDefault="00746CBC">
            <w:pPr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☐ </w:t>
            </w:r>
            <w:proofErr w:type="spellStart"/>
            <w:r w:rsidRPr="00243AD6">
              <w:rPr>
                <w:sz w:val="16"/>
                <w:lang w:val="fr-FR"/>
              </w:rPr>
              <w:t>titular</w:t>
            </w:r>
            <w:proofErr w:type="spellEnd"/>
            <w:r w:rsidRPr="00243AD6">
              <w:rPr>
                <w:sz w:val="16"/>
                <w:lang w:val="fr-FR"/>
              </w:rPr>
              <w:t xml:space="preserve"> al </w:t>
            </w:r>
            <w:proofErr w:type="spellStart"/>
            <w:r w:rsidRPr="00243AD6">
              <w:rPr>
                <w:sz w:val="16"/>
                <w:lang w:val="fr-FR"/>
              </w:rPr>
              <w:t>dreptului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proprietate</w:t>
            </w:r>
            <w:proofErr w:type="spellEnd"/>
            <w:r w:rsidRPr="00243AD6">
              <w:rPr>
                <w:sz w:val="16"/>
                <w:lang w:val="fr-FR"/>
              </w:rPr>
              <w:t xml:space="preserve">     ☐ </w:t>
            </w:r>
            <w:proofErr w:type="spellStart"/>
            <w:r w:rsidRPr="00243AD6">
              <w:rPr>
                <w:sz w:val="16"/>
                <w:lang w:val="fr-FR"/>
              </w:rPr>
              <w:t>împuternicit</w:t>
            </w:r>
            <w:proofErr w:type="spellEnd"/>
            <w:r w:rsidRPr="00243AD6">
              <w:rPr>
                <w:sz w:val="16"/>
                <w:lang w:val="fr-FR"/>
              </w:rPr>
              <w:t xml:space="preserve"> al </w:t>
            </w:r>
            <w:proofErr w:type="spellStart"/>
            <w:r w:rsidRPr="00243AD6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:rsidR="007F7E84" w:rsidRPr="00243AD6" w:rsidRDefault="007F7E84">
      <w:pPr>
        <w:spacing w:line="168" w:lineRule="auto"/>
        <w:rPr>
          <w:lang w:val="fr-FR"/>
        </w:rPr>
      </w:pPr>
    </w:p>
    <w:p w:rsidR="007F7E84" w:rsidRPr="00243AD6" w:rsidRDefault="00746CBC" w:rsidP="00243AD6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43AD6">
        <w:rPr>
          <w:sz w:val="18"/>
          <w:lang w:val="fr-FR"/>
        </w:rPr>
        <w:t>în</w:t>
      </w:r>
      <w:proofErr w:type="spellEnd"/>
      <w:proofErr w:type="gram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conformitate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cu</w:t>
      </w:r>
      <w:proofErr w:type="spellEnd"/>
      <w:r w:rsidRPr="00243AD6">
        <w:rPr>
          <w:sz w:val="18"/>
          <w:lang w:val="fr-FR"/>
        </w:rPr>
        <w:t xml:space="preserve"> secț</w:t>
      </w:r>
      <w:proofErr w:type="spellStart"/>
      <w:r w:rsidRPr="00243AD6">
        <w:rPr>
          <w:sz w:val="18"/>
          <w:lang w:val="fr-FR"/>
        </w:rPr>
        <w:t>iunea</w:t>
      </w:r>
      <w:proofErr w:type="spellEnd"/>
      <w:r w:rsidRPr="00243AD6">
        <w:rPr>
          <w:sz w:val="18"/>
          <w:lang w:val="fr-FR"/>
        </w:rPr>
        <w:t xml:space="preserve"> a 4-a </w:t>
      </w:r>
      <w:proofErr w:type="spellStart"/>
      <w:r w:rsidRPr="00243AD6">
        <w:rPr>
          <w:sz w:val="18"/>
          <w:lang w:val="fr-FR"/>
        </w:rPr>
        <w:t>din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Legea</w:t>
      </w:r>
      <w:proofErr w:type="spellEnd"/>
      <w:r w:rsidRPr="00243AD6">
        <w:rPr>
          <w:sz w:val="18"/>
          <w:lang w:val="fr-FR"/>
        </w:rPr>
        <w:t xml:space="preserve"> nr. 169/2026 </w:t>
      </w:r>
      <w:proofErr w:type="spellStart"/>
      <w:r w:rsidRPr="00243AD6">
        <w:rPr>
          <w:sz w:val="18"/>
          <w:lang w:val="fr-FR"/>
        </w:rPr>
        <w:t>privind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Codul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amenajării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teritoriului</w:t>
      </w:r>
      <w:proofErr w:type="spellEnd"/>
      <w:r w:rsidRPr="00243AD6">
        <w:rPr>
          <w:sz w:val="18"/>
          <w:lang w:val="fr-FR"/>
        </w:rPr>
        <w:t xml:space="preserve">, </w:t>
      </w:r>
      <w:proofErr w:type="spellStart"/>
      <w:r w:rsidRPr="00243AD6">
        <w:rPr>
          <w:sz w:val="18"/>
          <w:lang w:val="fr-FR"/>
        </w:rPr>
        <w:t>urbanismului</w:t>
      </w:r>
      <w:proofErr w:type="spellEnd"/>
      <w:r w:rsidRPr="00243AD6">
        <w:rPr>
          <w:sz w:val="18"/>
          <w:lang w:val="fr-FR"/>
        </w:rPr>
        <w:t xml:space="preserve"> și </w:t>
      </w:r>
      <w:proofErr w:type="spellStart"/>
      <w:r w:rsidRPr="00243AD6">
        <w:rPr>
          <w:sz w:val="18"/>
          <w:lang w:val="fr-FR"/>
        </w:rPr>
        <w:t>construc</w:t>
      </w:r>
      <w:proofErr w:type="spellEnd"/>
      <w:r w:rsidRPr="00243AD6">
        <w:rPr>
          <w:sz w:val="18"/>
          <w:lang w:val="fr-FR"/>
        </w:rPr>
        <w:t>ț</w:t>
      </w:r>
      <w:proofErr w:type="spellStart"/>
      <w:r w:rsidRPr="00243AD6">
        <w:rPr>
          <w:sz w:val="18"/>
          <w:lang w:val="fr-FR"/>
        </w:rPr>
        <w:t>iilor</w:t>
      </w:r>
      <w:proofErr w:type="spellEnd"/>
      <w:r w:rsidRPr="00243AD6">
        <w:rPr>
          <w:sz w:val="18"/>
          <w:lang w:val="fr-FR"/>
        </w:rPr>
        <w:t xml:space="preserve">, </w:t>
      </w:r>
      <w:proofErr w:type="spellStart"/>
      <w:r w:rsidRPr="00243AD6">
        <w:rPr>
          <w:sz w:val="18"/>
          <w:lang w:val="fr-FR"/>
        </w:rPr>
        <w:t>în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temeiul</w:t>
      </w:r>
      <w:proofErr w:type="spellEnd"/>
      <w:r w:rsidRPr="00243AD6">
        <w:rPr>
          <w:sz w:val="18"/>
          <w:lang w:val="fr-FR"/>
        </w:rPr>
        <w:t xml:space="preserve"> art. 301, </w:t>
      </w:r>
      <w:proofErr w:type="spellStart"/>
      <w:r w:rsidRPr="00243AD6">
        <w:rPr>
          <w:sz w:val="18"/>
          <w:lang w:val="fr-FR"/>
        </w:rPr>
        <w:t>solicit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emiterea</w:t>
      </w:r>
      <w:proofErr w:type="spellEnd"/>
    </w:p>
    <w:p w:rsidR="007F7E84" w:rsidRDefault="00746CBC">
      <w:pPr>
        <w:spacing w:after="160"/>
        <w:jc w:val="center"/>
      </w:pPr>
      <w:r>
        <w:rPr>
          <w:b/>
          <w:sz w:val="20"/>
        </w:rPr>
        <w:t>AUTORIZAȚIEI DE REGULARIZARE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2409"/>
        <w:gridCol w:w="803"/>
        <w:gridCol w:w="803"/>
        <w:gridCol w:w="2409"/>
      </w:tblGrid>
      <w:tr w:rsidR="007F7E84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:rsidR="007F7E84" w:rsidRDefault="00746CBC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7F7E84">
        <w:trPr>
          <w:cantSplit/>
        </w:trPr>
        <w:tc>
          <w:tcPr>
            <w:tcW w:w="9636" w:type="dxa"/>
            <w:gridSpan w:val="6"/>
          </w:tcPr>
          <w:p w:rsidR="007F7E84" w:rsidRDefault="00746CBC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7F7E84">
        <w:trPr>
          <w:cantSplit/>
          <w:trHeight w:val="510"/>
        </w:trPr>
        <w:tc>
          <w:tcPr>
            <w:tcW w:w="3212" w:type="dxa"/>
            <w:gridSpan w:val="2"/>
          </w:tcPr>
          <w:p w:rsidR="007F7E84" w:rsidRDefault="00746CBC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:rsidR="007F7E84" w:rsidRDefault="00746CBC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:rsidR="007F7E84" w:rsidRDefault="00746CBC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:rsidR="007F7E84" w:rsidRDefault="007F7E84">
            <w:pPr>
              <w:keepNext/>
            </w:pPr>
          </w:p>
        </w:tc>
      </w:tr>
      <w:tr w:rsidR="007F7E84">
        <w:trPr>
          <w:cantSplit/>
          <w:trHeight w:val="510"/>
        </w:trPr>
        <w:tc>
          <w:tcPr>
            <w:tcW w:w="1606" w:type="dxa"/>
          </w:tcPr>
          <w:p w:rsidR="007F7E84" w:rsidRDefault="00746CBC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:rsidR="007F7E84" w:rsidRDefault="007F7E84">
            <w:pPr>
              <w:keepNext/>
            </w:pPr>
          </w:p>
        </w:tc>
        <w:tc>
          <w:tcPr>
            <w:tcW w:w="4818" w:type="dxa"/>
            <w:gridSpan w:val="3"/>
          </w:tcPr>
          <w:p w:rsidR="007F7E84" w:rsidRDefault="00746CBC">
            <w:pPr>
              <w:keepNext/>
            </w:pPr>
            <w:proofErr w:type="spellStart"/>
            <w:r>
              <w:rPr>
                <w:b/>
                <w:color w:val="0D5F78"/>
              </w:rPr>
              <w:t>Strada</w:t>
            </w:r>
            <w:proofErr w:type="spellEnd"/>
          </w:p>
          <w:p w:rsidR="007F7E84" w:rsidRDefault="007F7E84">
            <w:pPr>
              <w:keepNext/>
            </w:pPr>
          </w:p>
        </w:tc>
        <w:tc>
          <w:tcPr>
            <w:tcW w:w="803" w:type="dxa"/>
          </w:tcPr>
          <w:p w:rsidR="007F7E84" w:rsidRDefault="00746CBC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7F7E84" w:rsidRDefault="007F7E84">
            <w:pPr>
              <w:keepNext/>
            </w:pPr>
          </w:p>
        </w:tc>
        <w:tc>
          <w:tcPr>
            <w:tcW w:w="2409" w:type="dxa"/>
          </w:tcPr>
          <w:p w:rsidR="007F7E84" w:rsidRDefault="00746CBC">
            <w:pPr>
              <w:keepNext/>
            </w:pPr>
            <w:r>
              <w:rPr>
                <w:b/>
                <w:color w:val="0D5F78"/>
              </w:rPr>
              <w:t xml:space="preserve">Bl. / sc. / et. / </w:t>
            </w:r>
            <w:proofErr w:type="gramStart"/>
            <w:r>
              <w:rPr>
                <w:b/>
                <w:color w:val="0D5F78"/>
              </w:rPr>
              <w:t>ap</w:t>
            </w:r>
            <w:proofErr w:type="gramEnd"/>
            <w:r>
              <w:rPr>
                <w:b/>
                <w:color w:val="0D5F78"/>
              </w:rPr>
              <w:t>.</w:t>
            </w:r>
          </w:p>
          <w:p w:rsidR="007F7E84" w:rsidRDefault="007F7E84">
            <w:pPr>
              <w:keepNext/>
            </w:pPr>
          </w:p>
        </w:tc>
      </w:tr>
      <w:tr w:rsidR="007F7E84">
        <w:trPr>
          <w:cantSplit/>
          <w:trHeight w:val="510"/>
        </w:trPr>
        <w:tc>
          <w:tcPr>
            <w:tcW w:w="5621" w:type="dxa"/>
            <w:gridSpan w:val="3"/>
          </w:tcPr>
          <w:p w:rsidR="007F7E84" w:rsidRPr="00243AD6" w:rsidRDefault="00746CBC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Număr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cadastral</w:t>
            </w:r>
          </w:p>
          <w:p w:rsidR="007F7E84" w:rsidRPr="00243AD6" w:rsidRDefault="007F7E84">
            <w:pPr>
              <w:keepNext/>
              <w:rPr>
                <w:lang w:val="fr-FR"/>
              </w:rPr>
            </w:pPr>
          </w:p>
          <w:p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:rsidR="007F7E84" w:rsidRDefault="00746CBC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:rsidR="007F7E84" w:rsidRDefault="007F7E84">
            <w:pPr>
              <w:keepNext/>
            </w:pPr>
          </w:p>
        </w:tc>
      </w:tr>
      <w:tr w:rsidR="007F7E84">
        <w:trPr>
          <w:cantSplit/>
        </w:trPr>
        <w:tc>
          <w:tcPr>
            <w:tcW w:w="9636" w:type="dxa"/>
            <w:gridSpan w:val="6"/>
          </w:tcPr>
          <w:p w:rsidR="007F7E84" w:rsidRDefault="00746CBC">
            <w:r>
              <w:rPr>
                <w:sz w:val="16"/>
              </w:rPr>
              <w:t xml:space="preserve"> ☐ extras de carte </w:t>
            </w:r>
            <w:proofErr w:type="spellStart"/>
            <w:r>
              <w:rPr>
                <w:sz w:val="16"/>
              </w:rPr>
              <w:t>funciară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anexat</w:t>
            </w:r>
            <w:proofErr w:type="spellEnd"/>
            <w:r>
              <w:rPr>
                <w:sz w:val="16"/>
              </w:rPr>
              <w:t xml:space="preserve">     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</w:t>
            </w:r>
            <w:proofErr w:type="spellEnd"/>
            <w:r>
              <w:rPr>
                <w:sz w:val="16"/>
              </w:rPr>
              <w:t xml:space="preserve"> Stereo 70, </w:t>
            </w:r>
            <w:proofErr w:type="spellStart"/>
            <w:r>
              <w:rPr>
                <w:sz w:val="16"/>
              </w:rPr>
              <w:t>anexat</w:t>
            </w:r>
            <w:proofErr w:type="spellEnd"/>
          </w:p>
        </w:tc>
      </w:tr>
    </w:tbl>
    <w:p w:rsidR="007F7E84" w:rsidRDefault="007F7E84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7F7E84">
        <w:trPr>
          <w:cantSplit/>
        </w:trPr>
        <w:tc>
          <w:tcPr>
            <w:tcW w:w="9636" w:type="dxa"/>
            <w:shd w:val="clear" w:color="auto" w:fill="F4F4F4"/>
          </w:tcPr>
          <w:p w:rsidR="007F7E84" w:rsidRDefault="00746CBC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SITUAȚIA CONSTRUCȚIEI</w:t>
            </w:r>
          </w:p>
        </w:tc>
      </w:tr>
      <w:tr w:rsidR="007F7E84" w:rsidRPr="00505208">
        <w:trPr>
          <w:cantSplit/>
        </w:trPr>
        <w:tc>
          <w:tcPr>
            <w:tcW w:w="9636" w:type="dxa"/>
          </w:tcPr>
          <w:p w:rsidR="007F7E84" w:rsidRPr="00243AD6" w:rsidRDefault="00746CBC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☐ </w:t>
            </w:r>
            <w:proofErr w:type="spellStart"/>
            <w:r w:rsidRPr="00243AD6">
              <w:rPr>
                <w:sz w:val="16"/>
                <w:lang w:val="fr-FR"/>
              </w:rPr>
              <w:t>realizată</w:t>
            </w:r>
            <w:proofErr w:type="spellEnd"/>
            <w:r w:rsidRPr="00243AD6">
              <w:rPr>
                <w:sz w:val="16"/>
                <w:lang w:val="fr-FR"/>
              </w:rPr>
              <w:t xml:space="preserve"> FĂRĂ </w:t>
            </w:r>
            <w:proofErr w:type="spellStart"/>
            <w:r w:rsidRPr="00243AD6">
              <w:rPr>
                <w:sz w:val="16"/>
                <w:lang w:val="fr-FR"/>
              </w:rPr>
              <w:t>autoriza</w:t>
            </w:r>
            <w:proofErr w:type="spellEnd"/>
            <w:r w:rsidRPr="00243AD6">
              <w:rPr>
                <w:sz w:val="16"/>
                <w:lang w:val="fr-FR"/>
              </w:rPr>
              <w:t>ț</w:t>
            </w:r>
            <w:proofErr w:type="spellStart"/>
            <w:r w:rsidRPr="00243AD6">
              <w:rPr>
                <w:sz w:val="16"/>
                <w:lang w:val="fr-FR"/>
              </w:rPr>
              <w:t>ie</w:t>
            </w:r>
            <w:proofErr w:type="spellEnd"/>
            <w:r w:rsidRPr="00243AD6">
              <w:rPr>
                <w:sz w:val="16"/>
                <w:lang w:val="fr-FR"/>
              </w:rPr>
              <w:t xml:space="preserve"> de construire     ☐ </w:t>
            </w:r>
            <w:proofErr w:type="spellStart"/>
            <w:r w:rsidRPr="00243AD6">
              <w:rPr>
                <w:sz w:val="16"/>
                <w:lang w:val="fr-FR"/>
              </w:rPr>
              <w:t>realizată</w:t>
            </w:r>
            <w:proofErr w:type="spellEnd"/>
            <w:r w:rsidRPr="00243AD6">
              <w:rPr>
                <w:sz w:val="16"/>
                <w:lang w:val="fr-FR"/>
              </w:rPr>
              <w:t xml:space="preserve"> CU NERESPECTAREA </w:t>
            </w:r>
            <w:proofErr w:type="spellStart"/>
            <w:r w:rsidRPr="00243AD6">
              <w:rPr>
                <w:sz w:val="16"/>
                <w:lang w:val="fr-FR"/>
              </w:rPr>
              <w:t>autoriza</w:t>
            </w:r>
            <w:proofErr w:type="spellEnd"/>
            <w:r w:rsidRPr="00243AD6">
              <w:rPr>
                <w:sz w:val="16"/>
                <w:lang w:val="fr-FR"/>
              </w:rPr>
              <w:t>ț</w:t>
            </w:r>
            <w:proofErr w:type="spellStart"/>
            <w:r w:rsidRPr="00243AD6">
              <w:rPr>
                <w:sz w:val="16"/>
                <w:lang w:val="fr-FR"/>
              </w:rPr>
              <w:t>iei</w:t>
            </w:r>
            <w:proofErr w:type="spellEnd"/>
            <w:r w:rsidRPr="00243AD6">
              <w:rPr>
                <w:sz w:val="16"/>
                <w:lang w:val="fr-FR"/>
              </w:rPr>
              <w:t xml:space="preserve"> de construire</w:t>
            </w:r>
          </w:p>
        </w:tc>
      </w:tr>
      <w:tr w:rsidR="007F7E84" w:rsidRPr="00505208">
        <w:trPr>
          <w:cantSplit/>
          <w:trHeight w:val="510"/>
        </w:trPr>
        <w:tc>
          <w:tcPr>
            <w:tcW w:w="9636" w:type="dxa"/>
          </w:tcPr>
          <w:p w:rsidR="007F7E84" w:rsidRPr="00243AD6" w:rsidRDefault="00746CBC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Autoriza</w:t>
            </w:r>
            <w:proofErr w:type="spellEnd"/>
            <w:r w:rsidRPr="00243AD6">
              <w:rPr>
                <w:b/>
                <w:color w:val="0D5F78"/>
                <w:lang w:val="fr-FR"/>
              </w:rPr>
              <w:t>ț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ia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nerespectată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nr. / data /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emitent</w:t>
            </w:r>
            <w:proofErr w:type="spellEnd"/>
          </w:p>
          <w:p w:rsidR="007F7E84" w:rsidRPr="00243AD6" w:rsidRDefault="00746CBC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i/>
                <w:color w:val="7A7A7A"/>
                <w:lang w:val="fr-FR"/>
              </w:rPr>
              <w:t>dacă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este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cazul</w:t>
            </w:r>
            <w:proofErr w:type="spellEnd"/>
          </w:p>
          <w:p w:rsidR="007F7E84" w:rsidRPr="00243AD6" w:rsidRDefault="007F7E84">
            <w:pPr>
              <w:keepNext/>
              <w:rPr>
                <w:lang w:val="fr-FR"/>
              </w:rPr>
            </w:pPr>
          </w:p>
        </w:tc>
      </w:tr>
      <w:tr w:rsidR="007F7E84">
        <w:trPr>
          <w:cantSplit/>
        </w:trPr>
        <w:tc>
          <w:tcPr>
            <w:tcW w:w="9636" w:type="dxa"/>
            <w:shd w:val="clear" w:color="auto" w:fill="F4F4F4"/>
          </w:tcPr>
          <w:p w:rsidR="007F7E84" w:rsidRDefault="00746CBC">
            <w:pPr>
              <w:keepNext/>
            </w:pPr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Încadrarea</w:t>
            </w:r>
            <w:proofErr w:type="spellEnd"/>
            <w:r>
              <w:rPr>
                <w:sz w:val="16"/>
              </w:rPr>
              <w:t xml:space="preserve"> — art. 301, se </w:t>
            </w:r>
            <w:proofErr w:type="spellStart"/>
            <w:r>
              <w:rPr>
                <w:sz w:val="16"/>
              </w:rPr>
              <w:t>bifează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aplicabil</w:t>
            </w:r>
            <w:proofErr w:type="spellEnd"/>
          </w:p>
        </w:tc>
      </w:tr>
      <w:tr w:rsidR="007F7E84" w:rsidRPr="00505208">
        <w:trPr>
          <w:cantSplit/>
        </w:trPr>
        <w:tc>
          <w:tcPr>
            <w:tcW w:w="9636" w:type="dxa"/>
          </w:tcPr>
          <w:p w:rsidR="007F7E84" w:rsidRDefault="00746CBC">
            <w:r>
              <w:rPr>
                <w:sz w:val="16"/>
              </w:rPr>
              <w:t xml:space="preserve">☐ </w:t>
            </w:r>
            <w:proofErr w:type="spellStart"/>
            <w:proofErr w:type="gramStart"/>
            <w:r>
              <w:rPr>
                <w:sz w:val="16"/>
              </w:rPr>
              <w:t>alin</w:t>
            </w:r>
            <w:proofErr w:type="spellEnd"/>
            <w:proofErr w:type="gramEnd"/>
            <w:r>
              <w:rPr>
                <w:sz w:val="16"/>
              </w:rPr>
              <w:t xml:space="preserve">. (2) — </w:t>
            </w:r>
            <w:proofErr w:type="spellStart"/>
            <w:r>
              <w:rPr>
                <w:sz w:val="16"/>
              </w:rPr>
              <w:t>locuință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unifamilială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suprafață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construită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desfășurată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cel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mult</w:t>
            </w:r>
            <w:proofErr w:type="spellEnd"/>
            <w:r>
              <w:rPr>
                <w:sz w:val="16"/>
              </w:rPr>
              <w:t xml:space="preserve"> 150 mp, care nu </w:t>
            </w:r>
            <w:proofErr w:type="spellStart"/>
            <w:r>
              <w:rPr>
                <w:sz w:val="16"/>
              </w:rPr>
              <w:t>este</w:t>
            </w:r>
            <w:proofErr w:type="spellEnd"/>
            <w:r>
              <w:rPr>
                <w:sz w:val="16"/>
              </w:rPr>
              <w:t xml:space="preserve">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</w:p>
          <w:p w:rsidR="007F7E84" w:rsidRDefault="00746CBC">
            <w:r>
              <w:rPr>
                <w:sz w:val="16"/>
              </w:rPr>
              <w:t xml:space="preserve">☐ </w:t>
            </w:r>
            <w:proofErr w:type="spellStart"/>
            <w:proofErr w:type="gramStart"/>
            <w:r>
              <w:rPr>
                <w:sz w:val="16"/>
              </w:rPr>
              <w:t>alin</w:t>
            </w:r>
            <w:proofErr w:type="spellEnd"/>
            <w:proofErr w:type="gramEnd"/>
            <w:r>
              <w:rPr>
                <w:sz w:val="16"/>
              </w:rPr>
              <w:t xml:space="preserve">. (2) — </w:t>
            </w:r>
            <w:proofErr w:type="spellStart"/>
            <w:r>
              <w:rPr>
                <w:sz w:val="16"/>
              </w:rPr>
              <w:t>anexă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locuinței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gospodărească</w:t>
            </w:r>
            <w:proofErr w:type="spellEnd"/>
            <w:r>
              <w:rPr>
                <w:sz w:val="16"/>
              </w:rPr>
              <w:t xml:space="preserve"> / a </w:t>
            </w:r>
            <w:proofErr w:type="spellStart"/>
            <w:r>
              <w:rPr>
                <w:sz w:val="16"/>
              </w:rPr>
              <w:t>exploatației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agricole</w:t>
            </w:r>
            <w:proofErr w:type="spellEnd"/>
            <w:r>
              <w:rPr>
                <w:sz w:val="16"/>
              </w:rPr>
              <w:t xml:space="preserve">, de </w:t>
            </w:r>
            <w:proofErr w:type="spellStart"/>
            <w:r>
              <w:rPr>
                <w:sz w:val="16"/>
              </w:rPr>
              <w:t>cel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mult</w:t>
            </w:r>
            <w:proofErr w:type="spellEnd"/>
            <w:r>
              <w:rPr>
                <w:sz w:val="16"/>
              </w:rPr>
              <w:t xml:space="preserve"> 150 mp</w:t>
            </w:r>
          </w:p>
          <w:p w:rsidR="007F7E84" w:rsidRDefault="00746CBC">
            <w:r>
              <w:rPr>
                <w:sz w:val="16"/>
              </w:rPr>
              <w:t xml:space="preserve">☐ </w:t>
            </w:r>
            <w:proofErr w:type="spellStart"/>
            <w:proofErr w:type="gramStart"/>
            <w:r>
              <w:rPr>
                <w:sz w:val="16"/>
              </w:rPr>
              <w:t>alin</w:t>
            </w:r>
            <w:proofErr w:type="spellEnd"/>
            <w:proofErr w:type="gramEnd"/>
            <w:r>
              <w:rPr>
                <w:sz w:val="16"/>
              </w:rPr>
              <w:t xml:space="preserve">. (2) —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închidere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balcoanelor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extindere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domeniul</w:t>
            </w:r>
            <w:proofErr w:type="spellEnd"/>
            <w:r>
              <w:rPr>
                <w:sz w:val="16"/>
              </w:rPr>
              <w:t xml:space="preserve"> public</w:t>
            </w:r>
          </w:p>
          <w:p w:rsidR="007F7E84" w:rsidRPr="00243AD6" w:rsidRDefault="00746CBC">
            <w:pPr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☐ </w:t>
            </w:r>
            <w:proofErr w:type="spellStart"/>
            <w:r w:rsidRPr="00243AD6">
              <w:rPr>
                <w:sz w:val="16"/>
                <w:lang w:val="fr-FR"/>
              </w:rPr>
              <w:t>alin</w:t>
            </w:r>
            <w:proofErr w:type="spellEnd"/>
            <w:r w:rsidRPr="00243AD6">
              <w:rPr>
                <w:sz w:val="16"/>
                <w:lang w:val="fr-FR"/>
              </w:rPr>
              <w:t xml:space="preserve">. (7) — </w:t>
            </w:r>
            <w:proofErr w:type="spellStart"/>
            <w:r w:rsidRPr="00243AD6">
              <w:rPr>
                <w:sz w:val="16"/>
                <w:lang w:val="fr-FR"/>
              </w:rPr>
              <w:t>alte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categorii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în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termenul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gramStart"/>
            <w:r w:rsidRPr="00243AD6">
              <w:rPr>
                <w:sz w:val="16"/>
                <w:lang w:val="fr-FR"/>
              </w:rPr>
              <w:t xml:space="preserve">de </w:t>
            </w:r>
            <w:proofErr w:type="spellStart"/>
            <w:r w:rsidRPr="00243AD6">
              <w:rPr>
                <w:sz w:val="16"/>
                <w:lang w:val="fr-FR"/>
              </w:rPr>
              <w:t>excep</w:t>
            </w:r>
            <w:proofErr w:type="spellEnd"/>
            <w:r w:rsidRPr="00243AD6">
              <w:rPr>
                <w:sz w:val="16"/>
                <w:lang w:val="fr-FR"/>
              </w:rPr>
              <w:t>ț</w:t>
            </w:r>
            <w:proofErr w:type="spellStart"/>
            <w:r w:rsidRPr="00243AD6">
              <w:rPr>
                <w:sz w:val="16"/>
                <w:lang w:val="fr-FR"/>
              </w:rPr>
              <w:t>ie</w:t>
            </w:r>
            <w:proofErr w:type="spellEnd"/>
            <w:proofErr w:type="gram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cel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mult</w:t>
            </w:r>
            <w:proofErr w:type="spellEnd"/>
            <w:r w:rsidRPr="00243AD6">
              <w:rPr>
                <w:sz w:val="16"/>
                <w:lang w:val="fr-FR"/>
              </w:rPr>
              <w:t xml:space="preserve"> 1 an de la </w:t>
            </w:r>
            <w:proofErr w:type="spellStart"/>
            <w:r w:rsidRPr="00243AD6">
              <w:rPr>
                <w:sz w:val="16"/>
                <w:lang w:val="fr-FR"/>
              </w:rPr>
              <w:t>intrarea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în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vigoare</w:t>
            </w:r>
            <w:proofErr w:type="spellEnd"/>
            <w:r w:rsidRPr="00243AD6">
              <w:rPr>
                <w:sz w:val="16"/>
                <w:lang w:val="fr-FR"/>
              </w:rPr>
              <w:t xml:space="preserve"> a </w:t>
            </w:r>
            <w:proofErr w:type="spellStart"/>
            <w:r w:rsidRPr="00243AD6">
              <w:rPr>
                <w:sz w:val="16"/>
                <w:lang w:val="fr-FR"/>
              </w:rPr>
              <w:t>Codului</w:t>
            </w:r>
            <w:proofErr w:type="spellEnd"/>
          </w:p>
        </w:tc>
      </w:tr>
    </w:tbl>
    <w:p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2409"/>
        <w:gridCol w:w="4015"/>
        <w:gridCol w:w="3212"/>
      </w:tblGrid>
      <w:tr w:rsidR="007F7E84" w:rsidRPr="00505208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7F7E84" w:rsidRPr="00505208" w:rsidRDefault="00746CBC">
            <w:pPr>
              <w:keepNext/>
              <w:rPr>
                <w:lang w:val="fr-FR"/>
              </w:rPr>
            </w:pPr>
            <w:r w:rsidRPr="00243AD6">
              <w:rPr>
                <w:b/>
                <w:sz w:val="16"/>
                <w:lang w:val="fr-FR"/>
              </w:rPr>
              <w:lastRenderedPageBreak/>
              <w:t xml:space="preserve"> </w:t>
            </w:r>
            <w:r w:rsidRPr="00505208">
              <w:rPr>
                <w:b/>
                <w:sz w:val="16"/>
                <w:lang w:val="fr-FR"/>
              </w:rPr>
              <w:t xml:space="preserve">6. </w:t>
            </w:r>
            <w:r w:rsidRPr="00505208">
              <w:rPr>
                <w:b/>
                <w:color w:val="000000"/>
                <w:sz w:val="18"/>
                <w:lang w:val="fr-FR"/>
              </w:rPr>
              <w:t>DOCUMENTAȚIA ȘI EXPERTIZAREA</w:t>
            </w:r>
            <w:r w:rsidR="00505208" w:rsidRPr="00505208">
              <w:rPr>
                <w:b/>
                <w:color w:val="000000"/>
                <w:sz w:val="18"/>
                <w:lang w:val="fr-FR"/>
              </w:rPr>
              <w:t xml:space="preserve"> TEHNICĂ PENTRU</w:t>
            </w:r>
            <w:r w:rsidR="00505208">
              <w:rPr>
                <w:b/>
                <w:color w:val="000000"/>
                <w:sz w:val="18"/>
                <w:lang w:val="fr-FR"/>
              </w:rPr>
              <w:t xml:space="preserve"> CERINȚELE FUNDAMNETALE</w:t>
            </w:r>
          </w:p>
        </w:tc>
      </w:tr>
      <w:tr w:rsidR="007F7E84">
        <w:trPr>
          <w:cantSplit/>
          <w:trHeight w:val="510"/>
        </w:trPr>
        <w:tc>
          <w:tcPr>
            <w:tcW w:w="2409" w:type="dxa"/>
          </w:tcPr>
          <w:p w:rsidR="007F7E84" w:rsidRDefault="00746CBC">
            <w:pPr>
              <w:keepNext/>
            </w:pPr>
            <w:r>
              <w:rPr>
                <w:b/>
                <w:color w:val="0D5F78"/>
              </w:rPr>
              <w:t>P.A.C. nr. / data</w:t>
            </w:r>
          </w:p>
          <w:p w:rsidR="007F7E84" w:rsidRDefault="007F7E84">
            <w:pPr>
              <w:keepNext/>
            </w:pPr>
          </w:p>
        </w:tc>
        <w:tc>
          <w:tcPr>
            <w:tcW w:w="4015" w:type="dxa"/>
          </w:tcPr>
          <w:p w:rsidR="007F7E84" w:rsidRDefault="00746CBC">
            <w:pPr>
              <w:keepNext/>
            </w:pPr>
            <w:r>
              <w:rPr>
                <w:b/>
                <w:color w:val="0D5F78"/>
              </w:rPr>
              <w:t>Elaborator</w:t>
            </w:r>
          </w:p>
          <w:p w:rsidR="007F7E84" w:rsidRDefault="007F7E84">
            <w:pPr>
              <w:keepNext/>
            </w:pPr>
          </w:p>
        </w:tc>
        <w:tc>
          <w:tcPr>
            <w:tcW w:w="3212" w:type="dxa"/>
          </w:tcPr>
          <w:p w:rsidR="007F7E84" w:rsidRDefault="00746CBC">
            <w:pPr>
              <w:keepNext/>
            </w:pPr>
            <w:proofErr w:type="spellStart"/>
            <w:r>
              <w:rPr>
                <w:b/>
                <w:color w:val="0D5F78"/>
              </w:rPr>
              <w:t>Proiectant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</w:t>
            </w:r>
            <w:proofErr w:type="spellEnd"/>
            <w:r>
              <w:rPr>
                <w:b/>
                <w:color w:val="0D5F78"/>
              </w:rPr>
              <w:t xml:space="preserve"> — nr. TNA</w:t>
            </w:r>
          </w:p>
          <w:p w:rsidR="007F7E84" w:rsidRDefault="007F7E84">
            <w:pPr>
              <w:keepNext/>
            </w:pPr>
          </w:p>
        </w:tc>
      </w:tr>
      <w:tr w:rsidR="007F7E84" w:rsidRPr="00243AD6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7F7E84" w:rsidRPr="00243AD6" w:rsidRDefault="00746CBC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Rapoartele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gramStart"/>
            <w:r w:rsidRPr="00243AD6">
              <w:rPr>
                <w:sz w:val="16"/>
                <w:lang w:val="fr-FR"/>
              </w:rPr>
              <w:t xml:space="preserve">de </w:t>
            </w:r>
            <w:proofErr w:type="spellStart"/>
            <w:r w:rsidRPr="00243AD6">
              <w:rPr>
                <w:sz w:val="16"/>
                <w:lang w:val="fr-FR"/>
              </w:rPr>
              <w:t>expertiză</w:t>
            </w:r>
            <w:proofErr w:type="spellEnd"/>
            <w:proofErr w:type="gram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tehnică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pe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cerin</w:t>
            </w:r>
            <w:proofErr w:type="spellEnd"/>
            <w:r w:rsidRPr="00243AD6">
              <w:rPr>
                <w:sz w:val="16"/>
                <w:lang w:val="fr-FR"/>
              </w:rPr>
              <w:t>ț</w:t>
            </w:r>
            <w:proofErr w:type="spellStart"/>
            <w:r w:rsidRPr="00243AD6">
              <w:rPr>
                <w:sz w:val="16"/>
                <w:lang w:val="fr-FR"/>
              </w:rPr>
              <w:t>ele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fundamentale</w:t>
            </w:r>
            <w:proofErr w:type="spellEnd"/>
          </w:p>
        </w:tc>
      </w:tr>
      <w:tr w:rsidR="007F7E84">
        <w:trPr>
          <w:cantSplit/>
          <w:trHeight w:val="510"/>
        </w:trPr>
        <w:tc>
          <w:tcPr>
            <w:tcW w:w="6424" w:type="dxa"/>
            <w:gridSpan w:val="2"/>
          </w:tcPr>
          <w:p w:rsidR="007F7E84" w:rsidRDefault="00746CBC">
            <w:pPr>
              <w:keepNext/>
            </w:pPr>
            <w:proofErr w:type="spellStart"/>
            <w:proofErr w:type="gramStart"/>
            <w:r>
              <w:rPr>
                <w:b/>
                <w:color w:val="0D5F78"/>
              </w:rPr>
              <w:t>rezistență</w:t>
            </w:r>
            <w:proofErr w:type="spellEnd"/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mecanică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stabilitate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de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</w:p>
          <w:p w:rsidR="007F7E84" w:rsidRDefault="007F7E84">
            <w:pPr>
              <w:keepNext/>
            </w:pPr>
          </w:p>
        </w:tc>
        <w:tc>
          <w:tcPr>
            <w:tcW w:w="3212" w:type="dxa"/>
          </w:tcPr>
          <w:p w:rsidR="007F7E84" w:rsidRDefault="00746CBC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:rsidR="007F7E84" w:rsidRDefault="007F7E84">
            <w:pPr>
              <w:keepNext/>
            </w:pPr>
          </w:p>
        </w:tc>
      </w:tr>
      <w:tr w:rsidR="007F7E84">
        <w:trPr>
          <w:cantSplit/>
          <w:trHeight w:val="510"/>
        </w:trPr>
        <w:tc>
          <w:tcPr>
            <w:tcW w:w="6424" w:type="dxa"/>
            <w:gridSpan w:val="2"/>
          </w:tcPr>
          <w:p w:rsidR="007F7E84" w:rsidRPr="00243AD6" w:rsidRDefault="00746CBC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securitate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incendiu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și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prenume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/ nr. certificat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de expert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</w:p>
          <w:p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3212" w:type="dxa"/>
          </w:tcPr>
          <w:p w:rsidR="007F7E84" w:rsidRDefault="00746CBC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:rsidR="007F7E84" w:rsidRDefault="007F7E84">
            <w:pPr>
              <w:keepNext/>
            </w:pPr>
          </w:p>
        </w:tc>
      </w:tr>
      <w:tr w:rsidR="007F7E84">
        <w:trPr>
          <w:cantSplit/>
          <w:trHeight w:val="510"/>
        </w:trPr>
        <w:tc>
          <w:tcPr>
            <w:tcW w:w="6424" w:type="dxa"/>
            <w:gridSpan w:val="2"/>
          </w:tcPr>
          <w:p w:rsidR="007F7E84" w:rsidRDefault="00746CBC">
            <w:pPr>
              <w:keepNext/>
            </w:pPr>
            <w:proofErr w:type="spellStart"/>
            <w:proofErr w:type="gramStart"/>
            <w:r>
              <w:rPr>
                <w:b/>
                <w:color w:val="0D5F78"/>
              </w:rPr>
              <w:t>igienă</w:t>
            </w:r>
            <w:proofErr w:type="spellEnd"/>
            <w:proofErr w:type="gram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mediu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înconjurător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de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</w:p>
          <w:p w:rsidR="007F7E84" w:rsidRDefault="007F7E84">
            <w:pPr>
              <w:keepNext/>
            </w:pPr>
          </w:p>
        </w:tc>
        <w:tc>
          <w:tcPr>
            <w:tcW w:w="3212" w:type="dxa"/>
          </w:tcPr>
          <w:p w:rsidR="007F7E84" w:rsidRDefault="00746CBC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:rsidR="007F7E84" w:rsidRDefault="007F7E84">
            <w:pPr>
              <w:keepNext/>
            </w:pPr>
          </w:p>
        </w:tc>
      </w:tr>
      <w:tr w:rsidR="007F7E84">
        <w:trPr>
          <w:cantSplit/>
          <w:trHeight w:val="510"/>
        </w:trPr>
        <w:tc>
          <w:tcPr>
            <w:tcW w:w="6424" w:type="dxa"/>
            <w:gridSpan w:val="2"/>
          </w:tcPr>
          <w:p w:rsidR="007F7E84" w:rsidRDefault="00746CBC">
            <w:pPr>
              <w:keepNext/>
            </w:pPr>
            <w:proofErr w:type="spellStart"/>
            <w:r>
              <w:rPr>
                <w:b/>
                <w:color w:val="0D5F78"/>
              </w:rPr>
              <w:t>siguranță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accesibilitate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exploatare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de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</w:p>
          <w:p w:rsidR="007F7E84" w:rsidRDefault="007F7E84">
            <w:pPr>
              <w:keepNext/>
            </w:pPr>
          </w:p>
        </w:tc>
        <w:tc>
          <w:tcPr>
            <w:tcW w:w="3212" w:type="dxa"/>
          </w:tcPr>
          <w:p w:rsidR="007F7E84" w:rsidRDefault="00746CBC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:rsidR="007F7E84" w:rsidRDefault="007F7E84">
            <w:pPr>
              <w:keepNext/>
            </w:pPr>
          </w:p>
        </w:tc>
      </w:tr>
      <w:tr w:rsidR="007F7E84">
        <w:trPr>
          <w:cantSplit/>
          <w:trHeight w:val="510"/>
        </w:trPr>
        <w:tc>
          <w:tcPr>
            <w:tcW w:w="6424" w:type="dxa"/>
            <w:gridSpan w:val="2"/>
          </w:tcPr>
          <w:p w:rsidR="007F7E84" w:rsidRPr="00243AD6" w:rsidRDefault="00746CBC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protec</w:t>
            </w:r>
            <w:proofErr w:type="spellEnd"/>
            <w:r w:rsidRPr="00243AD6">
              <w:rPr>
                <w:b/>
                <w:color w:val="0D5F78"/>
                <w:lang w:val="fr-FR"/>
              </w:rPr>
              <w:t>ț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ie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împotriva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zgomotului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și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prenume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/ nr. certificat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de expert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</w:p>
          <w:p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3212" w:type="dxa"/>
          </w:tcPr>
          <w:p w:rsidR="007F7E84" w:rsidRDefault="00746CBC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:rsidR="007F7E84" w:rsidRDefault="007F7E84">
            <w:pPr>
              <w:keepNext/>
            </w:pPr>
          </w:p>
        </w:tc>
      </w:tr>
      <w:tr w:rsidR="007F7E84">
        <w:trPr>
          <w:cantSplit/>
          <w:trHeight w:val="510"/>
        </w:trPr>
        <w:tc>
          <w:tcPr>
            <w:tcW w:w="6424" w:type="dxa"/>
            <w:gridSpan w:val="2"/>
          </w:tcPr>
          <w:p w:rsidR="007F7E84" w:rsidRPr="00243AD6" w:rsidRDefault="00746CBC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economie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energie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și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izolare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termică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și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prenume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/ nr. certificat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de expert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</w:p>
          <w:p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3212" w:type="dxa"/>
          </w:tcPr>
          <w:p w:rsidR="007F7E84" w:rsidRDefault="00746CBC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:rsidR="007F7E84" w:rsidRDefault="007F7E84">
            <w:pPr>
              <w:keepNext/>
            </w:pPr>
          </w:p>
        </w:tc>
      </w:tr>
    </w:tbl>
    <w:p w:rsidR="007F7E84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2409"/>
        <w:gridCol w:w="4015"/>
        <w:gridCol w:w="3212"/>
      </w:tblGrid>
      <w:tr w:rsidR="00505208" w:rsidRPr="00505208" w:rsidTr="00273B64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505208" w:rsidRPr="00505208" w:rsidRDefault="00505208" w:rsidP="00273B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7</w:t>
            </w:r>
            <w:r w:rsidRPr="00505208">
              <w:rPr>
                <w:b/>
                <w:sz w:val="16"/>
                <w:lang w:val="fr-FR"/>
              </w:rPr>
              <w:t xml:space="preserve">. </w:t>
            </w:r>
            <w:r w:rsidRPr="00505208">
              <w:rPr>
                <w:b/>
                <w:bCs/>
                <w:sz w:val="18"/>
                <w:szCs w:val="18"/>
                <w:lang w:val="fr-FR"/>
              </w:rPr>
              <w:t>RAPORT PRIVIND RESPECTAREA REGLEMENTARILOR URBANISTICE</w:t>
            </w:r>
            <w:r>
              <w:rPr>
                <w:b/>
                <w:bCs/>
                <w:sz w:val="18"/>
                <w:szCs w:val="18"/>
                <w:lang w:val="fr-FR"/>
              </w:rPr>
              <w:t>, DACĂ ESTE CAZUL</w:t>
            </w:r>
          </w:p>
        </w:tc>
      </w:tr>
      <w:tr w:rsidR="00505208" w:rsidTr="00273B64">
        <w:trPr>
          <w:cantSplit/>
          <w:trHeight w:val="510"/>
        </w:trPr>
        <w:tc>
          <w:tcPr>
            <w:tcW w:w="2409" w:type="dxa"/>
          </w:tcPr>
          <w:p w:rsidR="00505208" w:rsidRDefault="00505208" w:rsidP="00505208">
            <w:pPr>
              <w:keepNext/>
            </w:pPr>
            <w:r>
              <w:rPr>
                <w:b/>
                <w:color w:val="0D5F78"/>
              </w:rPr>
              <w:t>Elaborator</w:t>
            </w:r>
          </w:p>
          <w:p w:rsidR="00505208" w:rsidRDefault="00505208" w:rsidP="00505208">
            <w:pPr>
              <w:keepNext/>
            </w:pPr>
          </w:p>
        </w:tc>
        <w:tc>
          <w:tcPr>
            <w:tcW w:w="4015" w:type="dxa"/>
          </w:tcPr>
          <w:p w:rsidR="00505208" w:rsidRDefault="00505208" w:rsidP="00505208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:rsidR="00505208" w:rsidRDefault="00505208" w:rsidP="00505208">
            <w:pPr>
              <w:keepNext/>
            </w:pPr>
          </w:p>
        </w:tc>
        <w:tc>
          <w:tcPr>
            <w:tcW w:w="3212" w:type="dxa"/>
          </w:tcPr>
          <w:p w:rsidR="00505208" w:rsidRDefault="00505208" w:rsidP="00505208">
            <w:pPr>
              <w:keepNext/>
            </w:pPr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atestare</w:t>
            </w:r>
            <w:proofErr w:type="spellEnd"/>
          </w:p>
          <w:p w:rsidR="00505208" w:rsidRDefault="00505208" w:rsidP="00505208">
            <w:pPr>
              <w:keepNext/>
            </w:pPr>
          </w:p>
        </w:tc>
      </w:tr>
    </w:tbl>
    <w:p w:rsidR="00505208" w:rsidRDefault="00505208">
      <w:pPr>
        <w:spacing w:line="168" w:lineRule="auto"/>
        <w:rPr>
          <w:lang w:val="fr-FR"/>
        </w:rPr>
      </w:pPr>
    </w:p>
    <w:p w:rsidR="00505208" w:rsidRPr="00243AD6" w:rsidRDefault="00505208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7F7E84">
        <w:trPr>
          <w:cantSplit/>
        </w:trPr>
        <w:tc>
          <w:tcPr>
            <w:tcW w:w="9636" w:type="dxa"/>
            <w:shd w:val="clear" w:color="auto" w:fill="F4F4F4"/>
          </w:tcPr>
          <w:p w:rsidR="007F7E84" w:rsidRDefault="00746CBC">
            <w:pPr>
              <w:keepNext/>
            </w:pPr>
            <w:r w:rsidRPr="00243AD6">
              <w:rPr>
                <w:b/>
                <w:sz w:val="16"/>
                <w:lang w:val="fr-FR"/>
              </w:rPr>
              <w:t xml:space="preserve"> </w:t>
            </w:r>
            <w:r w:rsidR="00505208">
              <w:rPr>
                <w:b/>
                <w:sz w:val="16"/>
              </w:rPr>
              <w:t>8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7F7E84" w:rsidRPr="00243AD6">
        <w:trPr>
          <w:cantSplit/>
        </w:trPr>
        <w:tc>
          <w:tcPr>
            <w:tcW w:w="9636" w:type="dxa"/>
          </w:tcPr>
          <w:p w:rsidR="007F7E84" w:rsidRPr="00243AD6" w:rsidRDefault="00746CBC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☐ a) </w:t>
            </w:r>
            <w:proofErr w:type="spellStart"/>
            <w:r w:rsidRPr="00243AD6">
              <w:rPr>
                <w:sz w:val="16"/>
                <w:lang w:val="fr-FR"/>
              </w:rPr>
              <w:t>rapoartele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gramStart"/>
            <w:r w:rsidRPr="00243AD6">
              <w:rPr>
                <w:sz w:val="16"/>
                <w:lang w:val="fr-FR"/>
              </w:rPr>
              <w:t xml:space="preserve">de </w:t>
            </w:r>
            <w:proofErr w:type="spellStart"/>
            <w:r w:rsidRPr="00243AD6">
              <w:rPr>
                <w:sz w:val="16"/>
                <w:lang w:val="fr-FR"/>
              </w:rPr>
              <w:t>expertiză</w:t>
            </w:r>
            <w:proofErr w:type="spellEnd"/>
            <w:proofErr w:type="gram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tehnică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pentru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cerin</w:t>
            </w:r>
            <w:proofErr w:type="spellEnd"/>
            <w:r w:rsidRPr="00243AD6">
              <w:rPr>
                <w:sz w:val="16"/>
                <w:lang w:val="fr-FR"/>
              </w:rPr>
              <w:t>ț</w:t>
            </w:r>
            <w:proofErr w:type="spellStart"/>
            <w:r w:rsidRPr="00243AD6">
              <w:rPr>
                <w:sz w:val="16"/>
                <w:lang w:val="fr-FR"/>
              </w:rPr>
              <w:t>ele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fundamentale</w:t>
            </w:r>
            <w:proofErr w:type="spellEnd"/>
          </w:p>
        </w:tc>
      </w:tr>
      <w:tr w:rsidR="007F7E84" w:rsidRPr="00505208">
        <w:trPr>
          <w:cantSplit/>
        </w:trPr>
        <w:tc>
          <w:tcPr>
            <w:tcW w:w="9636" w:type="dxa"/>
          </w:tcPr>
          <w:p w:rsidR="007F7E84" w:rsidRPr="00243AD6" w:rsidRDefault="00746CBC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☐ b) documente </w:t>
            </w:r>
            <w:proofErr w:type="spellStart"/>
            <w:r w:rsidRPr="00243AD6">
              <w:rPr>
                <w:sz w:val="16"/>
                <w:lang w:val="fr-FR"/>
              </w:rPr>
              <w:t>emise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către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emiten</w:t>
            </w:r>
            <w:proofErr w:type="spellEnd"/>
            <w:r w:rsidRPr="00243AD6">
              <w:rPr>
                <w:sz w:val="16"/>
                <w:lang w:val="fr-FR"/>
              </w:rPr>
              <w:t xml:space="preserve">ții </w:t>
            </w:r>
            <w:proofErr w:type="spellStart"/>
            <w:r w:rsidRPr="00243AD6">
              <w:rPr>
                <w:sz w:val="16"/>
                <w:lang w:val="fr-FR"/>
              </w:rPr>
              <w:t>avizelor</w:t>
            </w:r>
            <w:proofErr w:type="spellEnd"/>
            <w:r w:rsidRPr="00243AD6">
              <w:rPr>
                <w:sz w:val="16"/>
                <w:lang w:val="fr-FR"/>
              </w:rPr>
              <w:t xml:space="preserve"> / </w:t>
            </w:r>
            <w:proofErr w:type="spellStart"/>
            <w:r w:rsidRPr="00243AD6">
              <w:rPr>
                <w:sz w:val="16"/>
                <w:lang w:val="fr-FR"/>
              </w:rPr>
              <w:t>acordurilor</w:t>
            </w:r>
            <w:proofErr w:type="spellEnd"/>
            <w:r w:rsidRPr="00243AD6">
              <w:rPr>
                <w:sz w:val="16"/>
                <w:lang w:val="fr-FR"/>
              </w:rPr>
              <w:t xml:space="preserve"> (</w:t>
            </w:r>
            <w:proofErr w:type="spellStart"/>
            <w:r w:rsidRPr="00243AD6">
              <w:rPr>
                <w:sz w:val="16"/>
                <w:lang w:val="fr-FR"/>
              </w:rPr>
              <w:t>câte</w:t>
            </w:r>
            <w:proofErr w:type="spellEnd"/>
            <w:r w:rsidRPr="00243AD6">
              <w:rPr>
                <w:sz w:val="16"/>
                <w:lang w:val="fr-FR"/>
              </w:rPr>
              <w:t xml:space="preserve"> 1 </w:t>
            </w:r>
            <w:proofErr w:type="spellStart"/>
            <w:r w:rsidRPr="00243AD6">
              <w:rPr>
                <w:sz w:val="16"/>
                <w:lang w:val="fr-FR"/>
              </w:rPr>
              <w:t>exemplar</w:t>
            </w:r>
            <w:proofErr w:type="spellEnd"/>
            <w:r w:rsidRPr="00243AD6">
              <w:rPr>
                <w:sz w:val="16"/>
                <w:lang w:val="fr-FR"/>
              </w:rPr>
              <w:t xml:space="preserve"> copie):</w:t>
            </w:r>
          </w:p>
        </w:tc>
      </w:tr>
      <w:tr w:rsidR="007F7E84" w:rsidRPr="00505208">
        <w:trPr>
          <w:cantSplit/>
        </w:trPr>
        <w:tc>
          <w:tcPr>
            <w:tcW w:w="9636" w:type="dxa"/>
          </w:tcPr>
          <w:p w:rsidR="007F7E84" w:rsidRPr="00243AD6" w:rsidRDefault="007F7E84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:rsidR="007F7E84" w:rsidRPr="00243AD6" w:rsidRDefault="007F7E84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7F7E84" w:rsidRPr="00505208">
        <w:trPr>
          <w:cantSplit/>
        </w:trPr>
        <w:tc>
          <w:tcPr>
            <w:tcW w:w="9636" w:type="dxa"/>
          </w:tcPr>
          <w:p w:rsidR="007F7E84" w:rsidRPr="00243AD6" w:rsidRDefault="00746CBC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☐ </w:t>
            </w:r>
            <w:proofErr w:type="spellStart"/>
            <w:r w:rsidRPr="00243AD6">
              <w:rPr>
                <w:sz w:val="16"/>
                <w:lang w:val="fr-FR"/>
              </w:rPr>
              <w:t>raport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privind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respectarea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reglementărilor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urbanistice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elaborat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r w:rsidR="004E3C9A">
              <w:rPr>
                <w:sz w:val="16"/>
                <w:lang w:val="fr-FR"/>
              </w:rPr>
              <w:t xml:space="preserve">structura de </w:t>
            </w:r>
            <w:proofErr w:type="spellStart"/>
            <w:r w:rsidR="004E3C9A">
              <w:rPr>
                <w:sz w:val="16"/>
                <w:lang w:val="fr-FR"/>
              </w:rPr>
              <w:t>specialitate</w:t>
            </w:r>
            <w:proofErr w:type="spellEnd"/>
            <w:r w:rsidR="004E3C9A">
              <w:rPr>
                <w:sz w:val="16"/>
                <w:lang w:val="fr-FR"/>
              </w:rPr>
              <w:t xml:space="preserve"> / de </w:t>
            </w:r>
            <w:proofErr w:type="spellStart"/>
            <w:r w:rsidRPr="00243AD6">
              <w:rPr>
                <w:sz w:val="16"/>
                <w:lang w:val="fr-FR"/>
              </w:rPr>
              <w:t>specialist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cu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drept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semnătură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în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domeniul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urbanismului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d</w:t>
            </w:r>
            <w:r w:rsidR="004E3C9A">
              <w:rPr>
                <w:sz w:val="16"/>
                <w:lang w:val="fr-FR"/>
              </w:rPr>
              <w:t>upă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caz</w:t>
            </w:r>
            <w:proofErr w:type="spellEnd"/>
          </w:p>
        </w:tc>
      </w:tr>
      <w:tr w:rsidR="007F7E84" w:rsidRPr="00505208">
        <w:trPr>
          <w:cantSplit/>
        </w:trPr>
        <w:tc>
          <w:tcPr>
            <w:tcW w:w="9636" w:type="dxa"/>
          </w:tcPr>
          <w:p w:rsidR="004E3C9A" w:rsidRDefault="00746CBC">
            <w:pPr>
              <w:rPr>
                <w:sz w:val="16"/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243AD6">
              <w:rPr>
                <w:sz w:val="16"/>
                <w:lang w:val="fr-FR"/>
              </w:rPr>
              <w:t>funciară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actualizat</w:t>
            </w:r>
            <w:proofErr w:type="spellEnd"/>
            <w:r w:rsidRPr="00243AD6">
              <w:rPr>
                <w:sz w:val="16"/>
                <w:lang w:val="fr-FR"/>
              </w:rPr>
              <w:t xml:space="preserve">     </w:t>
            </w:r>
          </w:p>
          <w:p w:rsidR="004E3C9A" w:rsidRDefault="004E3C9A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243AD6">
              <w:rPr>
                <w:sz w:val="16"/>
                <w:lang w:val="fr-FR"/>
              </w:rPr>
              <w:t>☐ documentaț</w:t>
            </w:r>
            <w:proofErr w:type="spellStart"/>
            <w:r w:rsidRPr="00243AD6">
              <w:rPr>
                <w:sz w:val="16"/>
                <w:lang w:val="fr-FR"/>
              </w:rPr>
              <w:t>ia</w:t>
            </w:r>
            <w:proofErr w:type="spellEnd"/>
            <w:r w:rsidRPr="00243AD6">
              <w:rPr>
                <w:sz w:val="16"/>
                <w:lang w:val="fr-FR"/>
              </w:rPr>
              <w:t xml:space="preserve"> P.A.C. (2 </w:t>
            </w:r>
            <w:proofErr w:type="spellStart"/>
            <w:r w:rsidRPr="00243AD6">
              <w:rPr>
                <w:sz w:val="16"/>
                <w:lang w:val="fr-FR"/>
              </w:rPr>
              <w:t>exemplare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sau</w:t>
            </w:r>
            <w:proofErr w:type="spellEnd"/>
            <w:r>
              <w:rPr>
                <w:sz w:val="16"/>
                <w:lang w:val="fr-FR"/>
              </w:rPr>
              <w:t xml:space="preserve"> 1 </w:t>
            </w:r>
            <w:proofErr w:type="spellStart"/>
            <w:r>
              <w:rPr>
                <w:sz w:val="16"/>
                <w:lang w:val="fr-FR"/>
              </w:rPr>
              <w:t>exemplar</w:t>
            </w:r>
            <w:proofErr w:type="spellEnd"/>
            <w:r>
              <w:rPr>
                <w:sz w:val="16"/>
                <w:lang w:val="fr-FR"/>
              </w:rPr>
              <w:t xml:space="preserve"> original, </w:t>
            </w:r>
            <w:proofErr w:type="spellStart"/>
            <w:r>
              <w:rPr>
                <w:sz w:val="16"/>
                <w:lang w:val="fr-FR"/>
              </w:rPr>
              <w:t>în</w:t>
            </w:r>
            <w:proofErr w:type="spellEnd"/>
            <w:r>
              <w:rPr>
                <w:sz w:val="16"/>
                <w:lang w:val="fr-FR"/>
              </w:rPr>
              <w:t xml:space="preserve"> format </w:t>
            </w:r>
            <w:proofErr w:type="spellStart"/>
            <w:r>
              <w:rPr>
                <w:sz w:val="16"/>
                <w:lang w:val="fr-FR"/>
              </w:rPr>
              <w:t>letric</w:t>
            </w:r>
            <w:proofErr w:type="spellEnd"/>
            <w:r>
              <w:rPr>
                <w:sz w:val="16"/>
                <w:lang w:val="fr-FR"/>
              </w:rPr>
              <w:t xml:space="preserve">, </w:t>
            </w:r>
            <w:proofErr w:type="spellStart"/>
            <w:r>
              <w:rPr>
                <w:sz w:val="16"/>
                <w:lang w:val="fr-FR"/>
              </w:rPr>
              <w:t>acolo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unde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autoritatea</w:t>
            </w:r>
            <w:proofErr w:type="spellEnd"/>
            <w:r>
              <w:rPr>
                <w:sz w:val="16"/>
                <w:lang w:val="fr-FR"/>
              </w:rPr>
              <w:t xml:space="preserve"> are </w:t>
            </w:r>
            <w:proofErr w:type="spellStart"/>
            <w:r>
              <w:rPr>
                <w:sz w:val="16"/>
                <w:lang w:val="fr-FR"/>
              </w:rPr>
              <w:t>posibilitatea</w:t>
            </w:r>
            <w:proofErr w:type="spellEnd"/>
            <w:r>
              <w:rPr>
                <w:sz w:val="16"/>
                <w:lang w:val="fr-FR"/>
              </w:rPr>
              <w:t xml:space="preserve"> de a </w:t>
            </w:r>
            <w:proofErr w:type="spellStart"/>
            <w:r>
              <w:rPr>
                <w:sz w:val="16"/>
                <w:lang w:val="fr-FR"/>
              </w:rPr>
              <w:t>arhiva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în</w:t>
            </w:r>
            <w:proofErr w:type="spellEnd"/>
            <w:r>
              <w:rPr>
                <w:sz w:val="16"/>
                <w:lang w:val="fr-FR"/>
              </w:rPr>
              <w:t xml:space="preserve"> format digital</w:t>
            </w:r>
            <w:r w:rsidRPr="005B29C5">
              <w:rPr>
                <w:sz w:val="16"/>
                <w:lang w:val="fr-FR"/>
              </w:rPr>
              <w:t>)</w:t>
            </w:r>
            <w:r w:rsidRPr="00243AD6">
              <w:rPr>
                <w:sz w:val="16"/>
                <w:lang w:val="fr-FR"/>
              </w:rPr>
              <w:t xml:space="preserve">)     </w:t>
            </w:r>
          </w:p>
          <w:p w:rsidR="007F7E84" w:rsidRPr="00243AD6" w:rsidRDefault="004E3C9A">
            <w:pPr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243AD6">
              <w:rPr>
                <w:sz w:val="16"/>
                <w:lang w:val="fr-FR"/>
              </w:rPr>
              <w:t xml:space="preserve">☐ </w:t>
            </w:r>
            <w:proofErr w:type="spellStart"/>
            <w:r w:rsidRPr="00243AD6">
              <w:rPr>
                <w:sz w:val="16"/>
                <w:lang w:val="fr-FR"/>
              </w:rPr>
              <w:t>dovada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achitării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taxelor</w:t>
            </w:r>
            <w:proofErr w:type="spellEnd"/>
            <w:r w:rsidRPr="00243AD6">
              <w:rPr>
                <w:sz w:val="16"/>
                <w:lang w:val="fr-FR"/>
              </w:rPr>
              <w:t xml:space="preserve">     ☐ </w:t>
            </w:r>
            <w:proofErr w:type="spellStart"/>
            <w:r w:rsidRPr="00243AD6">
              <w:rPr>
                <w:sz w:val="16"/>
                <w:lang w:val="fr-FR"/>
              </w:rPr>
              <w:t>împuternicirea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dacă</w:t>
            </w:r>
            <w:proofErr w:type="spellEnd"/>
            <w:r w:rsidRPr="00243AD6">
              <w:rPr>
                <w:sz w:val="16"/>
                <w:lang w:val="fr-FR"/>
              </w:rPr>
              <w:t xml:space="preserve"> este </w:t>
            </w:r>
            <w:proofErr w:type="spellStart"/>
            <w:r w:rsidRPr="00243AD6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7F7E84" w:rsidRPr="00505208">
        <w:trPr>
          <w:cantSplit/>
        </w:trPr>
        <w:tc>
          <w:tcPr>
            <w:tcW w:w="9636" w:type="dxa"/>
          </w:tcPr>
          <w:p w:rsidR="007F7E84" w:rsidRPr="00243AD6" w:rsidRDefault="00746CBC">
            <w:pPr>
              <w:spacing w:line="228" w:lineRule="auto"/>
              <w:rPr>
                <w:lang w:val="fr-FR"/>
              </w:rPr>
            </w:pPr>
            <w:proofErr w:type="spellStart"/>
            <w:r w:rsidRPr="00243AD6">
              <w:rPr>
                <w:i/>
                <w:sz w:val="17"/>
                <w:lang w:val="fr-FR"/>
              </w:rPr>
              <w:t>Declar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propria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răspundere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243AD6">
              <w:rPr>
                <w:i/>
                <w:sz w:val="17"/>
                <w:lang w:val="fr-FR"/>
              </w:rPr>
              <w:t>sub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sanc</w:t>
            </w:r>
            <w:proofErr w:type="spellEnd"/>
            <w:r w:rsidRPr="00243AD6">
              <w:rPr>
                <w:i/>
                <w:sz w:val="17"/>
                <w:lang w:val="fr-FR"/>
              </w:rPr>
              <w:t>ț</w:t>
            </w:r>
            <w:proofErr w:type="spellStart"/>
            <w:r w:rsidRPr="00243AD6">
              <w:rPr>
                <w:i/>
                <w:sz w:val="17"/>
                <w:lang w:val="fr-FR"/>
              </w:rPr>
              <w:t>iunea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Codului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penal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privind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infrac</w:t>
            </w:r>
            <w:proofErr w:type="spellEnd"/>
            <w:r w:rsidRPr="00243AD6">
              <w:rPr>
                <w:i/>
                <w:sz w:val="17"/>
                <w:lang w:val="fr-FR"/>
              </w:rPr>
              <w:t>ț</w:t>
            </w:r>
            <w:proofErr w:type="spellStart"/>
            <w:r w:rsidRPr="00243AD6">
              <w:rPr>
                <w:i/>
                <w:sz w:val="17"/>
                <w:lang w:val="fr-FR"/>
              </w:rPr>
              <w:t>iunea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243AD6">
              <w:rPr>
                <w:i/>
                <w:sz w:val="17"/>
                <w:lang w:val="fr-FR"/>
              </w:rPr>
              <w:t>fals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declara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ții, </w:t>
            </w:r>
            <w:proofErr w:type="spellStart"/>
            <w:r w:rsidRPr="00243AD6">
              <w:rPr>
                <w:i/>
                <w:sz w:val="17"/>
                <w:lang w:val="fr-FR"/>
              </w:rPr>
              <w:t>că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datele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menț</w:t>
            </w:r>
            <w:proofErr w:type="spellStart"/>
            <w:r w:rsidRPr="00243AD6">
              <w:rPr>
                <w:i/>
                <w:sz w:val="17"/>
                <w:lang w:val="fr-FR"/>
              </w:rPr>
              <w:t>ionate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prezenta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cerere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sunt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reale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și exacte și </w:t>
            </w:r>
            <w:proofErr w:type="spellStart"/>
            <w:r w:rsidRPr="00243AD6">
              <w:rPr>
                <w:i/>
                <w:sz w:val="17"/>
                <w:lang w:val="fr-FR"/>
              </w:rPr>
              <w:t>că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am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formulat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prezenta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cerere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anterior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începerii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lucrărilor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243AD6">
              <w:rPr>
                <w:i/>
                <w:sz w:val="17"/>
                <w:lang w:val="fr-FR"/>
              </w:rPr>
              <w:t>modificare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identificate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Proiectul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pentru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autorizarea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construirii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ata</w:t>
            </w:r>
            <w:proofErr w:type="spellEnd"/>
            <w:r w:rsidRPr="00243AD6">
              <w:rPr>
                <w:i/>
                <w:sz w:val="17"/>
                <w:lang w:val="fr-FR"/>
              </w:rPr>
              <w:t>ș</w:t>
            </w:r>
            <w:proofErr w:type="spellStart"/>
            <w:r w:rsidRPr="00243AD6">
              <w:rPr>
                <w:i/>
                <w:sz w:val="17"/>
                <w:lang w:val="fr-FR"/>
              </w:rPr>
              <w:t>at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243AD6">
              <w:rPr>
                <w:i/>
                <w:sz w:val="17"/>
                <w:lang w:val="fr-FR"/>
              </w:rPr>
              <w:t>astfel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cum stabilește art. 301.</w:t>
            </w:r>
          </w:p>
        </w:tc>
      </w:tr>
    </w:tbl>
    <w:p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4818"/>
        <w:gridCol w:w="3212"/>
      </w:tblGrid>
      <w:tr w:rsidR="007F7E84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7F7E84" w:rsidRDefault="00746CBC">
            <w:pPr>
              <w:keepNext/>
            </w:pPr>
            <w:r w:rsidRPr="00243AD6">
              <w:rPr>
                <w:b/>
                <w:sz w:val="16"/>
                <w:lang w:val="fr-FR"/>
              </w:rPr>
              <w:t xml:space="preserve"> </w:t>
            </w:r>
            <w:r w:rsidR="00505208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7F7E84">
        <w:trPr>
          <w:cantSplit/>
          <w:trHeight w:val="510"/>
        </w:trPr>
        <w:tc>
          <w:tcPr>
            <w:tcW w:w="1606" w:type="dxa"/>
          </w:tcPr>
          <w:p w:rsidR="007F7E84" w:rsidRDefault="00746CBC">
            <w:r>
              <w:rPr>
                <w:b/>
                <w:color w:val="0D5F78"/>
              </w:rPr>
              <w:t>Data</w:t>
            </w:r>
          </w:p>
          <w:p w:rsidR="007F7E84" w:rsidRDefault="007F7E84"/>
        </w:tc>
        <w:tc>
          <w:tcPr>
            <w:tcW w:w="4818" w:type="dxa"/>
          </w:tcPr>
          <w:p w:rsidR="007F7E84" w:rsidRDefault="00746CBC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:rsidR="007F7E84" w:rsidRDefault="007F7E84"/>
        </w:tc>
        <w:tc>
          <w:tcPr>
            <w:tcW w:w="3212" w:type="dxa"/>
          </w:tcPr>
          <w:p w:rsidR="007F7E84" w:rsidRDefault="00746CBC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:rsidR="007F7E84" w:rsidRDefault="007F7E84"/>
        </w:tc>
      </w:tr>
    </w:tbl>
    <w:p w:rsidR="007F7E84" w:rsidRDefault="007F7E84">
      <w:pPr>
        <w:spacing w:line="168" w:lineRule="auto"/>
      </w:pPr>
    </w:p>
    <w:sectPr w:rsidR="007F7E84" w:rsidSect="00034616"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6F07" w:rsidRDefault="00CE6F07">
      <w:r>
        <w:separator/>
      </w:r>
    </w:p>
  </w:endnote>
  <w:endnote w:type="continuationSeparator" w:id="0">
    <w:p w:rsidR="00CE6F07" w:rsidRDefault="00CE6F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6F07" w:rsidRDefault="00CE6F07">
      <w:r>
        <w:separator/>
      </w:r>
    </w:p>
  </w:footnote>
  <w:footnote w:type="continuationSeparator" w:id="0">
    <w:p w:rsidR="00CE6F07" w:rsidRDefault="00CE6F0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6063C"/>
    <w:rsid w:val="0015074B"/>
    <w:rsid w:val="001F61C1"/>
    <w:rsid w:val="00243AD6"/>
    <w:rsid w:val="0029639D"/>
    <w:rsid w:val="0031113E"/>
    <w:rsid w:val="00326F90"/>
    <w:rsid w:val="00411853"/>
    <w:rsid w:val="0041750F"/>
    <w:rsid w:val="00477558"/>
    <w:rsid w:val="004E3C9A"/>
    <w:rsid w:val="00505208"/>
    <w:rsid w:val="006816CD"/>
    <w:rsid w:val="006A45B8"/>
    <w:rsid w:val="006C103E"/>
    <w:rsid w:val="00746CBC"/>
    <w:rsid w:val="007F7E84"/>
    <w:rsid w:val="008239FC"/>
    <w:rsid w:val="009B08DC"/>
    <w:rsid w:val="00AA1D8D"/>
    <w:rsid w:val="00B47730"/>
    <w:rsid w:val="00BF1A07"/>
    <w:rsid w:val="00BF7E0A"/>
    <w:rsid w:val="00C31147"/>
    <w:rsid w:val="00C565D2"/>
    <w:rsid w:val="00CB0664"/>
    <w:rsid w:val="00CE6F07"/>
    <w:rsid w:val="00D10612"/>
    <w:rsid w:val="00D30701"/>
    <w:rsid w:val="00E61A6B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8239F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75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5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DDE5135-E481-4C97-8373-F1CBA61EE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633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4235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Sorin Gheju</cp:lastModifiedBy>
  <cp:revision>5</cp:revision>
  <dcterms:created xsi:type="dcterms:W3CDTF">2013-12-23T23:15:00Z</dcterms:created>
  <dcterms:modified xsi:type="dcterms:W3CDTF">2026-10-08T06:20:00Z</dcterms:modified>
  <cp:category/>
</cp:coreProperties>
</file>