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1562"/>
        <w:gridCol w:w="3256"/>
        <w:gridCol w:w="3212"/>
      </w:tblGrid>
      <w:tr w:rsidR="005C7D29" w:rsidTr="00413601">
        <w:trPr>
          <w:cantSplit/>
          <w:trHeight w:val="510"/>
        </w:trPr>
        <w:tc>
          <w:tcPr>
            <w:tcW w:w="1606" w:type="dxa"/>
            <w:vMerge w:val="restart"/>
            <w:vAlign w:val="center"/>
          </w:tcPr>
          <w:p w:rsidR="005C7D29" w:rsidRPr="006E4C61" w:rsidRDefault="001A407C" w:rsidP="00413601">
            <w:pPr>
              <w:keepNext/>
              <w:jc w:val="center"/>
              <w:rPr>
                <w:i/>
                <w:color w:val="595959"/>
              </w:rPr>
            </w:pPr>
            <w:r w:rsidRPr="001A407C">
              <w:rPr>
                <w:i/>
                <w:color w:val="595959"/>
              </w:rPr>
              <w:drawing>
                <wp:inline distT="0" distB="0" distL="0" distR="0">
                  <wp:extent cx="952500" cy="1181100"/>
                  <wp:effectExtent l="0" t="0" r="0" b="0"/>
                  <wp:docPr id="2" name="Picture 3"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
                          <pic:cNvPicPr>
                            <a:picLocks noChangeAspect="1" noChangeArrowheads="1"/>
                          </pic:cNvPicPr>
                        </pic:nvPicPr>
                        <pic:blipFill>
                          <a:blip r:embed="rId8"/>
                          <a:srcRect/>
                          <a:stretch>
                            <a:fillRect/>
                          </a:stretch>
                        </pic:blipFill>
                        <pic:spPr bwMode="auto">
                          <a:xfrm>
                            <a:off x="0" y="0"/>
                            <a:ext cx="952500" cy="1181100"/>
                          </a:xfrm>
                          <a:prstGeom prst="rect">
                            <a:avLst/>
                          </a:prstGeom>
                          <a:noFill/>
                          <a:ln w="9525">
                            <a:noFill/>
                            <a:miter lim="800000"/>
                            <a:headEnd/>
                            <a:tailEnd/>
                          </a:ln>
                        </pic:spPr>
                      </pic:pic>
                    </a:graphicData>
                  </a:graphic>
                </wp:inline>
              </w:drawing>
            </w:r>
          </w:p>
        </w:tc>
        <w:tc>
          <w:tcPr>
            <w:tcW w:w="8030" w:type="dxa"/>
            <w:gridSpan w:val="3"/>
            <w:shd w:val="clear" w:color="auto" w:fill="F0F0F0"/>
          </w:tcPr>
          <w:p w:rsidR="005C7D29" w:rsidRDefault="005C7D29" w:rsidP="00413601">
            <w:pPr>
              <w:keepNext/>
            </w:pPr>
            <w:r>
              <w:rPr>
                <w:b/>
                <w:color w:val="0D5F78"/>
              </w:rPr>
              <w:t>Județul</w:t>
            </w:r>
          </w:p>
          <w:p w:rsidR="005C7D29" w:rsidRPr="00191219" w:rsidRDefault="005C7D29" w:rsidP="00413601">
            <w:pPr>
              <w:keepNext/>
              <w:rPr>
                <w:lang w:val="ro-RO"/>
              </w:rPr>
            </w:pPr>
            <w:r w:rsidRPr="006E4C61">
              <w:rPr>
                <w:sz w:val="20"/>
                <w:szCs w:val="32"/>
                <w:lang w:val="ro-RO"/>
              </w:rPr>
              <w:t>TIMIȘ</w:t>
            </w:r>
          </w:p>
        </w:tc>
      </w:tr>
      <w:tr w:rsidR="005C7D29" w:rsidTr="00413601">
        <w:trPr>
          <w:cantSplit/>
          <w:trHeight w:val="510"/>
        </w:trPr>
        <w:tc>
          <w:tcPr>
            <w:tcW w:w="1606" w:type="dxa"/>
            <w:vMerge/>
          </w:tcPr>
          <w:p w:rsidR="005C7D29" w:rsidRDefault="005C7D29" w:rsidP="00413601"/>
        </w:tc>
        <w:tc>
          <w:tcPr>
            <w:tcW w:w="8030" w:type="dxa"/>
            <w:gridSpan w:val="3"/>
            <w:shd w:val="clear" w:color="auto" w:fill="F0F0F0"/>
          </w:tcPr>
          <w:p w:rsidR="005C7D29" w:rsidRDefault="005C7D29" w:rsidP="00413601">
            <w:pPr>
              <w:keepNext/>
            </w:pPr>
            <w:r>
              <w:rPr>
                <w:b/>
                <w:color w:val="0D5F78"/>
              </w:rPr>
              <w:t>Autoritatea administrației publice</w:t>
            </w:r>
          </w:p>
          <w:p w:rsidR="005C7D29" w:rsidRDefault="005C7D29" w:rsidP="00413601">
            <w:pPr>
              <w:keepNext/>
            </w:pPr>
            <w:r w:rsidRPr="006E4C61">
              <w:rPr>
                <w:sz w:val="20"/>
                <w:szCs w:val="32"/>
              </w:rPr>
              <w:t xml:space="preserve">PRIMĂRIA </w:t>
            </w:r>
            <w:r w:rsidR="001A407C">
              <w:rPr>
                <w:sz w:val="20"/>
                <w:szCs w:val="32"/>
              </w:rPr>
              <w:t>COMUNEI PECIU NOU</w:t>
            </w:r>
          </w:p>
        </w:tc>
      </w:tr>
      <w:tr w:rsidR="005C7D29" w:rsidTr="00413601">
        <w:trPr>
          <w:cantSplit/>
          <w:trHeight w:val="510"/>
        </w:trPr>
        <w:tc>
          <w:tcPr>
            <w:tcW w:w="1606" w:type="dxa"/>
            <w:vMerge/>
          </w:tcPr>
          <w:p w:rsidR="005C7D29" w:rsidRDefault="005C7D29" w:rsidP="00413601"/>
        </w:tc>
        <w:tc>
          <w:tcPr>
            <w:tcW w:w="1562" w:type="dxa"/>
            <w:shd w:val="clear" w:color="auto" w:fill="F0F0F0"/>
          </w:tcPr>
          <w:p w:rsidR="005C7D29" w:rsidRPr="00F801F2" w:rsidRDefault="005C7D29" w:rsidP="00413601">
            <w:pPr>
              <w:keepNext/>
              <w:rPr>
                <w:lang w:val="fr-FR"/>
              </w:rPr>
            </w:pPr>
            <w:r w:rsidRPr="00F801F2">
              <w:rPr>
                <w:b/>
                <w:color w:val="0D5F78"/>
                <w:lang w:val="fr-FR"/>
              </w:rPr>
              <w:t xml:space="preserve">Cod </w:t>
            </w:r>
            <w:proofErr w:type="gramStart"/>
            <w:r w:rsidRPr="00F801F2">
              <w:rPr>
                <w:b/>
                <w:color w:val="0D5F78"/>
                <w:lang w:val="fr-FR"/>
              </w:rPr>
              <w:t>de identificare</w:t>
            </w:r>
            <w:proofErr w:type="gramEnd"/>
            <w:r w:rsidRPr="00F801F2">
              <w:rPr>
                <w:b/>
                <w:color w:val="0D5F78"/>
                <w:lang w:val="fr-FR"/>
              </w:rPr>
              <w:t xml:space="preserve"> fiscală (CIF)</w:t>
            </w:r>
          </w:p>
          <w:p w:rsidR="005C7D29" w:rsidRPr="006E4C61" w:rsidRDefault="001A407C" w:rsidP="00413601">
            <w:pPr>
              <w:keepNext/>
              <w:rPr>
                <w:sz w:val="20"/>
                <w:szCs w:val="20"/>
                <w:lang w:val="fr-FR"/>
              </w:rPr>
            </w:pPr>
            <w:r>
              <w:rPr>
                <w:sz w:val="20"/>
                <w:szCs w:val="20"/>
                <w:lang w:val="fr-FR"/>
              </w:rPr>
              <w:t>4358207</w:t>
            </w:r>
          </w:p>
        </w:tc>
        <w:tc>
          <w:tcPr>
            <w:tcW w:w="6468" w:type="dxa"/>
            <w:gridSpan w:val="2"/>
            <w:shd w:val="clear" w:color="auto" w:fill="F0F0F0"/>
          </w:tcPr>
          <w:p w:rsidR="001A407C" w:rsidRDefault="001A407C" w:rsidP="001A407C">
            <w:pPr>
              <w:keepNext/>
            </w:pPr>
            <w:r>
              <w:rPr>
                <w:b/>
                <w:color w:val="0D5F78"/>
              </w:rPr>
              <w:t>Adresa oficială</w:t>
            </w:r>
          </w:p>
          <w:p w:rsidR="001A407C" w:rsidRPr="00CA78D8" w:rsidRDefault="001A407C" w:rsidP="001A407C">
            <w:pPr>
              <w:pStyle w:val="NoSpacing"/>
              <w:rPr>
                <w:rFonts w:ascii="Cambria" w:eastAsia="Times New Roman" w:hAnsi="Cambria" w:cs="Times New Roman"/>
                <w:sz w:val="20"/>
                <w:szCs w:val="20"/>
                <w:lang w:val="ro-RO"/>
              </w:rPr>
            </w:pPr>
            <w:r w:rsidRPr="00CA78D8">
              <w:rPr>
                <w:rFonts w:ascii="Cambria" w:eastAsia="Times New Roman" w:hAnsi="Cambria" w:cs="Times New Roman"/>
                <w:sz w:val="20"/>
                <w:szCs w:val="20"/>
                <w:lang w:val="ro-RO"/>
              </w:rPr>
              <w:t>Peciu Nou, nr.189,</w:t>
            </w:r>
            <w:r>
              <w:rPr>
                <w:rFonts w:ascii="Cambria" w:eastAsia="Times New Roman" w:hAnsi="Cambria" w:cs="Times New Roman"/>
                <w:sz w:val="20"/>
                <w:szCs w:val="20"/>
                <w:lang w:val="ro-RO"/>
              </w:rPr>
              <w:t xml:space="preserve"> </w:t>
            </w:r>
            <w:r w:rsidRPr="00CA78D8">
              <w:rPr>
                <w:rFonts w:ascii="Cambria" w:eastAsia="Times New Roman" w:hAnsi="Cambria" w:cs="Times New Roman"/>
                <w:sz w:val="20"/>
                <w:szCs w:val="20"/>
                <w:lang w:val="ro-RO"/>
              </w:rPr>
              <w:t>307310 - Timiș</w:t>
            </w:r>
          </w:p>
          <w:p w:rsidR="001A407C" w:rsidRPr="00CA78D8" w:rsidRDefault="001A407C" w:rsidP="001A407C">
            <w:pPr>
              <w:pStyle w:val="NoSpacing"/>
              <w:rPr>
                <w:rFonts w:ascii="Cambria" w:eastAsia="Times New Roman" w:hAnsi="Cambria" w:cs="Times New Roman"/>
                <w:sz w:val="20"/>
                <w:szCs w:val="20"/>
                <w:lang w:val="ro-RO"/>
              </w:rPr>
            </w:pPr>
            <w:r w:rsidRPr="00CA78D8">
              <w:rPr>
                <w:rFonts w:ascii="Cambria" w:eastAsia="Times New Roman" w:hAnsi="Cambria" w:cs="Times New Roman"/>
                <w:sz w:val="20"/>
                <w:szCs w:val="20"/>
                <w:lang w:val="ro-RO"/>
              </w:rPr>
              <w:t>Telefon: 0256.414.500 , 0256.414.201</w:t>
            </w:r>
          </w:p>
          <w:p w:rsidR="001A407C" w:rsidRPr="00CA78D8" w:rsidRDefault="001A407C" w:rsidP="001A407C">
            <w:pPr>
              <w:pStyle w:val="NoSpacing"/>
              <w:rPr>
                <w:rFonts w:ascii="Cambria" w:eastAsia="Times New Roman" w:hAnsi="Cambria" w:cs="Times New Roman"/>
                <w:sz w:val="20"/>
                <w:szCs w:val="20"/>
                <w:lang w:val="ro-RO"/>
              </w:rPr>
            </w:pPr>
            <w:r w:rsidRPr="00CA78D8">
              <w:rPr>
                <w:rFonts w:ascii="Cambria" w:eastAsia="Times New Roman" w:hAnsi="Cambria" w:cs="Times New Roman"/>
                <w:sz w:val="20"/>
                <w:szCs w:val="20"/>
                <w:lang w:val="ro-RO"/>
              </w:rPr>
              <w:t>Fax: 0256.414.826</w:t>
            </w:r>
          </w:p>
          <w:p w:rsidR="001A407C" w:rsidRPr="00CA78D8" w:rsidRDefault="001A407C" w:rsidP="001A407C">
            <w:pPr>
              <w:pStyle w:val="NoSpacing"/>
              <w:rPr>
                <w:rFonts w:ascii="Cambria" w:eastAsia="Times New Roman" w:hAnsi="Cambria" w:cs="Times New Roman"/>
                <w:sz w:val="20"/>
                <w:szCs w:val="20"/>
                <w:lang w:val="ro-RO"/>
              </w:rPr>
            </w:pPr>
            <w:r w:rsidRPr="00CA78D8">
              <w:rPr>
                <w:rFonts w:ascii="Cambria" w:eastAsia="Times New Roman" w:hAnsi="Cambria" w:cs="Times New Roman"/>
                <w:sz w:val="20"/>
                <w:szCs w:val="20"/>
                <w:lang w:val="ro-RO"/>
              </w:rPr>
              <w:t>www.primariapeciunou.ro</w:t>
            </w:r>
          </w:p>
          <w:p w:rsidR="005C7D29" w:rsidRDefault="001A407C" w:rsidP="001A407C">
            <w:pPr>
              <w:keepNext/>
            </w:pPr>
            <w:r w:rsidRPr="00CA78D8">
              <w:rPr>
                <w:rFonts w:eastAsia="Times New Roman" w:cs="Times New Roman"/>
                <w:sz w:val="20"/>
                <w:szCs w:val="20"/>
                <w:lang w:val="ro-RO"/>
              </w:rPr>
              <w:t>e-mail: contact@primariapeciunou.ro</w:t>
            </w:r>
          </w:p>
        </w:tc>
      </w:tr>
      <w:tr w:rsidR="005C7D29" w:rsidTr="00413601">
        <w:trPr>
          <w:cantSplit/>
          <w:trHeight w:val="510"/>
        </w:trPr>
        <w:tc>
          <w:tcPr>
            <w:tcW w:w="1606" w:type="dxa"/>
            <w:vMerge/>
          </w:tcPr>
          <w:p w:rsidR="005C7D29" w:rsidRDefault="005C7D29" w:rsidP="00413601"/>
        </w:tc>
        <w:tc>
          <w:tcPr>
            <w:tcW w:w="4818" w:type="dxa"/>
            <w:gridSpan w:val="2"/>
            <w:shd w:val="clear" w:color="auto" w:fill="F0F0F0"/>
          </w:tcPr>
          <w:p w:rsidR="005C7D29" w:rsidRDefault="005C7D29" w:rsidP="00413601">
            <w:pPr>
              <w:keepNext/>
            </w:pPr>
            <w:r>
              <w:rPr>
                <w:b/>
                <w:color w:val="0D5F78"/>
              </w:rPr>
              <w:t>Număr de înregistrare</w:t>
            </w:r>
          </w:p>
          <w:p w:rsidR="005C7D29" w:rsidRDefault="005C7D29" w:rsidP="00413601">
            <w:pPr>
              <w:keepNext/>
            </w:pPr>
          </w:p>
        </w:tc>
        <w:tc>
          <w:tcPr>
            <w:tcW w:w="3212" w:type="dxa"/>
            <w:shd w:val="clear" w:color="auto" w:fill="F0F0F0"/>
          </w:tcPr>
          <w:p w:rsidR="005C7D29" w:rsidRDefault="005C7D29" w:rsidP="00413601">
            <w:pPr>
              <w:keepNext/>
            </w:pPr>
            <w:r>
              <w:rPr>
                <w:b/>
                <w:color w:val="0D5F78"/>
              </w:rPr>
              <w:t>Data</w:t>
            </w:r>
          </w:p>
          <w:p w:rsidR="005C7D29" w:rsidRDefault="005C7D29" w:rsidP="00413601">
            <w:pPr>
              <w:keepNext/>
            </w:pPr>
          </w:p>
        </w:tc>
      </w:tr>
    </w:tbl>
    <w:p w:rsidR="003C7CA3" w:rsidRPr="001531A5" w:rsidRDefault="003454F7" w:rsidP="00C32AB5">
      <w:pPr>
        <w:spacing w:before="140" w:after="40"/>
        <w:jc w:val="center"/>
        <w:rPr>
          <w:sz w:val="28"/>
          <w:szCs w:val="28"/>
          <w:lang w:val="fr-FR"/>
        </w:rPr>
      </w:pPr>
      <w:r w:rsidRPr="001531A5">
        <w:rPr>
          <w:b/>
          <w:sz w:val="28"/>
          <w:szCs w:val="28"/>
          <w:lang w:val="fr-FR"/>
        </w:rPr>
        <w:t>CERERE</w:t>
      </w:r>
    </w:p>
    <w:p w:rsidR="003C7CA3" w:rsidRDefault="003C7CA3">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3C7CA3">
        <w:trPr>
          <w:cantSplit/>
        </w:trPr>
        <w:tc>
          <w:tcPr>
            <w:tcW w:w="9636" w:type="dxa"/>
            <w:shd w:val="clear" w:color="auto" w:fill="F4F4F4"/>
          </w:tcPr>
          <w:p w:rsidR="003C7CA3" w:rsidRDefault="003454F7">
            <w:pPr>
              <w:keepNext/>
            </w:pPr>
            <w:r>
              <w:rPr>
                <w:b/>
                <w:sz w:val="16"/>
              </w:rPr>
              <w:t xml:space="preserve"> 1. </w:t>
            </w:r>
            <w:r>
              <w:rPr>
                <w:b/>
                <w:color w:val="000000"/>
                <w:sz w:val="18"/>
              </w:rPr>
              <w:t>CĂTRE</w:t>
            </w:r>
          </w:p>
        </w:tc>
      </w:tr>
      <w:tr w:rsidR="003C7CA3" w:rsidRPr="00F61A70">
        <w:trPr>
          <w:cantSplit/>
          <w:trHeight w:val="510"/>
        </w:trPr>
        <w:tc>
          <w:tcPr>
            <w:tcW w:w="9636" w:type="dxa"/>
          </w:tcPr>
          <w:p w:rsidR="003C7CA3" w:rsidRPr="005B29C5" w:rsidRDefault="003454F7">
            <w:pPr>
              <w:keepNext/>
              <w:rPr>
                <w:lang w:val="fr-FR"/>
              </w:rPr>
            </w:pPr>
            <w:r w:rsidRPr="005B29C5">
              <w:rPr>
                <w:b/>
                <w:color w:val="0D5F78"/>
                <w:lang w:val="fr-FR"/>
              </w:rPr>
              <w:t>Instituția</w:t>
            </w:r>
          </w:p>
          <w:p w:rsidR="003C7CA3" w:rsidRPr="005B29C5" w:rsidRDefault="005C7D29">
            <w:pPr>
              <w:keepNext/>
              <w:rPr>
                <w:lang w:val="fr-FR"/>
              </w:rPr>
            </w:pPr>
            <w:r w:rsidRPr="006E4C61">
              <w:rPr>
                <w:sz w:val="20"/>
                <w:szCs w:val="32"/>
              </w:rPr>
              <w:t xml:space="preserve">PRIMĂRIA </w:t>
            </w:r>
            <w:r w:rsidR="001A407C">
              <w:rPr>
                <w:sz w:val="20"/>
                <w:szCs w:val="32"/>
              </w:rPr>
              <w:t>COMUNEI PECIU NOU</w:t>
            </w:r>
          </w:p>
        </w:tc>
      </w:tr>
    </w:tbl>
    <w:p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1606"/>
        <w:gridCol w:w="803"/>
        <w:gridCol w:w="803"/>
        <w:gridCol w:w="803"/>
        <w:gridCol w:w="803"/>
        <w:gridCol w:w="1606"/>
        <w:gridCol w:w="1606"/>
      </w:tblGrid>
      <w:tr w:rsidR="003C7CA3">
        <w:trPr>
          <w:cantSplit/>
        </w:trPr>
        <w:tc>
          <w:tcPr>
            <w:tcW w:w="9636" w:type="dxa"/>
            <w:gridSpan w:val="8"/>
            <w:shd w:val="clear" w:color="auto" w:fill="F4F4F4"/>
          </w:tcPr>
          <w:p w:rsidR="003C7CA3" w:rsidRDefault="003454F7">
            <w:pPr>
              <w:keepNext/>
            </w:pPr>
            <w:r w:rsidRPr="005B29C5">
              <w:rPr>
                <w:b/>
                <w:sz w:val="16"/>
                <w:lang w:val="fr-FR"/>
              </w:rPr>
              <w:t xml:space="preserve"> </w:t>
            </w:r>
            <w:r>
              <w:rPr>
                <w:b/>
                <w:sz w:val="16"/>
              </w:rPr>
              <w:t xml:space="preserve">2. </w:t>
            </w:r>
            <w:r>
              <w:rPr>
                <w:b/>
                <w:color w:val="000000"/>
                <w:sz w:val="18"/>
              </w:rPr>
              <w:t>SOLICITANTUL</w:t>
            </w:r>
          </w:p>
        </w:tc>
      </w:tr>
      <w:tr w:rsidR="003C7CA3">
        <w:trPr>
          <w:cantSplit/>
          <w:trHeight w:val="510"/>
        </w:trPr>
        <w:tc>
          <w:tcPr>
            <w:tcW w:w="5621" w:type="dxa"/>
            <w:gridSpan w:val="5"/>
          </w:tcPr>
          <w:p w:rsidR="003C7CA3" w:rsidRDefault="003454F7">
            <w:pPr>
              <w:keepNext/>
            </w:pPr>
            <w:r>
              <w:rPr>
                <w:b/>
                <w:color w:val="0D5F78"/>
              </w:rPr>
              <w:t>Nume și prenume</w:t>
            </w:r>
          </w:p>
          <w:p w:rsidR="003C7CA3" w:rsidRDefault="003C7CA3">
            <w:pPr>
              <w:keepNext/>
            </w:pPr>
          </w:p>
        </w:tc>
        <w:tc>
          <w:tcPr>
            <w:tcW w:w="4015" w:type="dxa"/>
            <w:gridSpan w:val="3"/>
          </w:tcPr>
          <w:p w:rsidR="003C7CA3" w:rsidRDefault="003454F7">
            <w:pPr>
              <w:keepNext/>
            </w:pPr>
            <w:r>
              <w:rPr>
                <w:b/>
                <w:color w:val="0D5F78"/>
              </w:rPr>
              <w:t>CNP</w:t>
            </w:r>
          </w:p>
          <w:p w:rsidR="003C7CA3" w:rsidRDefault="003C7CA3">
            <w:pPr>
              <w:keepNext/>
            </w:pPr>
          </w:p>
        </w:tc>
      </w:tr>
      <w:tr w:rsidR="003C7CA3">
        <w:trPr>
          <w:cantSplit/>
        </w:trPr>
        <w:tc>
          <w:tcPr>
            <w:tcW w:w="9636" w:type="dxa"/>
            <w:gridSpan w:val="8"/>
            <w:shd w:val="clear" w:color="auto" w:fill="F4F4F4"/>
          </w:tcPr>
          <w:p w:rsidR="003C7CA3" w:rsidRDefault="003454F7">
            <w:pPr>
              <w:keepNext/>
            </w:pPr>
            <w:r>
              <w:rPr>
                <w:sz w:val="16"/>
              </w:rPr>
              <w:t xml:space="preserve"> Act de identitate</w:t>
            </w:r>
          </w:p>
        </w:tc>
      </w:tr>
      <w:tr w:rsidR="003C7CA3">
        <w:trPr>
          <w:cantSplit/>
          <w:trHeight w:val="510"/>
        </w:trPr>
        <w:tc>
          <w:tcPr>
            <w:tcW w:w="1606" w:type="dxa"/>
          </w:tcPr>
          <w:p w:rsidR="003C7CA3" w:rsidRDefault="003454F7">
            <w:pPr>
              <w:keepNext/>
            </w:pPr>
            <w:r>
              <w:rPr>
                <w:b/>
                <w:color w:val="0D5F78"/>
              </w:rPr>
              <w:t>Seria</w:t>
            </w:r>
          </w:p>
          <w:p w:rsidR="003C7CA3" w:rsidRDefault="003C7CA3">
            <w:pPr>
              <w:keepNext/>
            </w:pPr>
          </w:p>
        </w:tc>
        <w:tc>
          <w:tcPr>
            <w:tcW w:w="1606" w:type="dxa"/>
          </w:tcPr>
          <w:p w:rsidR="003C7CA3" w:rsidRDefault="003454F7">
            <w:pPr>
              <w:keepNext/>
            </w:pPr>
            <w:r>
              <w:rPr>
                <w:b/>
                <w:color w:val="0D5F78"/>
              </w:rPr>
              <w:t>Numărul</w:t>
            </w:r>
          </w:p>
          <w:p w:rsidR="003C7CA3" w:rsidRDefault="003C7CA3">
            <w:pPr>
              <w:keepNext/>
            </w:pPr>
          </w:p>
        </w:tc>
        <w:tc>
          <w:tcPr>
            <w:tcW w:w="4818" w:type="dxa"/>
            <w:gridSpan w:val="5"/>
          </w:tcPr>
          <w:p w:rsidR="003C7CA3" w:rsidRDefault="003454F7">
            <w:pPr>
              <w:keepNext/>
            </w:pPr>
            <w:r>
              <w:rPr>
                <w:b/>
                <w:color w:val="0D5F78"/>
              </w:rPr>
              <w:t>Eliberat de</w:t>
            </w:r>
          </w:p>
          <w:p w:rsidR="003C7CA3" w:rsidRDefault="003C7CA3">
            <w:pPr>
              <w:keepNext/>
            </w:pPr>
          </w:p>
        </w:tc>
        <w:tc>
          <w:tcPr>
            <w:tcW w:w="1606" w:type="dxa"/>
          </w:tcPr>
          <w:p w:rsidR="003C7CA3" w:rsidRDefault="003454F7">
            <w:pPr>
              <w:keepNext/>
            </w:pPr>
            <w:r>
              <w:rPr>
                <w:b/>
                <w:color w:val="0D5F78"/>
              </w:rPr>
              <w:t>La data</w:t>
            </w:r>
          </w:p>
          <w:p w:rsidR="003C7CA3" w:rsidRDefault="003C7CA3">
            <w:pPr>
              <w:keepNext/>
            </w:pPr>
          </w:p>
        </w:tc>
      </w:tr>
      <w:tr w:rsidR="003C7CA3">
        <w:trPr>
          <w:cantSplit/>
        </w:trPr>
        <w:tc>
          <w:tcPr>
            <w:tcW w:w="9636" w:type="dxa"/>
            <w:gridSpan w:val="8"/>
            <w:shd w:val="clear" w:color="auto" w:fill="F4F4F4"/>
          </w:tcPr>
          <w:p w:rsidR="003C7CA3" w:rsidRDefault="003454F7">
            <w:pPr>
              <w:keepNext/>
            </w:pPr>
            <w:r>
              <w:rPr>
                <w:sz w:val="16"/>
              </w:rPr>
              <w:t xml:space="preserve"> Domiciliul</w:t>
            </w:r>
          </w:p>
        </w:tc>
      </w:tr>
      <w:tr w:rsidR="003C7CA3">
        <w:trPr>
          <w:cantSplit/>
          <w:trHeight w:val="510"/>
        </w:trPr>
        <w:tc>
          <w:tcPr>
            <w:tcW w:w="3212" w:type="dxa"/>
            <w:gridSpan w:val="2"/>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gridSpan w:val="2"/>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8"/>
            <w:shd w:val="clear" w:color="auto" w:fill="F4F4F4"/>
          </w:tcPr>
          <w:p w:rsidR="003C7CA3" w:rsidRDefault="003454F7">
            <w:pPr>
              <w:keepNext/>
            </w:pPr>
            <w:r>
              <w:rPr>
                <w:sz w:val="16"/>
              </w:rPr>
              <w:t xml:space="preserve"> Date de contact</w:t>
            </w:r>
          </w:p>
        </w:tc>
      </w:tr>
      <w:tr w:rsidR="003C7CA3">
        <w:trPr>
          <w:cantSplit/>
          <w:trHeight w:val="510"/>
        </w:trPr>
        <w:tc>
          <w:tcPr>
            <w:tcW w:w="4015" w:type="dxa"/>
            <w:gridSpan w:val="3"/>
          </w:tcPr>
          <w:p w:rsidR="003C7CA3" w:rsidRDefault="003454F7">
            <w:pPr>
              <w:keepNext/>
            </w:pPr>
            <w:r>
              <w:rPr>
                <w:b/>
                <w:color w:val="0D5F78"/>
              </w:rPr>
              <w:t>Telefon / fax</w:t>
            </w:r>
          </w:p>
          <w:p w:rsidR="003C7CA3" w:rsidRDefault="003C7CA3">
            <w:pPr>
              <w:keepNext/>
            </w:pPr>
          </w:p>
        </w:tc>
        <w:tc>
          <w:tcPr>
            <w:tcW w:w="5621" w:type="dxa"/>
            <w:gridSpan w:val="5"/>
          </w:tcPr>
          <w:p w:rsidR="003C7CA3" w:rsidRDefault="003454F7">
            <w:pPr>
              <w:keepNext/>
            </w:pPr>
            <w:r>
              <w:rPr>
                <w:b/>
                <w:color w:val="0D5F78"/>
              </w:rPr>
              <w:t>E-mail</w:t>
            </w:r>
          </w:p>
          <w:p w:rsidR="003C7CA3" w:rsidRDefault="003C7CA3">
            <w:pPr>
              <w:keepNext/>
            </w:pPr>
          </w:p>
        </w:tc>
      </w:tr>
      <w:tr w:rsidR="003C7CA3">
        <w:trPr>
          <w:cantSplit/>
        </w:trPr>
        <w:tc>
          <w:tcPr>
            <w:tcW w:w="9636" w:type="dxa"/>
            <w:gridSpan w:val="8"/>
            <w:shd w:val="clear" w:color="auto" w:fill="F4F4F4"/>
          </w:tcPr>
          <w:p w:rsidR="003C7CA3" w:rsidRDefault="003454F7">
            <w:pPr>
              <w:keepNext/>
            </w:pPr>
            <w:r>
              <w:rPr>
                <w:sz w:val="16"/>
              </w:rPr>
              <w:t xml:space="preserve"> Reprezentare</w:t>
            </w:r>
          </w:p>
        </w:tc>
      </w:tr>
      <w:tr w:rsidR="003C7CA3">
        <w:trPr>
          <w:cantSplit/>
          <w:trHeight w:val="510"/>
        </w:trPr>
        <w:tc>
          <w:tcPr>
            <w:tcW w:w="6424" w:type="dxa"/>
            <w:gridSpan w:val="6"/>
          </w:tcPr>
          <w:p w:rsidR="003C7CA3" w:rsidRDefault="003454F7">
            <w:r>
              <w:rPr>
                <w:b/>
                <w:color w:val="0D5F78"/>
              </w:rPr>
              <w:t>În calitate de reprezentant al</w:t>
            </w:r>
          </w:p>
          <w:p w:rsidR="003C7CA3" w:rsidRDefault="003C7CA3"/>
        </w:tc>
        <w:tc>
          <w:tcPr>
            <w:tcW w:w="3212" w:type="dxa"/>
            <w:gridSpan w:val="2"/>
          </w:tcPr>
          <w:p w:rsidR="003C7CA3" w:rsidRDefault="003454F7">
            <w:r>
              <w:rPr>
                <w:b/>
                <w:color w:val="0D5F78"/>
              </w:rPr>
              <w:t>CUI / CIF</w:t>
            </w:r>
          </w:p>
          <w:p w:rsidR="003C7CA3" w:rsidRDefault="003C7CA3"/>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3C7CA3">
        <w:trPr>
          <w:cantSplit/>
        </w:trPr>
        <w:tc>
          <w:tcPr>
            <w:tcW w:w="9636" w:type="dxa"/>
            <w:shd w:val="clear" w:color="auto" w:fill="F4F4F4"/>
          </w:tcPr>
          <w:p w:rsidR="003C7CA3" w:rsidRDefault="003454F7">
            <w:pPr>
              <w:keepNext/>
            </w:pPr>
            <w:r>
              <w:rPr>
                <w:b/>
                <w:sz w:val="16"/>
              </w:rPr>
              <w:t xml:space="preserve"> 3. </w:t>
            </w:r>
            <w:r>
              <w:rPr>
                <w:b/>
                <w:color w:val="000000"/>
                <w:sz w:val="18"/>
              </w:rPr>
              <w:t>TITULAR AL</w:t>
            </w:r>
          </w:p>
        </w:tc>
      </w:tr>
      <w:tr w:rsidR="003C7CA3">
        <w:trPr>
          <w:cantSplit/>
        </w:trPr>
        <w:tc>
          <w:tcPr>
            <w:tcW w:w="9636" w:type="dxa"/>
          </w:tcPr>
          <w:p w:rsidR="003C7CA3" w:rsidRDefault="003454F7">
            <w:r>
              <w:rPr>
                <w:sz w:val="16"/>
              </w:rPr>
              <w:t xml:space="preserve"> ☐ dreptului de proprietate asupra imobilului     ☐ unui alt drept real corespunzător proprietății publice     ☐ dreptului de creanță     ☐ unui alt drept potrivit art. 248 alin. (2)</w:t>
            </w:r>
            <w:r w:rsidR="00C32AB5">
              <w:rPr>
                <w:sz w:val="16"/>
              </w:rPr>
              <w:t xml:space="preserve"> din Legea nr.169/2026</w:t>
            </w:r>
          </w:p>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4818"/>
        <w:gridCol w:w="4818"/>
      </w:tblGrid>
      <w:tr w:rsidR="005B29C5" w:rsidTr="00303E64">
        <w:trPr>
          <w:cantSplit/>
        </w:trPr>
        <w:tc>
          <w:tcPr>
            <w:tcW w:w="9636" w:type="dxa"/>
            <w:gridSpan w:val="2"/>
            <w:shd w:val="clear" w:color="auto" w:fill="F4F4F4"/>
          </w:tcPr>
          <w:p w:rsidR="005B29C5" w:rsidRDefault="005B29C5" w:rsidP="00303E64">
            <w:pPr>
              <w:keepNext/>
            </w:pPr>
            <w:r>
              <w:rPr>
                <w:b/>
                <w:sz w:val="16"/>
              </w:rPr>
              <w:t xml:space="preserve">4. </w:t>
            </w:r>
            <w:r>
              <w:rPr>
                <w:b/>
                <w:color w:val="000000"/>
                <w:sz w:val="18"/>
              </w:rPr>
              <w:t>TITULAR AL</w:t>
            </w:r>
          </w:p>
        </w:tc>
      </w:tr>
      <w:tr w:rsidR="005B29C5" w:rsidTr="00C47FA7">
        <w:trPr>
          <w:cantSplit/>
        </w:trPr>
        <w:tc>
          <w:tcPr>
            <w:tcW w:w="4818" w:type="dxa"/>
          </w:tcPr>
          <w:p w:rsidR="005B29C5" w:rsidRPr="005B29C5" w:rsidRDefault="005B29C5" w:rsidP="005B29C5">
            <w:pPr>
              <w:rPr>
                <w:lang w:val="fr-FR"/>
              </w:rPr>
            </w:pPr>
            <w:r>
              <w:rPr>
                <w:b/>
                <w:color w:val="0D5F78"/>
                <w:lang w:val="fr-FR"/>
              </w:rPr>
              <w:t>C</w:t>
            </w:r>
            <w:r w:rsidRPr="005B29C5">
              <w:rPr>
                <w:b/>
                <w:color w:val="0D5F78"/>
                <w:lang w:val="fr-FR"/>
              </w:rPr>
              <w:t>ertificatului de urbanism nr. / data</w:t>
            </w:r>
          </w:p>
          <w:p w:rsidR="005B29C5" w:rsidRDefault="005B29C5" w:rsidP="005B29C5"/>
        </w:tc>
        <w:tc>
          <w:tcPr>
            <w:tcW w:w="4818" w:type="dxa"/>
          </w:tcPr>
          <w:p w:rsidR="005B29C5" w:rsidRDefault="005B29C5" w:rsidP="005B29C5">
            <w:r>
              <w:rPr>
                <w:b/>
                <w:color w:val="0D5F78"/>
              </w:rPr>
              <w:t>emis de</w:t>
            </w:r>
          </w:p>
          <w:p w:rsidR="005B29C5" w:rsidRDefault="005B29C5" w:rsidP="005B29C5"/>
        </w:tc>
      </w:tr>
    </w:tbl>
    <w:p w:rsidR="001531A5" w:rsidRDefault="00C32AB5" w:rsidP="00C32AB5">
      <w:pPr>
        <w:spacing w:before="80" w:after="60"/>
        <w:jc w:val="center"/>
        <w:rPr>
          <w:sz w:val="18"/>
        </w:rPr>
      </w:pPr>
      <w:r>
        <w:rPr>
          <w:sz w:val="18"/>
        </w:rPr>
        <w:t xml:space="preserve">în conformitate cu prevederile Legii nr. 169/2026 privind Codul amenajării teritoriului, urbanismului și construcțiilor, </w:t>
      </w:r>
    </w:p>
    <w:p w:rsidR="00C32AB5" w:rsidRPr="00C32AB5" w:rsidRDefault="00C32AB5" w:rsidP="00C32AB5">
      <w:pPr>
        <w:spacing w:before="80" w:after="60"/>
        <w:jc w:val="center"/>
        <w:rPr>
          <w:sz w:val="18"/>
        </w:rPr>
      </w:pPr>
      <w:r>
        <w:rPr>
          <w:sz w:val="18"/>
        </w:rPr>
        <w:t>solicit emiterea</w:t>
      </w:r>
    </w:p>
    <w:p w:rsidR="001531A5" w:rsidRDefault="00C32AB5" w:rsidP="00C32AB5">
      <w:pPr>
        <w:spacing w:after="160"/>
        <w:jc w:val="center"/>
        <w:rPr>
          <w:b/>
          <w:sz w:val="20"/>
        </w:rPr>
      </w:pPr>
      <w:r>
        <w:rPr>
          <w:b/>
          <w:sz w:val="20"/>
        </w:rPr>
        <w:t xml:space="preserve">Autorizației de ☐ construire / ☐ desființare </w:t>
      </w:r>
    </w:p>
    <w:p w:rsidR="00C32AB5" w:rsidRPr="00C32AB5" w:rsidRDefault="00C32AB5" w:rsidP="00C32AB5">
      <w:pPr>
        <w:spacing w:after="160"/>
        <w:jc w:val="center"/>
        <w:rPr>
          <w:b/>
          <w:sz w:val="20"/>
        </w:rPr>
      </w:pPr>
      <w:r>
        <w:rPr>
          <w:b/>
          <w:sz w:val="20"/>
        </w:rPr>
        <w:t>☐ clădiri și amenjări / ☐ lucrări inginerești / ☐ construcții speciale</w:t>
      </w:r>
    </w:p>
    <w:p w:rsidR="00C32AB5" w:rsidRDefault="00C32AB5" w:rsidP="00C32AB5">
      <w:pPr>
        <w:spacing w:after="160"/>
        <w:jc w:val="center"/>
      </w:pPr>
      <w:proofErr w:type="gramStart"/>
      <w:r>
        <w:rPr>
          <w:sz w:val="20"/>
        </w:rPr>
        <w:t>precum</w:t>
      </w:r>
      <w:proofErr w:type="gramEnd"/>
      <w:r>
        <w:rPr>
          <w:sz w:val="20"/>
        </w:rPr>
        <w:t xml:space="preserve"> și a </w:t>
      </w:r>
      <w:r>
        <w:rPr>
          <w:b/>
          <w:sz w:val="20"/>
        </w:rPr>
        <w:t>☐ Autorizației de amenajare a organizării execuției</w:t>
      </w:r>
      <w:r>
        <w:rPr>
          <w:b/>
          <w:sz w:val="20"/>
        </w:rPr>
        <w:br/>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C32AB5" w:rsidRPr="00F61A70" w:rsidTr="00303E64">
        <w:trPr>
          <w:cantSplit/>
        </w:trPr>
        <w:tc>
          <w:tcPr>
            <w:tcW w:w="9636" w:type="dxa"/>
            <w:shd w:val="clear" w:color="auto" w:fill="F4F4F4"/>
          </w:tcPr>
          <w:p w:rsidR="00C32AB5" w:rsidRPr="005B29C5" w:rsidRDefault="00C32AB5" w:rsidP="00303E64">
            <w:pPr>
              <w:keepNext/>
              <w:rPr>
                <w:lang w:val="fr-FR"/>
              </w:rPr>
            </w:pPr>
            <w:r>
              <w:rPr>
                <w:b/>
                <w:sz w:val="16"/>
                <w:lang w:val="fr-FR"/>
              </w:rPr>
              <w:t>5</w:t>
            </w:r>
            <w:r w:rsidRPr="005B29C5">
              <w:rPr>
                <w:b/>
                <w:sz w:val="16"/>
                <w:lang w:val="fr-FR"/>
              </w:rPr>
              <w:t xml:space="preserve">. </w:t>
            </w:r>
            <w:r w:rsidRPr="005B29C5">
              <w:rPr>
                <w:b/>
                <w:sz w:val="18"/>
                <w:szCs w:val="18"/>
                <w:lang w:val="fr-FR"/>
              </w:rPr>
              <w:t>ÎN SCOPUL REALIZĂRII</w:t>
            </w:r>
            <w:r w:rsidRPr="005B29C5">
              <w:rPr>
                <w:b/>
                <w:sz w:val="16"/>
                <w:lang w:val="fr-FR"/>
              </w:rPr>
              <w:t xml:space="preserve"> </w:t>
            </w:r>
            <w:r w:rsidRPr="005B29C5">
              <w:rPr>
                <w:b/>
                <w:color w:val="000000"/>
                <w:sz w:val="18"/>
                <w:lang w:val="fr-FR"/>
              </w:rPr>
              <w:t>OBIECTIVUL</w:t>
            </w:r>
            <w:r>
              <w:rPr>
                <w:b/>
                <w:color w:val="000000"/>
                <w:sz w:val="18"/>
                <w:lang w:val="fr-FR"/>
              </w:rPr>
              <w:t xml:space="preserve">UI  </w:t>
            </w:r>
            <w:r w:rsidRPr="005B29C5">
              <w:rPr>
                <w:b/>
                <w:color w:val="000000"/>
                <w:sz w:val="18"/>
                <w:lang w:val="fr-FR"/>
              </w:rPr>
              <w:t>/</w:t>
            </w:r>
            <w:r>
              <w:rPr>
                <w:b/>
                <w:color w:val="000000"/>
                <w:sz w:val="18"/>
                <w:lang w:val="fr-FR"/>
              </w:rPr>
              <w:t xml:space="preserve"> </w:t>
            </w:r>
            <w:r w:rsidRPr="005B29C5">
              <w:rPr>
                <w:b/>
                <w:color w:val="000000"/>
                <w:sz w:val="18"/>
                <w:lang w:val="fr-FR"/>
              </w:rPr>
              <w:t>OBIECTULUI  DE INVESTIȚII</w:t>
            </w:r>
          </w:p>
        </w:tc>
      </w:tr>
      <w:tr w:rsidR="00C32AB5" w:rsidTr="00303E64">
        <w:trPr>
          <w:cantSplit/>
        </w:trPr>
        <w:tc>
          <w:tcPr>
            <w:tcW w:w="9636" w:type="dxa"/>
            <w:shd w:val="clear" w:color="auto" w:fill="F4F4F4"/>
          </w:tcPr>
          <w:p w:rsidR="00C32AB5" w:rsidRDefault="00C32AB5" w:rsidP="00303E64">
            <w:pPr>
              <w:keepNext/>
              <w:spacing w:line="228" w:lineRule="auto"/>
            </w:pPr>
            <w:r>
              <w:t xml:space="preserve">include </w:t>
            </w:r>
            <w:r w:rsidR="001531A5">
              <w:t xml:space="preserve">cel puțin </w:t>
            </w:r>
            <w:r>
              <w:t>funcțiunea principală și secundare</w:t>
            </w:r>
          </w:p>
        </w:tc>
      </w:tr>
      <w:tr w:rsidR="00C32AB5" w:rsidTr="00303E64">
        <w:trPr>
          <w:cantSplit/>
        </w:trPr>
        <w:tc>
          <w:tcPr>
            <w:tcW w:w="9636" w:type="dxa"/>
          </w:tcPr>
          <w:p w:rsidR="00C32AB5" w:rsidRDefault="00C32AB5" w:rsidP="00303E64">
            <w:pPr>
              <w:keepNext/>
              <w:pBdr>
                <w:bottom w:val="dotted" w:sz="6" w:space="0" w:color="999999"/>
              </w:pBdr>
              <w:spacing w:after="80"/>
            </w:pPr>
          </w:p>
          <w:p w:rsidR="00C32AB5" w:rsidRDefault="00C32AB5" w:rsidP="00303E64">
            <w:pPr>
              <w:keepNext/>
              <w:pBdr>
                <w:bottom w:val="dotted" w:sz="6" w:space="0" w:color="999999"/>
              </w:pBdr>
              <w:spacing w:after="80"/>
            </w:pPr>
          </w:p>
        </w:tc>
      </w:tr>
    </w:tbl>
    <w:p w:rsidR="003C7CA3" w:rsidRDefault="003C7CA3"/>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3212"/>
        <w:gridCol w:w="803"/>
        <w:gridCol w:w="803"/>
        <w:gridCol w:w="803"/>
        <w:gridCol w:w="803"/>
        <w:gridCol w:w="1606"/>
        <w:gridCol w:w="1606"/>
      </w:tblGrid>
      <w:tr w:rsidR="003C7CA3">
        <w:trPr>
          <w:cantSplit/>
        </w:trPr>
        <w:tc>
          <w:tcPr>
            <w:tcW w:w="9636" w:type="dxa"/>
            <w:gridSpan w:val="7"/>
            <w:shd w:val="clear" w:color="auto" w:fill="F4F4F4"/>
          </w:tcPr>
          <w:p w:rsidR="003C7CA3" w:rsidRDefault="003454F7">
            <w:pPr>
              <w:keepNext/>
            </w:pPr>
            <w:r>
              <w:rPr>
                <w:b/>
                <w:sz w:val="16"/>
              </w:rPr>
              <w:t xml:space="preserve"> </w:t>
            </w:r>
            <w:r w:rsidR="00C32AB5">
              <w:rPr>
                <w:b/>
                <w:sz w:val="16"/>
              </w:rPr>
              <w:t>6</w:t>
            </w:r>
            <w:r>
              <w:rPr>
                <w:b/>
                <w:sz w:val="16"/>
              </w:rPr>
              <w:t xml:space="preserve">. </w:t>
            </w:r>
            <w:r>
              <w:rPr>
                <w:b/>
                <w:color w:val="000000"/>
                <w:sz w:val="18"/>
              </w:rPr>
              <w:t>IMOBIL / IMOBILE</w:t>
            </w:r>
          </w:p>
        </w:tc>
      </w:tr>
      <w:tr w:rsidR="003C7CA3" w:rsidRPr="00F61A70">
        <w:trPr>
          <w:cantSplit/>
        </w:trPr>
        <w:tc>
          <w:tcPr>
            <w:tcW w:w="9636" w:type="dxa"/>
            <w:gridSpan w:val="7"/>
            <w:shd w:val="clear" w:color="auto" w:fill="F4F4F4"/>
          </w:tcPr>
          <w:p w:rsidR="003C7CA3" w:rsidRPr="005B29C5" w:rsidRDefault="003454F7">
            <w:pPr>
              <w:keepNext/>
              <w:spacing w:line="228" w:lineRule="auto"/>
              <w:rPr>
                <w:lang w:val="fr-FR"/>
              </w:rPr>
            </w:pPr>
            <w:r w:rsidRPr="005B29C5">
              <w:rPr>
                <w:lang w:val="fr-FR"/>
              </w:rPr>
              <w:t>Pentru fiecare imobil se completează obligatoriu câte o anexă tehnică; celelalte imobile se înscriu în anexa de imobile.</w:t>
            </w:r>
          </w:p>
        </w:tc>
      </w:tr>
      <w:tr w:rsidR="003C7CA3">
        <w:trPr>
          <w:cantSplit/>
        </w:trPr>
        <w:tc>
          <w:tcPr>
            <w:tcW w:w="9636" w:type="dxa"/>
            <w:gridSpan w:val="7"/>
            <w:shd w:val="clear" w:color="auto" w:fill="F4F4F4"/>
          </w:tcPr>
          <w:p w:rsidR="003C7CA3" w:rsidRDefault="003454F7">
            <w:pPr>
              <w:keepNext/>
            </w:pPr>
            <w:r w:rsidRPr="005B29C5">
              <w:rPr>
                <w:sz w:val="16"/>
                <w:lang w:val="fr-FR"/>
              </w:rPr>
              <w:t xml:space="preserve"> </w:t>
            </w:r>
            <w:r>
              <w:rPr>
                <w:sz w:val="16"/>
              </w:rPr>
              <w:t>Imobil 1</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bl>
    <w:p w:rsidR="003C7CA3" w:rsidRDefault="003C7CA3">
      <w:pPr>
        <w:spacing w:line="168" w:lineRule="auto"/>
      </w:pPr>
    </w:p>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3212"/>
        <w:gridCol w:w="803"/>
        <w:gridCol w:w="1606"/>
        <w:gridCol w:w="4015"/>
      </w:tblGrid>
      <w:tr w:rsidR="003C7CA3" w:rsidRPr="00F61A70">
        <w:trPr>
          <w:cantSplit/>
        </w:trPr>
        <w:tc>
          <w:tcPr>
            <w:tcW w:w="9636" w:type="dxa"/>
            <w:gridSpan w:val="4"/>
            <w:shd w:val="clear" w:color="auto" w:fill="F4F4F4"/>
          </w:tcPr>
          <w:p w:rsidR="003C7CA3" w:rsidRPr="005B29C5" w:rsidRDefault="003454F7">
            <w:pPr>
              <w:keepNext/>
              <w:rPr>
                <w:lang w:val="fr-FR"/>
              </w:rPr>
            </w:pPr>
            <w:r w:rsidRPr="005B29C5">
              <w:rPr>
                <w:b/>
                <w:sz w:val="16"/>
                <w:lang w:val="fr-FR"/>
              </w:rPr>
              <w:lastRenderedPageBreak/>
              <w:t xml:space="preserve"> </w:t>
            </w:r>
            <w:r w:rsidR="005B29C5">
              <w:rPr>
                <w:b/>
                <w:sz w:val="16"/>
                <w:lang w:val="fr-FR"/>
              </w:rPr>
              <w:t>7</w:t>
            </w:r>
            <w:r w:rsidRPr="005B29C5">
              <w:rPr>
                <w:b/>
                <w:sz w:val="16"/>
                <w:lang w:val="fr-FR"/>
              </w:rPr>
              <w:t xml:space="preserve">. </w:t>
            </w:r>
            <w:r w:rsidRPr="005B29C5">
              <w:rPr>
                <w:b/>
                <w:color w:val="000000"/>
                <w:sz w:val="18"/>
                <w:lang w:val="fr-FR"/>
              </w:rPr>
              <w:t>PROIECTUL ATAȘAT ȘI ECHIPA DE PROIECTARE</w:t>
            </w:r>
          </w:p>
        </w:tc>
      </w:tr>
      <w:tr w:rsidR="003C7CA3" w:rsidRPr="005B29C5">
        <w:trPr>
          <w:cantSplit/>
        </w:trPr>
        <w:tc>
          <w:tcPr>
            <w:tcW w:w="9636" w:type="dxa"/>
            <w:gridSpan w:val="4"/>
          </w:tcPr>
          <w:p w:rsidR="005B29C5" w:rsidRDefault="003454F7">
            <w:pPr>
              <w:keepNext/>
              <w:rPr>
                <w:sz w:val="16"/>
                <w:lang w:val="fr-FR"/>
              </w:rPr>
            </w:pPr>
            <w:r w:rsidRPr="005B29C5">
              <w:rPr>
                <w:sz w:val="16"/>
                <w:lang w:val="fr-FR"/>
              </w:rPr>
              <w:t xml:space="preserve"> ☐ </w:t>
            </w:r>
            <w:r w:rsidR="005B29C5">
              <w:rPr>
                <w:sz w:val="16"/>
                <w:lang w:val="fr-FR"/>
              </w:rPr>
              <w:t>P</w:t>
            </w:r>
            <w:r w:rsidRPr="005B29C5">
              <w:rPr>
                <w:sz w:val="16"/>
                <w:lang w:val="fr-FR"/>
              </w:rPr>
              <w:t xml:space="preserve">roiect pentru autorizarea construirii     ☐ </w:t>
            </w:r>
            <w:r w:rsidR="005B29C5">
              <w:rPr>
                <w:sz w:val="16"/>
                <w:lang w:val="fr-FR"/>
              </w:rPr>
              <w:t>P</w:t>
            </w:r>
            <w:r w:rsidRPr="005B29C5">
              <w:rPr>
                <w:sz w:val="16"/>
                <w:lang w:val="fr-FR"/>
              </w:rPr>
              <w:t xml:space="preserve">roiect pentru autorizarea desființării     ☐ </w:t>
            </w:r>
            <w:r w:rsidR="005B29C5">
              <w:rPr>
                <w:sz w:val="16"/>
                <w:lang w:val="fr-FR"/>
              </w:rPr>
              <w:t xml:space="preserve">Proiect pentru </w:t>
            </w:r>
            <w:r w:rsidRPr="005B29C5">
              <w:rPr>
                <w:sz w:val="16"/>
                <w:lang w:val="fr-FR"/>
              </w:rPr>
              <w:t xml:space="preserve">intervenții asupra clădirilor existente     </w:t>
            </w:r>
          </w:p>
          <w:p w:rsidR="003C7CA3" w:rsidRPr="005B29C5" w:rsidRDefault="005B29C5">
            <w:pPr>
              <w:keepNext/>
              <w:rPr>
                <w:lang w:val="fr-FR"/>
              </w:rPr>
            </w:pPr>
            <w:r>
              <w:rPr>
                <w:sz w:val="16"/>
                <w:lang w:val="fr-FR"/>
              </w:rPr>
              <w:t xml:space="preserve"> </w:t>
            </w:r>
            <w:r w:rsidRPr="005B29C5">
              <w:rPr>
                <w:sz w:val="16"/>
                <w:lang w:val="fr-FR"/>
              </w:rPr>
              <w:t xml:space="preserve">☐ </w:t>
            </w:r>
            <w:r>
              <w:rPr>
                <w:sz w:val="16"/>
                <w:lang w:val="fr-FR"/>
              </w:rPr>
              <w:t>P</w:t>
            </w:r>
            <w:r w:rsidRPr="005B29C5">
              <w:rPr>
                <w:sz w:val="16"/>
                <w:lang w:val="fr-FR"/>
              </w:rPr>
              <w:t>roiect pentru autorizarea amenajării</w:t>
            </w:r>
          </w:p>
        </w:tc>
      </w:tr>
      <w:tr w:rsidR="003C7CA3">
        <w:trPr>
          <w:cantSplit/>
          <w:trHeight w:val="510"/>
        </w:trPr>
        <w:tc>
          <w:tcPr>
            <w:tcW w:w="3212" w:type="dxa"/>
          </w:tcPr>
          <w:p w:rsidR="003C7CA3" w:rsidRDefault="003454F7">
            <w:pPr>
              <w:keepNext/>
            </w:pPr>
            <w:r>
              <w:rPr>
                <w:b/>
                <w:color w:val="0D5F78"/>
              </w:rPr>
              <w:t>Nr. / data proiectului</w:t>
            </w:r>
          </w:p>
          <w:p w:rsidR="003C7CA3" w:rsidRDefault="003C7CA3">
            <w:pPr>
              <w:keepNext/>
            </w:pPr>
          </w:p>
        </w:tc>
        <w:tc>
          <w:tcPr>
            <w:tcW w:w="6424" w:type="dxa"/>
            <w:gridSpan w:val="3"/>
          </w:tcPr>
          <w:p w:rsidR="003C7CA3" w:rsidRDefault="003454F7">
            <w:pPr>
              <w:keepNext/>
            </w:pPr>
            <w:r>
              <w:rPr>
                <w:b/>
                <w:color w:val="0D5F78"/>
              </w:rPr>
              <w:t>Elaborator (denumire + sediu)</w:t>
            </w:r>
          </w:p>
          <w:p w:rsidR="003C7CA3" w:rsidRDefault="003C7CA3">
            <w:pPr>
              <w:keepNext/>
            </w:pPr>
          </w:p>
        </w:tc>
      </w:tr>
      <w:tr w:rsidR="003C7CA3">
        <w:trPr>
          <w:cantSplit/>
          <w:trHeight w:val="510"/>
        </w:trPr>
        <w:tc>
          <w:tcPr>
            <w:tcW w:w="4015" w:type="dxa"/>
            <w:gridSpan w:val="2"/>
          </w:tcPr>
          <w:p w:rsidR="003C7CA3" w:rsidRDefault="003454F7">
            <w:r>
              <w:rPr>
                <w:b/>
                <w:color w:val="0D5F78"/>
              </w:rPr>
              <w:t>Proiectant autor — arhitect / arhitect conductor / arhitect de interior</w:t>
            </w:r>
          </w:p>
          <w:p w:rsidR="003C7CA3" w:rsidRDefault="003C7CA3"/>
        </w:tc>
        <w:tc>
          <w:tcPr>
            <w:tcW w:w="1606" w:type="dxa"/>
          </w:tcPr>
          <w:p w:rsidR="003C7CA3" w:rsidRDefault="003454F7">
            <w:r>
              <w:rPr>
                <w:b/>
                <w:color w:val="0D5F78"/>
              </w:rPr>
              <w:t>Nr. TNA</w:t>
            </w:r>
          </w:p>
          <w:p w:rsidR="003C7CA3" w:rsidRDefault="003C7CA3"/>
        </w:tc>
        <w:tc>
          <w:tcPr>
            <w:tcW w:w="4015" w:type="dxa"/>
          </w:tcPr>
          <w:p w:rsidR="003C7CA3" w:rsidRDefault="003454F7">
            <w:r>
              <w:rPr>
                <w:b/>
                <w:color w:val="0D5F78"/>
              </w:rPr>
              <w:t>Ingineri, pe specialități</w:t>
            </w:r>
          </w:p>
          <w:p w:rsidR="003C7CA3" w:rsidRDefault="003C7CA3"/>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5621"/>
        <w:gridCol w:w="4015"/>
      </w:tblGrid>
      <w:tr w:rsidR="003C7CA3" w:rsidRPr="00F61A70">
        <w:trPr>
          <w:cantSplit/>
        </w:trPr>
        <w:tc>
          <w:tcPr>
            <w:tcW w:w="9636" w:type="dxa"/>
            <w:gridSpan w:val="2"/>
            <w:shd w:val="clear" w:color="auto" w:fill="F4F4F4"/>
          </w:tcPr>
          <w:p w:rsidR="003C7CA3" w:rsidRPr="005B29C5" w:rsidRDefault="003454F7">
            <w:pPr>
              <w:keepNext/>
              <w:rPr>
                <w:lang w:val="fr-FR"/>
              </w:rPr>
            </w:pPr>
            <w:r w:rsidRPr="005B29C5">
              <w:rPr>
                <w:b/>
                <w:sz w:val="16"/>
                <w:lang w:val="fr-FR"/>
              </w:rPr>
              <w:t xml:space="preserve"> </w:t>
            </w:r>
            <w:r w:rsidR="005B29C5" w:rsidRPr="005B29C5">
              <w:rPr>
                <w:b/>
                <w:sz w:val="16"/>
                <w:lang w:val="fr-FR"/>
              </w:rPr>
              <w:t>8</w:t>
            </w:r>
            <w:r w:rsidRPr="005B29C5">
              <w:rPr>
                <w:b/>
                <w:sz w:val="16"/>
                <w:lang w:val="fr-FR"/>
              </w:rPr>
              <w:t xml:space="preserve">. </w:t>
            </w:r>
            <w:r w:rsidR="005B29C5" w:rsidRPr="005B29C5">
              <w:rPr>
                <w:b/>
                <w:sz w:val="18"/>
                <w:szCs w:val="18"/>
                <w:lang w:val="fr-FR"/>
              </w:rPr>
              <w:t>CLASA DE CONSECINȚE</w:t>
            </w:r>
            <w:r w:rsidR="005B29C5" w:rsidRPr="005B29C5">
              <w:rPr>
                <w:b/>
                <w:sz w:val="16"/>
                <w:lang w:val="fr-FR"/>
              </w:rPr>
              <w:t xml:space="preserve"> / </w:t>
            </w:r>
            <w:r w:rsidRPr="005B29C5">
              <w:rPr>
                <w:b/>
                <w:color w:val="000000"/>
                <w:sz w:val="18"/>
                <w:lang w:val="fr-FR"/>
              </w:rPr>
              <w:t>VERIFICAREA TEHNICĂ</w:t>
            </w:r>
          </w:p>
        </w:tc>
      </w:tr>
      <w:tr w:rsidR="003C7CA3" w:rsidRPr="00F61A70">
        <w:trPr>
          <w:cantSplit/>
        </w:trPr>
        <w:tc>
          <w:tcPr>
            <w:tcW w:w="9636" w:type="dxa"/>
            <w:gridSpan w:val="2"/>
          </w:tcPr>
          <w:p w:rsidR="003C7CA3" w:rsidRPr="003F6F31" w:rsidRDefault="003454F7">
            <w:pPr>
              <w:keepNext/>
              <w:rPr>
                <w:lang w:val="fr-FR"/>
              </w:rPr>
            </w:pPr>
            <w:r w:rsidRPr="005B29C5">
              <w:rPr>
                <w:sz w:val="16"/>
                <w:lang w:val="fr-FR"/>
              </w:rPr>
              <w:t xml:space="preserve"> </w:t>
            </w:r>
            <w:r w:rsidRPr="003F6F31">
              <w:rPr>
                <w:sz w:val="16"/>
                <w:lang w:val="fr-FR"/>
              </w:rPr>
              <w:t>☐ CC 1 / NVP 1     ☐ CC 2 / NVP 2     ☐ CC 3 / NVP 3     ☐ CC 4 / NVP 4</w:t>
            </w:r>
          </w:p>
        </w:tc>
      </w:tr>
      <w:tr w:rsidR="003C7CA3">
        <w:trPr>
          <w:cantSplit/>
          <w:trHeight w:val="510"/>
        </w:trPr>
        <w:tc>
          <w:tcPr>
            <w:tcW w:w="5621" w:type="dxa"/>
          </w:tcPr>
          <w:p w:rsidR="003C7CA3" w:rsidRDefault="003454F7">
            <w:pPr>
              <w:keepNext/>
            </w:pPr>
            <w:r>
              <w:rPr>
                <w:b/>
                <w:color w:val="0D5F78"/>
              </w:rPr>
              <w:t>rezistență mecanică și stabilitate — nume și prenume verificator / nr. atestat</w:t>
            </w:r>
          </w:p>
          <w:p w:rsidR="003C7CA3" w:rsidRDefault="003C7CA3">
            <w:pPr>
              <w:keepNext/>
            </w:pPr>
          </w:p>
        </w:tc>
        <w:tc>
          <w:tcPr>
            <w:tcW w:w="4015" w:type="dxa"/>
          </w:tcPr>
          <w:p w:rsidR="003C7CA3" w:rsidRDefault="003454F7">
            <w:pPr>
              <w:keepNext/>
            </w:pPr>
            <w:r>
              <w:rPr>
                <w:b/>
                <w:color w:val="0D5F78"/>
              </w:rPr>
              <w:t>Referat nr. / data</w:t>
            </w:r>
          </w:p>
          <w:p w:rsidR="003C7CA3" w:rsidRDefault="003C7CA3">
            <w:pPr>
              <w:keepNext/>
            </w:pPr>
          </w:p>
        </w:tc>
      </w:tr>
      <w:tr w:rsidR="003C7CA3">
        <w:trPr>
          <w:cantSplit/>
          <w:trHeight w:val="510"/>
        </w:trPr>
        <w:tc>
          <w:tcPr>
            <w:tcW w:w="5621" w:type="dxa"/>
          </w:tcPr>
          <w:p w:rsidR="003C7CA3" w:rsidRDefault="003454F7">
            <w:pPr>
              <w:keepNext/>
            </w:pPr>
            <w:r>
              <w:rPr>
                <w:b/>
                <w:color w:val="0D5F78"/>
              </w:rPr>
              <w:t>securitate la incendiu — nume și prenume verificator / nr. atestat</w:t>
            </w:r>
          </w:p>
          <w:p w:rsidR="003C7CA3" w:rsidRDefault="003C7CA3">
            <w:pPr>
              <w:keepNext/>
            </w:pPr>
          </w:p>
        </w:tc>
        <w:tc>
          <w:tcPr>
            <w:tcW w:w="4015" w:type="dxa"/>
          </w:tcPr>
          <w:p w:rsidR="003C7CA3" w:rsidRDefault="003454F7">
            <w:pPr>
              <w:keepNext/>
            </w:pPr>
            <w:r>
              <w:rPr>
                <w:b/>
                <w:color w:val="0D5F78"/>
              </w:rPr>
              <w:t>Referat nr. / data</w:t>
            </w:r>
          </w:p>
          <w:p w:rsidR="003C7CA3" w:rsidRDefault="003C7CA3">
            <w:pPr>
              <w:keepNext/>
            </w:pPr>
          </w:p>
        </w:tc>
      </w:tr>
      <w:tr w:rsidR="003C7CA3">
        <w:trPr>
          <w:cantSplit/>
          <w:trHeight w:val="510"/>
        </w:trPr>
        <w:tc>
          <w:tcPr>
            <w:tcW w:w="5621" w:type="dxa"/>
          </w:tcPr>
          <w:p w:rsidR="003C7CA3" w:rsidRDefault="003454F7">
            <w:pPr>
              <w:keepNext/>
            </w:pPr>
            <w:r>
              <w:rPr>
                <w:b/>
                <w:color w:val="0D5F78"/>
              </w:rPr>
              <w:t>igienă, sănătate și mediu înconjurător — nume și prenume verificator / nr. atestat</w:t>
            </w:r>
          </w:p>
          <w:p w:rsidR="003C7CA3" w:rsidRDefault="003C7CA3">
            <w:pPr>
              <w:keepNext/>
            </w:pPr>
          </w:p>
        </w:tc>
        <w:tc>
          <w:tcPr>
            <w:tcW w:w="4015" w:type="dxa"/>
          </w:tcPr>
          <w:p w:rsidR="003C7CA3" w:rsidRDefault="003454F7">
            <w:pPr>
              <w:keepNext/>
            </w:pPr>
            <w:r>
              <w:rPr>
                <w:b/>
                <w:color w:val="0D5F78"/>
              </w:rPr>
              <w:t>Referat nr. / data</w:t>
            </w:r>
          </w:p>
          <w:p w:rsidR="003C7CA3" w:rsidRDefault="003C7CA3">
            <w:pPr>
              <w:keepNext/>
            </w:pPr>
          </w:p>
        </w:tc>
      </w:tr>
      <w:tr w:rsidR="003C7CA3">
        <w:trPr>
          <w:cantSplit/>
          <w:trHeight w:val="510"/>
        </w:trPr>
        <w:tc>
          <w:tcPr>
            <w:tcW w:w="5621" w:type="dxa"/>
          </w:tcPr>
          <w:p w:rsidR="003C7CA3" w:rsidRDefault="003454F7">
            <w:pPr>
              <w:keepNext/>
            </w:pPr>
            <w:r>
              <w:rPr>
                <w:b/>
                <w:color w:val="0D5F78"/>
              </w:rPr>
              <w:t>siguranță și accesibilitate în exploatare — nume și prenume verificator / nr. atestat</w:t>
            </w:r>
          </w:p>
          <w:p w:rsidR="003C7CA3" w:rsidRDefault="003C7CA3">
            <w:pPr>
              <w:keepNext/>
            </w:pPr>
          </w:p>
        </w:tc>
        <w:tc>
          <w:tcPr>
            <w:tcW w:w="4015" w:type="dxa"/>
          </w:tcPr>
          <w:p w:rsidR="003C7CA3" w:rsidRDefault="003454F7">
            <w:pPr>
              <w:keepNext/>
            </w:pPr>
            <w:r>
              <w:rPr>
                <w:b/>
                <w:color w:val="0D5F78"/>
              </w:rPr>
              <w:t>Referat nr. / data</w:t>
            </w:r>
          </w:p>
          <w:p w:rsidR="003C7CA3" w:rsidRDefault="003C7CA3">
            <w:pPr>
              <w:keepNext/>
            </w:pPr>
          </w:p>
        </w:tc>
      </w:tr>
      <w:tr w:rsidR="003C7CA3">
        <w:trPr>
          <w:cantSplit/>
          <w:trHeight w:val="510"/>
        </w:trPr>
        <w:tc>
          <w:tcPr>
            <w:tcW w:w="5621" w:type="dxa"/>
          </w:tcPr>
          <w:p w:rsidR="003C7CA3" w:rsidRDefault="003454F7">
            <w:pPr>
              <w:keepNext/>
            </w:pPr>
            <w:r>
              <w:rPr>
                <w:b/>
                <w:color w:val="0D5F78"/>
              </w:rPr>
              <w:t>protecție împotriva zgomotului — nume și prenume verificator / nr. atestat</w:t>
            </w:r>
          </w:p>
          <w:p w:rsidR="003C7CA3" w:rsidRDefault="003C7CA3">
            <w:pPr>
              <w:keepNext/>
            </w:pPr>
          </w:p>
        </w:tc>
        <w:tc>
          <w:tcPr>
            <w:tcW w:w="4015" w:type="dxa"/>
          </w:tcPr>
          <w:p w:rsidR="003C7CA3" w:rsidRDefault="003454F7">
            <w:pPr>
              <w:keepNext/>
            </w:pPr>
            <w:r>
              <w:rPr>
                <w:b/>
                <w:color w:val="0D5F78"/>
              </w:rPr>
              <w:t>Referat nr. / data</w:t>
            </w:r>
          </w:p>
          <w:p w:rsidR="003C7CA3" w:rsidRDefault="003C7CA3">
            <w:pPr>
              <w:keepNext/>
            </w:pPr>
          </w:p>
        </w:tc>
      </w:tr>
      <w:tr w:rsidR="003C7CA3">
        <w:trPr>
          <w:cantSplit/>
          <w:trHeight w:val="510"/>
        </w:trPr>
        <w:tc>
          <w:tcPr>
            <w:tcW w:w="5621" w:type="dxa"/>
          </w:tcPr>
          <w:p w:rsidR="003C7CA3" w:rsidRDefault="003454F7">
            <w:r>
              <w:rPr>
                <w:b/>
                <w:color w:val="0D5F78"/>
              </w:rPr>
              <w:t>economie de energie și izolare termică — nume și prenume verificator / nr. atestat</w:t>
            </w:r>
          </w:p>
          <w:p w:rsidR="003C7CA3" w:rsidRDefault="003C7CA3"/>
        </w:tc>
        <w:tc>
          <w:tcPr>
            <w:tcW w:w="4015" w:type="dxa"/>
          </w:tcPr>
          <w:p w:rsidR="003C7CA3" w:rsidRDefault="003454F7">
            <w:r>
              <w:rPr>
                <w:b/>
                <w:color w:val="0D5F78"/>
              </w:rPr>
              <w:t>Referat nr. / data</w:t>
            </w:r>
          </w:p>
          <w:p w:rsidR="003C7CA3" w:rsidRDefault="003C7CA3"/>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4015"/>
        <w:gridCol w:w="3212"/>
        <w:gridCol w:w="2409"/>
      </w:tblGrid>
      <w:tr w:rsidR="003C7CA3">
        <w:trPr>
          <w:cantSplit/>
        </w:trPr>
        <w:tc>
          <w:tcPr>
            <w:tcW w:w="9636" w:type="dxa"/>
            <w:gridSpan w:val="3"/>
            <w:shd w:val="clear" w:color="auto" w:fill="F4F4F4"/>
          </w:tcPr>
          <w:p w:rsidR="003C7CA3" w:rsidRDefault="003454F7">
            <w:pPr>
              <w:keepNext/>
            </w:pPr>
            <w:r>
              <w:rPr>
                <w:b/>
                <w:sz w:val="16"/>
              </w:rPr>
              <w:t xml:space="preserve"> </w:t>
            </w:r>
            <w:r w:rsidR="005B29C5">
              <w:rPr>
                <w:b/>
                <w:sz w:val="16"/>
              </w:rPr>
              <w:t>9</w:t>
            </w:r>
            <w:r>
              <w:rPr>
                <w:b/>
                <w:sz w:val="16"/>
              </w:rPr>
              <w:t xml:space="preserve">. </w:t>
            </w:r>
            <w:r>
              <w:rPr>
                <w:b/>
                <w:color w:val="000000"/>
                <w:sz w:val="18"/>
              </w:rPr>
              <w:t>VALORI ȘI DURATĂ</w:t>
            </w:r>
          </w:p>
        </w:tc>
      </w:tr>
      <w:tr w:rsidR="003C7CA3" w:rsidRPr="00F61A70">
        <w:trPr>
          <w:cantSplit/>
          <w:trHeight w:val="510"/>
        </w:trPr>
        <w:tc>
          <w:tcPr>
            <w:tcW w:w="4015" w:type="dxa"/>
          </w:tcPr>
          <w:p w:rsidR="003C7CA3" w:rsidRDefault="003454F7">
            <w:r>
              <w:rPr>
                <w:b/>
                <w:color w:val="0D5F78"/>
              </w:rPr>
              <w:t>Valoarea lucrărilor supuse autorizării (lei)</w:t>
            </w:r>
          </w:p>
          <w:p w:rsidR="003C7CA3" w:rsidRDefault="003C7CA3"/>
        </w:tc>
        <w:tc>
          <w:tcPr>
            <w:tcW w:w="3212" w:type="dxa"/>
          </w:tcPr>
          <w:p w:rsidR="003C7CA3" w:rsidRDefault="003454F7">
            <w:r>
              <w:rPr>
                <w:b/>
                <w:color w:val="0D5F78"/>
              </w:rPr>
              <w:t>Valoarea obiectivului (lei)</w:t>
            </w:r>
          </w:p>
          <w:p w:rsidR="003C7CA3" w:rsidRDefault="003C7CA3"/>
        </w:tc>
        <w:tc>
          <w:tcPr>
            <w:tcW w:w="2409" w:type="dxa"/>
          </w:tcPr>
          <w:p w:rsidR="003C7CA3" w:rsidRPr="005B29C5" w:rsidRDefault="003454F7">
            <w:pPr>
              <w:rPr>
                <w:lang w:val="fr-FR"/>
              </w:rPr>
            </w:pPr>
            <w:r w:rsidRPr="005B29C5">
              <w:rPr>
                <w:b/>
                <w:color w:val="0D5F78"/>
                <w:lang w:val="fr-FR"/>
              </w:rPr>
              <w:t>Durata estimată de execuție (luni)</w:t>
            </w:r>
          </w:p>
          <w:p w:rsidR="003C7CA3" w:rsidRPr="005B29C5" w:rsidRDefault="003C7CA3">
            <w:pPr>
              <w:rPr>
                <w:lang w:val="fr-FR"/>
              </w:rPr>
            </w:pPr>
          </w:p>
        </w:tc>
      </w:tr>
    </w:tbl>
    <w:p w:rsidR="003C7CA3" w:rsidRPr="005B29C5"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3C7CA3">
        <w:trPr>
          <w:cantSplit/>
        </w:trPr>
        <w:tc>
          <w:tcPr>
            <w:tcW w:w="9636" w:type="dxa"/>
            <w:shd w:val="clear" w:color="auto" w:fill="F4F4F4"/>
          </w:tcPr>
          <w:p w:rsidR="003C7CA3" w:rsidRDefault="003454F7">
            <w:pPr>
              <w:keepNext/>
            </w:pPr>
            <w:r w:rsidRPr="005B29C5">
              <w:rPr>
                <w:b/>
                <w:sz w:val="16"/>
                <w:lang w:val="fr-FR"/>
              </w:rPr>
              <w:t xml:space="preserve"> </w:t>
            </w:r>
            <w:r w:rsidR="005B29C5">
              <w:rPr>
                <w:b/>
                <w:sz w:val="16"/>
              </w:rPr>
              <w:t>10</w:t>
            </w:r>
            <w:r>
              <w:rPr>
                <w:b/>
                <w:sz w:val="16"/>
              </w:rPr>
              <w:t xml:space="preserve">. </w:t>
            </w:r>
            <w:r>
              <w:rPr>
                <w:b/>
                <w:color w:val="000000"/>
                <w:sz w:val="18"/>
              </w:rPr>
              <w:t>ANEXEZ LA PREZENTA CERERE</w:t>
            </w:r>
          </w:p>
        </w:tc>
      </w:tr>
      <w:tr w:rsidR="003C7CA3" w:rsidRPr="00F61A70">
        <w:trPr>
          <w:cantSplit/>
        </w:trPr>
        <w:tc>
          <w:tcPr>
            <w:tcW w:w="9636" w:type="dxa"/>
          </w:tcPr>
          <w:p w:rsidR="002B61AC" w:rsidRPr="002B61AC" w:rsidRDefault="003454F7">
            <w:pPr>
              <w:keepNext/>
              <w:rPr>
                <w:sz w:val="16"/>
                <w:lang w:val="fr-FR"/>
              </w:rPr>
            </w:pPr>
            <w:r w:rsidRPr="005B29C5">
              <w:rPr>
                <w:sz w:val="16"/>
                <w:lang w:val="fr-FR"/>
              </w:rPr>
              <w:t>☐ a) extras de plan cadastral actualizat și extras de carte funciară actualizat</w:t>
            </w:r>
            <w:r w:rsidR="002B61AC">
              <w:rPr>
                <w:sz w:val="16"/>
                <w:lang w:val="fr-FR"/>
              </w:rPr>
              <w:t>, nu mai vechi de 30 de zile</w:t>
            </w:r>
          </w:p>
        </w:tc>
      </w:tr>
      <w:tr w:rsidR="003C7CA3" w:rsidRPr="00F61A70">
        <w:trPr>
          <w:cantSplit/>
        </w:trPr>
        <w:tc>
          <w:tcPr>
            <w:tcW w:w="9636" w:type="dxa"/>
          </w:tcPr>
          <w:p w:rsidR="003C7CA3" w:rsidRPr="005B29C5" w:rsidRDefault="003454F7">
            <w:pPr>
              <w:keepNext/>
              <w:rPr>
                <w:lang w:val="fr-FR"/>
              </w:rPr>
            </w:pPr>
            <w:r w:rsidRPr="005B29C5">
              <w:rPr>
                <w:sz w:val="16"/>
                <w:lang w:val="fr-FR"/>
              </w:rPr>
              <w:t>☐ b) actele care atestă dreptul în baza căruia titularul poate solicita emiterea autorizației, dacă este cazul (copie conform cu originalul)</w:t>
            </w:r>
          </w:p>
        </w:tc>
      </w:tr>
      <w:tr w:rsidR="003C7CA3" w:rsidRPr="00F61A70">
        <w:trPr>
          <w:cantSplit/>
        </w:trPr>
        <w:tc>
          <w:tcPr>
            <w:tcW w:w="9636" w:type="dxa"/>
          </w:tcPr>
          <w:p w:rsidR="003C7CA3" w:rsidRPr="005B29C5" w:rsidRDefault="003454F7">
            <w:pPr>
              <w:keepNext/>
              <w:rPr>
                <w:lang w:val="fr-FR"/>
              </w:rPr>
            </w:pPr>
            <w:r w:rsidRPr="005B29C5">
              <w:rPr>
                <w:sz w:val="16"/>
                <w:lang w:val="fr-FR"/>
              </w:rPr>
              <w:t>☐ c) proiectul pentru autorizarea construirii / desființării / intervențiilor asupra construcțiilor existente / amenajării / organizării de șantier, după caz (2 exemplare originale</w:t>
            </w:r>
            <w:r w:rsidR="001531A5">
              <w:rPr>
                <w:sz w:val="16"/>
                <w:lang w:val="fr-FR"/>
              </w:rPr>
              <w:t xml:space="preserve"> sau 1 exemplar original, în format letric, acolo unde autoritatea are posibilitatea de a arhiva în format digital</w:t>
            </w:r>
            <w:r w:rsidRPr="005B29C5">
              <w:rPr>
                <w:sz w:val="16"/>
                <w:lang w:val="fr-FR"/>
              </w:rPr>
              <w:t>)</w:t>
            </w:r>
          </w:p>
        </w:tc>
      </w:tr>
      <w:tr w:rsidR="003C7CA3" w:rsidRPr="00F61A70">
        <w:trPr>
          <w:cantSplit/>
        </w:trPr>
        <w:tc>
          <w:tcPr>
            <w:tcW w:w="9636" w:type="dxa"/>
          </w:tcPr>
          <w:p w:rsidR="003C7CA3" w:rsidRPr="005B29C5" w:rsidRDefault="003454F7">
            <w:pPr>
              <w:keepNext/>
              <w:rPr>
                <w:lang w:val="fr-FR"/>
              </w:rPr>
            </w:pPr>
            <w:r w:rsidRPr="005B29C5">
              <w:rPr>
                <w:sz w:val="16"/>
                <w:lang w:val="fr-FR"/>
              </w:rPr>
              <w:t>☐ d) referatele de verificare ale proiectului, corespunzător clasei de consecințe a obiectivului (câte 1 exemplar copie)</w:t>
            </w:r>
          </w:p>
        </w:tc>
      </w:tr>
      <w:tr w:rsidR="003C7CA3">
        <w:trPr>
          <w:cantSplit/>
        </w:trPr>
        <w:tc>
          <w:tcPr>
            <w:tcW w:w="9636" w:type="dxa"/>
          </w:tcPr>
          <w:p w:rsidR="003C7CA3" w:rsidRDefault="003454F7">
            <w:pPr>
              <w:keepNext/>
            </w:pPr>
            <w:r w:rsidRPr="005B29C5">
              <w:rPr>
                <w:sz w:val="16"/>
                <w:lang w:val="fr-FR"/>
              </w:rPr>
              <w:t xml:space="preserve">☐ e) avizele și acordurile stabilite prin certificatul de urbanism nr. …… din …………… </w:t>
            </w:r>
            <w:r>
              <w:rPr>
                <w:sz w:val="16"/>
              </w:rPr>
              <w:t>(câte 1 exemplar copie)</w:t>
            </w:r>
          </w:p>
        </w:tc>
      </w:tr>
      <w:tr w:rsidR="003C7CA3">
        <w:trPr>
          <w:cantSplit/>
        </w:trPr>
        <w:tc>
          <w:tcPr>
            <w:tcW w:w="9636" w:type="dxa"/>
          </w:tcPr>
          <w:p w:rsidR="003C7CA3" w:rsidRDefault="003454F7">
            <w:pPr>
              <w:keepNext/>
              <w:pBdr>
                <w:bottom w:val="dotted" w:sz="6" w:space="0" w:color="999999"/>
              </w:pBdr>
              <w:spacing w:after="80"/>
            </w:pPr>
            <w:r>
              <w:rPr>
                <w:i/>
                <w:color w:val="7A7A7A"/>
              </w:rPr>
              <w:t xml:space="preserve">avizele și acordurile anexate — enumerare  </w:t>
            </w:r>
          </w:p>
          <w:p w:rsidR="003C7CA3" w:rsidRDefault="003C7CA3">
            <w:pPr>
              <w:keepNext/>
              <w:pBdr>
                <w:bottom w:val="dotted" w:sz="6" w:space="0" w:color="999999"/>
              </w:pBdr>
              <w:spacing w:after="80"/>
            </w:pPr>
          </w:p>
          <w:p w:rsidR="003C7CA3" w:rsidRDefault="003C7CA3">
            <w:pPr>
              <w:keepNext/>
              <w:pBdr>
                <w:bottom w:val="dotted" w:sz="6" w:space="0" w:color="999999"/>
              </w:pBdr>
              <w:spacing w:after="80"/>
            </w:pPr>
          </w:p>
          <w:p w:rsidR="003C7CA3" w:rsidRDefault="003C7CA3">
            <w:pPr>
              <w:keepNext/>
              <w:pBdr>
                <w:bottom w:val="dotted" w:sz="6" w:space="0" w:color="999999"/>
              </w:pBdr>
              <w:spacing w:after="80"/>
            </w:pPr>
          </w:p>
          <w:p w:rsidR="003C7CA3" w:rsidRDefault="003C7CA3">
            <w:pPr>
              <w:keepNext/>
              <w:pBdr>
                <w:bottom w:val="dotted" w:sz="6" w:space="0" w:color="999999"/>
              </w:pBdr>
              <w:spacing w:after="80"/>
            </w:pPr>
          </w:p>
          <w:p w:rsidR="003C7CA3" w:rsidRDefault="003C7CA3">
            <w:pPr>
              <w:keepNext/>
              <w:pBdr>
                <w:bottom w:val="dotted" w:sz="6" w:space="0" w:color="999999"/>
              </w:pBdr>
              <w:spacing w:after="80"/>
            </w:pPr>
          </w:p>
        </w:tc>
      </w:tr>
      <w:tr w:rsidR="003C7CA3">
        <w:trPr>
          <w:cantSplit/>
        </w:trPr>
        <w:tc>
          <w:tcPr>
            <w:tcW w:w="9636" w:type="dxa"/>
          </w:tcPr>
          <w:p w:rsidR="003C7CA3" w:rsidRDefault="003454F7">
            <w:pPr>
              <w:keepNext/>
            </w:pPr>
            <w:r>
              <w:rPr>
                <w:sz w:val="16"/>
              </w:rPr>
              <w:t>☐ f) punctul de vedere sau actul administrativ al autorității competente pentru protecția mediului, în cazul în care a fost solicitată evaluarea, și acordul de mediu, dacă este cazul (1 exemplar copie)</w:t>
            </w:r>
          </w:p>
        </w:tc>
      </w:tr>
      <w:tr w:rsidR="003C7CA3">
        <w:trPr>
          <w:cantSplit/>
        </w:trPr>
        <w:tc>
          <w:tcPr>
            <w:tcW w:w="9636" w:type="dxa"/>
          </w:tcPr>
          <w:p w:rsidR="003C7CA3" w:rsidRDefault="003454F7">
            <w:pPr>
              <w:keepNext/>
            </w:pPr>
            <w:r>
              <w:rPr>
                <w:sz w:val="16"/>
              </w:rPr>
              <w:t>☐ g) declarația pe propria răspundere în cazul în care pentru anumite avize / acorduri se invocă acordarea tacită (original)</w:t>
            </w:r>
          </w:p>
        </w:tc>
      </w:tr>
      <w:tr w:rsidR="003C7CA3" w:rsidRPr="00F61A70">
        <w:trPr>
          <w:cantSplit/>
        </w:trPr>
        <w:tc>
          <w:tcPr>
            <w:tcW w:w="9636" w:type="dxa"/>
          </w:tcPr>
          <w:p w:rsidR="003C7CA3" w:rsidRPr="005B29C5" w:rsidRDefault="003454F7">
            <w:pPr>
              <w:keepNext/>
              <w:rPr>
                <w:lang w:val="fr-FR"/>
              </w:rPr>
            </w:pPr>
            <w:r>
              <w:rPr>
                <w:sz w:val="16"/>
              </w:rPr>
              <w:t xml:space="preserve"> </w:t>
            </w:r>
            <w:r w:rsidRPr="005B29C5">
              <w:rPr>
                <w:sz w:val="16"/>
                <w:lang w:val="fr-FR"/>
              </w:rPr>
              <w:t>☐ h) acordul vecinilor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i) raportul de expertiză tehnică preliminară privind influența asupra vecinătăților, pentru cerința fundamentală rezistență mecanică și stabilitate, dacă este cazul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k) raportul privind cerințele minime de conformare a unei clădiri cu consum de energie aproape egal cu zero, dacă este cazul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xml:space="preserve">☐ l) raportul </w:t>
            </w:r>
            <w:proofErr w:type="gramStart"/>
            <w:r w:rsidRPr="005B29C5">
              <w:rPr>
                <w:sz w:val="16"/>
                <w:lang w:val="fr-FR"/>
              </w:rPr>
              <w:t>de audit</w:t>
            </w:r>
            <w:proofErr w:type="gramEnd"/>
            <w:r w:rsidRPr="005B29C5">
              <w:rPr>
                <w:sz w:val="16"/>
                <w:lang w:val="fr-FR"/>
              </w:rPr>
              <w:t xml:space="preserve"> energetic în vederea creșterii performanței energetice, în cazul intervențiilor la clădiri existente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m) proiectul pentru acordul / autorizația administratorului drumului, pentru lucrările executate pe domeniul public la infrastructura tehnico-edilitară și căile de acces, dacă este cazul (1 exemplar original)</w:t>
            </w:r>
          </w:p>
        </w:tc>
      </w:tr>
      <w:tr w:rsidR="003C7CA3" w:rsidRPr="00F61A70">
        <w:trPr>
          <w:cantSplit/>
        </w:trPr>
        <w:tc>
          <w:tcPr>
            <w:tcW w:w="9636" w:type="dxa"/>
          </w:tcPr>
          <w:p w:rsidR="003C7CA3" w:rsidRPr="005B29C5" w:rsidRDefault="003454F7">
            <w:pPr>
              <w:keepNext/>
              <w:rPr>
                <w:lang w:val="fr-FR"/>
              </w:rPr>
            </w:pPr>
            <w:r w:rsidRPr="005B29C5">
              <w:rPr>
                <w:sz w:val="16"/>
                <w:lang w:val="fr-FR"/>
              </w:rPr>
              <w:t>☐ n) dovada privind luarea în evidență a proiectului de către Ordinul Arhitecților din România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o) devizul general al obiectivului de investiții (1 exemplar copie)</w:t>
            </w:r>
          </w:p>
        </w:tc>
      </w:tr>
      <w:tr w:rsidR="003C7CA3" w:rsidRPr="00F61A70">
        <w:trPr>
          <w:cantSplit/>
        </w:trPr>
        <w:tc>
          <w:tcPr>
            <w:tcW w:w="9636" w:type="dxa"/>
          </w:tcPr>
          <w:p w:rsidR="003C7CA3" w:rsidRPr="005B29C5" w:rsidRDefault="003454F7">
            <w:pPr>
              <w:keepNext/>
              <w:rPr>
                <w:lang w:val="fr-FR"/>
              </w:rPr>
            </w:pPr>
            <w:r w:rsidRPr="005B29C5">
              <w:rPr>
                <w:sz w:val="16"/>
                <w:lang w:val="fr-FR"/>
              </w:rPr>
              <w:t>☐ p) documentele de plată a taxelor legale în vederea autorizării (copie)</w:t>
            </w:r>
          </w:p>
        </w:tc>
      </w:tr>
      <w:tr w:rsidR="003C7CA3" w:rsidRPr="00F61A70">
        <w:trPr>
          <w:cantSplit/>
        </w:trPr>
        <w:tc>
          <w:tcPr>
            <w:tcW w:w="9636" w:type="dxa"/>
          </w:tcPr>
          <w:p w:rsidR="003C7CA3" w:rsidRPr="005B29C5" w:rsidRDefault="003454F7">
            <w:pPr>
              <w:rPr>
                <w:lang w:val="fr-FR"/>
              </w:rPr>
            </w:pPr>
            <w:r w:rsidRPr="005B29C5">
              <w:rPr>
                <w:sz w:val="16"/>
                <w:lang w:val="fr-FR"/>
              </w:rPr>
              <w:t>☐ q) anexa la cererea pentru emiterea autorizației de construire / desființare, completată cu toate elementele necesare descrierii lucrărilor (2 exemplare originale)</w:t>
            </w:r>
          </w:p>
        </w:tc>
      </w:tr>
    </w:tbl>
    <w:p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3C7CA3">
        <w:trPr>
          <w:cantSplit/>
        </w:trPr>
        <w:tc>
          <w:tcPr>
            <w:tcW w:w="9636" w:type="dxa"/>
          </w:tcPr>
          <w:p w:rsidR="003C7CA3" w:rsidRDefault="003454F7">
            <w:pPr>
              <w:spacing w:line="228" w:lineRule="auto"/>
            </w:pPr>
            <w:r w:rsidRPr="005B29C5">
              <w:rPr>
                <w:i/>
                <w:sz w:val="17"/>
                <w:lang w:val="fr-FR"/>
              </w:rPr>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w:t>
            </w:r>
            <w:r>
              <w:rPr>
                <w:i/>
                <w:sz w:val="17"/>
              </w:rPr>
              <w:t>(3) din Leg</w:t>
            </w:r>
            <w:r w:rsidR="00FC2F0B">
              <w:rPr>
                <w:i/>
                <w:sz w:val="17"/>
              </w:rPr>
              <w:t>e</w:t>
            </w:r>
            <w:r w:rsidR="005B29C5">
              <w:rPr>
                <w:i/>
                <w:sz w:val="17"/>
              </w:rPr>
              <w:t>a nr.1</w:t>
            </w:r>
            <w:r w:rsidR="00FC2F0B">
              <w:rPr>
                <w:i/>
                <w:sz w:val="17"/>
              </w:rPr>
              <w:t>69</w:t>
            </w:r>
            <w:r w:rsidR="005B29C5">
              <w:rPr>
                <w:i/>
                <w:sz w:val="17"/>
              </w:rPr>
              <w:t>/2026.</w:t>
            </w:r>
          </w:p>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4818"/>
        <w:gridCol w:w="3212"/>
      </w:tblGrid>
      <w:tr w:rsidR="003C7CA3">
        <w:trPr>
          <w:cantSplit/>
        </w:trPr>
        <w:tc>
          <w:tcPr>
            <w:tcW w:w="9636" w:type="dxa"/>
            <w:gridSpan w:val="3"/>
            <w:shd w:val="clear" w:color="auto" w:fill="F4F4F4"/>
          </w:tcPr>
          <w:p w:rsidR="003C7CA3" w:rsidRDefault="003454F7">
            <w:pPr>
              <w:keepNext/>
            </w:pPr>
            <w:r>
              <w:rPr>
                <w:b/>
                <w:sz w:val="16"/>
              </w:rPr>
              <w:t xml:space="preserve"> 10. </w:t>
            </w:r>
            <w:r>
              <w:rPr>
                <w:b/>
                <w:color w:val="000000"/>
                <w:sz w:val="18"/>
              </w:rPr>
              <w:t>DATA ȘI SEMNĂTURA</w:t>
            </w:r>
          </w:p>
        </w:tc>
      </w:tr>
      <w:tr w:rsidR="003C7CA3">
        <w:trPr>
          <w:cantSplit/>
          <w:trHeight w:val="510"/>
        </w:trPr>
        <w:tc>
          <w:tcPr>
            <w:tcW w:w="1606" w:type="dxa"/>
          </w:tcPr>
          <w:p w:rsidR="003C7CA3" w:rsidRDefault="003454F7">
            <w:r>
              <w:rPr>
                <w:b/>
                <w:color w:val="0D5F78"/>
              </w:rPr>
              <w:t>Data</w:t>
            </w:r>
          </w:p>
          <w:p w:rsidR="003C7CA3" w:rsidRDefault="003C7CA3"/>
        </w:tc>
        <w:tc>
          <w:tcPr>
            <w:tcW w:w="4818" w:type="dxa"/>
          </w:tcPr>
          <w:p w:rsidR="003C7CA3" w:rsidRDefault="003454F7">
            <w:r>
              <w:rPr>
                <w:b/>
                <w:color w:val="0D5F78"/>
              </w:rPr>
              <w:t>Solicitantul</w:t>
            </w:r>
          </w:p>
          <w:p w:rsidR="003C7CA3" w:rsidRDefault="003C7CA3"/>
        </w:tc>
        <w:tc>
          <w:tcPr>
            <w:tcW w:w="3212" w:type="dxa"/>
          </w:tcPr>
          <w:p w:rsidR="003C7CA3" w:rsidRDefault="003454F7">
            <w:r>
              <w:rPr>
                <w:b/>
                <w:color w:val="0D5F78"/>
              </w:rPr>
              <w:t>Semnătura</w:t>
            </w:r>
          </w:p>
          <w:p w:rsidR="003C7CA3" w:rsidRDefault="003C7CA3"/>
        </w:tc>
      </w:tr>
    </w:tbl>
    <w:p w:rsidR="003C7CA3" w:rsidRDefault="003C7CA3">
      <w:pPr>
        <w:spacing w:line="168" w:lineRule="auto"/>
      </w:pPr>
    </w:p>
    <w:p w:rsidR="003C7CA3" w:rsidRDefault="003454F7">
      <w:r>
        <w:br w:type="page"/>
      </w:r>
    </w:p>
    <w:p w:rsidR="003C7CA3" w:rsidRDefault="003454F7">
      <w:pPr>
        <w:spacing w:before="140" w:after="40"/>
        <w:jc w:val="center"/>
      </w:pPr>
      <w:r>
        <w:rPr>
          <w:b/>
          <w:sz w:val="34"/>
        </w:rPr>
        <w:lastRenderedPageBreak/>
        <w:t>ANEXA IMOBILE</w:t>
      </w:r>
    </w:p>
    <w:p w:rsidR="003C7CA3" w:rsidRPr="005B29C5" w:rsidRDefault="003454F7">
      <w:pPr>
        <w:spacing w:after="120"/>
        <w:jc w:val="center"/>
        <w:rPr>
          <w:lang w:val="fr-FR"/>
        </w:rPr>
      </w:pPr>
      <w:proofErr w:type="gramStart"/>
      <w:r w:rsidRPr="005B29C5">
        <w:rPr>
          <w:sz w:val="19"/>
          <w:lang w:val="fr-FR"/>
        </w:rPr>
        <w:t>la</w:t>
      </w:r>
      <w:proofErr w:type="gramEnd"/>
      <w:r w:rsidRPr="005B29C5">
        <w:rPr>
          <w:sz w:val="19"/>
          <w:lang w:val="fr-FR"/>
        </w:rPr>
        <w:t xml:space="preserve"> cererea pentru emiterea autorizației de construire / desființare</w:t>
      </w:r>
    </w:p>
    <w:p w:rsidR="003C7CA3" w:rsidRPr="005B29C5" w:rsidRDefault="003454F7">
      <w:pPr>
        <w:spacing w:after="120"/>
        <w:jc w:val="center"/>
        <w:rPr>
          <w:lang w:val="fr-FR"/>
        </w:rPr>
      </w:pPr>
      <w:proofErr w:type="gramStart"/>
      <w:r w:rsidRPr="005B29C5">
        <w:rPr>
          <w:sz w:val="19"/>
          <w:lang w:val="fr-FR"/>
        </w:rPr>
        <w:t>se</w:t>
      </w:r>
      <w:proofErr w:type="gramEnd"/>
      <w:r w:rsidRPr="005B29C5">
        <w:rPr>
          <w:sz w:val="19"/>
          <w:lang w:val="fr-FR"/>
        </w:rPr>
        <w:t xml:space="preserve"> completează numai atunci când cererea </w:t>
      </w:r>
      <w:r w:rsidR="00F61A70">
        <w:rPr>
          <w:sz w:val="19"/>
          <w:lang w:val="fr-FR"/>
        </w:rPr>
        <w:t>se referă la</w:t>
      </w:r>
      <w:r w:rsidRPr="005B29C5">
        <w:rPr>
          <w:sz w:val="19"/>
          <w:lang w:val="fr-FR"/>
        </w:rPr>
        <w:t xml:space="preserve"> mai multe imobile</w:t>
      </w:r>
    </w:p>
    <w:p w:rsidR="003C7CA3" w:rsidRPr="005B29C5" w:rsidRDefault="003C7CA3">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3212"/>
        <w:gridCol w:w="803"/>
        <w:gridCol w:w="803"/>
        <w:gridCol w:w="803"/>
        <w:gridCol w:w="803"/>
        <w:gridCol w:w="1606"/>
        <w:gridCol w:w="1606"/>
      </w:tblGrid>
      <w:tr w:rsidR="003C7CA3">
        <w:trPr>
          <w:cantSplit/>
        </w:trPr>
        <w:tc>
          <w:tcPr>
            <w:tcW w:w="9636" w:type="dxa"/>
            <w:gridSpan w:val="7"/>
            <w:shd w:val="clear" w:color="auto" w:fill="F4F4F4"/>
          </w:tcPr>
          <w:p w:rsidR="003C7CA3" w:rsidRDefault="003454F7">
            <w:pPr>
              <w:keepNext/>
            </w:pPr>
            <w:r w:rsidRPr="005B29C5">
              <w:rPr>
                <w:b/>
                <w:sz w:val="16"/>
                <w:lang w:val="fr-FR"/>
              </w:rPr>
              <w:t xml:space="preserve"> </w:t>
            </w:r>
            <w:r>
              <w:rPr>
                <w:b/>
                <w:sz w:val="16"/>
              </w:rPr>
              <w:t xml:space="preserve">I1. </w:t>
            </w:r>
            <w:r>
              <w:rPr>
                <w:b/>
                <w:color w:val="000000"/>
                <w:sz w:val="18"/>
              </w:rPr>
              <w:t>IMOBILELE LA CARE SE REFERĂ CEREREA</w:t>
            </w:r>
          </w:p>
        </w:tc>
      </w:tr>
      <w:tr w:rsidR="003C7CA3">
        <w:trPr>
          <w:cantSplit/>
        </w:trPr>
        <w:tc>
          <w:tcPr>
            <w:tcW w:w="9636" w:type="dxa"/>
            <w:gridSpan w:val="7"/>
            <w:shd w:val="clear" w:color="auto" w:fill="F4F4F4"/>
          </w:tcPr>
          <w:p w:rsidR="003C7CA3" w:rsidRDefault="003454F7">
            <w:pPr>
              <w:keepNext/>
            </w:pPr>
            <w:r>
              <w:rPr>
                <w:sz w:val="16"/>
              </w:rPr>
              <w:t xml:space="preserve"> Imobil 2</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7"/>
            <w:shd w:val="clear" w:color="auto" w:fill="F4F4F4"/>
          </w:tcPr>
          <w:p w:rsidR="003C7CA3" w:rsidRDefault="003454F7">
            <w:pPr>
              <w:keepNext/>
            </w:pPr>
            <w:r>
              <w:rPr>
                <w:sz w:val="16"/>
              </w:rPr>
              <w:t xml:space="preserve"> Imobil 3</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7"/>
            <w:shd w:val="clear" w:color="auto" w:fill="F4F4F4"/>
          </w:tcPr>
          <w:p w:rsidR="003C7CA3" w:rsidRDefault="003454F7">
            <w:pPr>
              <w:keepNext/>
            </w:pPr>
            <w:r>
              <w:rPr>
                <w:sz w:val="16"/>
              </w:rPr>
              <w:t xml:space="preserve"> Imobil 4</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7"/>
            <w:shd w:val="clear" w:color="auto" w:fill="F4F4F4"/>
          </w:tcPr>
          <w:p w:rsidR="003C7CA3" w:rsidRDefault="003454F7">
            <w:pPr>
              <w:keepNext/>
            </w:pPr>
            <w:r>
              <w:rPr>
                <w:sz w:val="16"/>
              </w:rPr>
              <w:t xml:space="preserve"> Imobil 5</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7"/>
            <w:shd w:val="clear" w:color="auto" w:fill="F4F4F4"/>
          </w:tcPr>
          <w:p w:rsidR="003C7CA3" w:rsidRDefault="003454F7">
            <w:pPr>
              <w:keepNext/>
            </w:pPr>
            <w:r>
              <w:rPr>
                <w:sz w:val="16"/>
              </w:rPr>
              <w:t xml:space="preserve"> Imobil 6</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r w:rsidR="003C7CA3">
        <w:trPr>
          <w:cantSplit/>
        </w:trPr>
        <w:tc>
          <w:tcPr>
            <w:tcW w:w="9636" w:type="dxa"/>
            <w:gridSpan w:val="7"/>
            <w:shd w:val="clear" w:color="auto" w:fill="F4F4F4"/>
          </w:tcPr>
          <w:p w:rsidR="003C7CA3" w:rsidRDefault="003454F7">
            <w:pPr>
              <w:keepNext/>
            </w:pPr>
            <w:r>
              <w:rPr>
                <w:sz w:val="16"/>
              </w:rPr>
              <w:t xml:space="preserve"> Imobil 7</w:t>
            </w:r>
          </w:p>
        </w:tc>
      </w:tr>
      <w:tr w:rsidR="003C7CA3">
        <w:trPr>
          <w:cantSplit/>
          <w:trHeight w:val="510"/>
        </w:trPr>
        <w:tc>
          <w:tcPr>
            <w:tcW w:w="3212" w:type="dxa"/>
          </w:tcPr>
          <w:p w:rsidR="003C7CA3" w:rsidRDefault="003454F7">
            <w:pPr>
              <w:keepNext/>
            </w:pPr>
            <w:r>
              <w:rPr>
                <w:b/>
                <w:color w:val="0D5F78"/>
              </w:rPr>
              <w:t>Tip imobil</w:t>
            </w:r>
          </w:p>
          <w:p w:rsidR="003C7CA3" w:rsidRDefault="003454F7">
            <w:pPr>
              <w:keepNext/>
            </w:pPr>
            <w:r>
              <w:rPr>
                <w:sz w:val="16"/>
              </w:rPr>
              <w:t>☐ teren     ☐ construcții</w:t>
            </w:r>
          </w:p>
        </w:tc>
        <w:tc>
          <w:tcPr>
            <w:tcW w:w="3212" w:type="dxa"/>
            <w:gridSpan w:val="4"/>
          </w:tcPr>
          <w:p w:rsidR="003C7CA3" w:rsidRDefault="003454F7">
            <w:pPr>
              <w:keepNext/>
            </w:pPr>
            <w:r>
              <w:rPr>
                <w:b/>
                <w:color w:val="0D5F78"/>
              </w:rPr>
              <w:t>Număr cadastral</w:t>
            </w:r>
          </w:p>
          <w:p w:rsidR="003C7CA3" w:rsidRDefault="003C7CA3">
            <w:pPr>
              <w:keepNext/>
            </w:pPr>
          </w:p>
        </w:tc>
        <w:tc>
          <w:tcPr>
            <w:tcW w:w="3212" w:type="dxa"/>
            <w:gridSpan w:val="2"/>
          </w:tcPr>
          <w:p w:rsidR="003C7CA3" w:rsidRDefault="003454F7">
            <w:pPr>
              <w:keepNext/>
            </w:pPr>
            <w:r>
              <w:rPr>
                <w:b/>
                <w:color w:val="0D5F78"/>
              </w:rPr>
              <w:t>Carte funciară nr.</w:t>
            </w:r>
          </w:p>
          <w:p w:rsidR="003C7CA3" w:rsidRDefault="003C7CA3">
            <w:pPr>
              <w:keepNext/>
            </w:pPr>
          </w:p>
        </w:tc>
      </w:tr>
      <w:tr w:rsidR="003C7CA3">
        <w:trPr>
          <w:cantSplit/>
          <w:trHeight w:val="510"/>
        </w:trPr>
        <w:tc>
          <w:tcPr>
            <w:tcW w:w="3212" w:type="dxa"/>
          </w:tcPr>
          <w:p w:rsidR="003C7CA3" w:rsidRDefault="003454F7">
            <w:pPr>
              <w:keepNext/>
            </w:pPr>
            <w:r>
              <w:rPr>
                <w:b/>
                <w:color w:val="0D5F78"/>
              </w:rPr>
              <w:t>Județul</w:t>
            </w:r>
          </w:p>
          <w:p w:rsidR="003C7CA3" w:rsidRDefault="003C7CA3">
            <w:pPr>
              <w:keepNext/>
            </w:pPr>
          </w:p>
        </w:tc>
        <w:tc>
          <w:tcPr>
            <w:tcW w:w="3212" w:type="dxa"/>
            <w:gridSpan w:val="4"/>
          </w:tcPr>
          <w:p w:rsidR="003C7CA3" w:rsidRDefault="003454F7">
            <w:pPr>
              <w:keepNext/>
            </w:pPr>
            <w:r>
              <w:rPr>
                <w:b/>
                <w:color w:val="0D5F78"/>
              </w:rPr>
              <w:t>Municipiul / orașul / comuna</w:t>
            </w:r>
          </w:p>
          <w:p w:rsidR="003C7CA3" w:rsidRDefault="003C7CA3">
            <w:pPr>
              <w:keepNext/>
            </w:pPr>
          </w:p>
        </w:tc>
        <w:tc>
          <w:tcPr>
            <w:tcW w:w="3212" w:type="dxa"/>
            <w:gridSpan w:val="2"/>
          </w:tcPr>
          <w:p w:rsidR="003C7CA3" w:rsidRDefault="003454F7">
            <w:pPr>
              <w:keepNext/>
            </w:pPr>
            <w:r>
              <w:rPr>
                <w:b/>
                <w:color w:val="0D5F78"/>
              </w:rPr>
              <w:t>Satul / sectorul</w:t>
            </w:r>
          </w:p>
          <w:p w:rsidR="003C7CA3" w:rsidRDefault="003C7CA3">
            <w:pPr>
              <w:keepNext/>
            </w:pPr>
          </w:p>
        </w:tc>
      </w:tr>
      <w:tr w:rsidR="003C7CA3">
        <w:trPr>
          <w:cantSplit/>
          <w:trHeight w:val="510"/>
        </w:trPr>
        <w:tc>
          <w:tcPr>
            <w:tcW w:w="3212" w:type="dxa"/>
          </w:tcPr>
          <w:p w:rsidR="003C7CA3" w:rsidRDefault="003454F7">
            <w:pPr>
              <w:keepNext/>
            </w:pPr>
            <w:r>
              <w:rPr>
                <w:b/>
                <w:color w:val="0D5F78"/>
              </w:rPr>
              <w:t>Strada</w:t>
            </w:r>
          </w:p>
          <w:p w:rsidR="003C7CA3" w:rsidRDefault="003C7CA3">
            <w:pPr>
              <w:keepNext/>
            </w:pPr>
          </w:p>
        </w:tc>
        <w:tc>
          <w:tcPr>
            <w:tcW w:w="803" w:type="dxa"/>
          </w:tcPr>
          <w:p w:rsidR="003C7CA3" w:rsidRDefault="003454F7">
            <w:pPr>
              <w:keepNext/>
            </w:pPr>
            <w:r>
              <w:rPr>
                <w:b/>
                <w:color w:val="0D5F78"/>
              </w:rPr>
              <w:t>Nr.</w:t>
            </w:r>
          </w:p>
          <w:p w:rsidR="003C7CA3" w:rsidRDefault="003C7CA3">
            <w:pPr>
              <w:keepNext/>
            </w:pPr>
          </w:p>
        </w:tc>
        <w:tc>
          <w:tcPr>
            <w:tcW w:w="803" w:type="dxa"/>
          </w:tcPr>
          <w:p w:rsidR="003C7CA3" w:rsidRDefault="003454F7">
            <w:pPr>
              <w:keepNext/>
            </w:pPr>
            <w:r>
              <w:rPr>
                <w:b/>
                <w:color w:val="0D5F78"/>
              </w:rPr>
              <w:t>Sc.</w:t>
            </w:r>
          </w:p>
          <w:p w:rsidR="003C7CA3" w:rsidRDefault="003C7CA3">
            <w:pPr>
              <w:keepNext/>
            </w:pPr>
          </w:p>
        </w:tc>
        <w:tc>
          <w:tcPr>
            <w:tcW w:w="803" w:type="dxa"/>
          </w:tcPr>
          <w:p w:rsidR="003C7CA3" w:rsidRDefault="003454F7">
            <w:pPr>
              <w:keepNext/>
            </w:pPr>
            <w:r>
              <w:rPr>
                <w:b/>
                <w:color w:val="0D5F78"/>
              </w:rPr>
              <w:t>Et.</w:t>
            </w:r>
          </w:p>
          <w:p w:rsidR="003C7CA3" w:rsidRDefault="003C7CA3">
            <w:pPr>
              <w:keepNext/>
            </w:pPr>
          </w:p>
        </w:tc>
        <w:tc>
          <w:tcPr>
            <w:tcW w:w="803" w:type="dxa"/>
          </w:tcPr>
          <w:p w:rsidR="003C7CA3" w:rsidRDefault="003454F7">
            <w:pPr>
              <w:keepNext/>
            </w:pPr>
            <w:r>
              <w:rPr>
                <w:b/>
                <w:color w:val="0D5F78"/>
              </w:rPr>
              <w:t>Ap.</w:t>
            </w:r>
          </w:p>
          <w:p w:rsidR="003C7CA3" w:rsidRDefault="003C7CA3">
            <w:pPr>
              <w:keepNext/>
            </w:pPr>
          </w:p>
        </w:tc>
        <w:tc>
          <w:tcPr>
            <w:tcW w:w="1606" w:type="dxa"/>
          </w:tcPr>
          <w:p w:rsidR="003C7CA3" w:rsidRDefault="003454F7">
            <w:pPr>
              <w:keepNext/>
            </w:pPr>
            <w:r>
              <w:rPr>
                <w:b/>
                <w:color w:val="0D5F78"/>
              </w:rPr>
              <w:t>Cod poștal</w:t>
            </w:r>
          </w:p>
          <w:p w:rsidR="003C7CA3" w:rsidRDefault="003C7CA3">
            <w:pPr>
              <w:keepNext/>
            </w:pPr>
          </w:p>
        </w:tc>
        <w:tc>
          <w:tcPr>
            <w:tcW w:w="1606" w:type="dxa"/>
          </w:tcPr>
          <w:p w:rsidR="003C7CA3" w:rsidRDefault="003454F7">
            <w:pPr>
              <w:keepNext/>
            </w:pPr>
            <w:r>
              <w:rPr>
                <w:b/>
                <w:color w:val="0D5F78"/>
              </w:rPr>
              <w:t>Țara</w:t>
            </w:r>
          </w:p>
          <w:p w:rsidR="003C7CA3" w:rsidRDefault="003C7CA3">
            <w:pPr>
              <w:keepNext/>
            </w:pPr>
          </w:p>
        </w:tc>
      </w:tr>
    </w:tbl>
    <w:p w:rsidR="003C7CA3" w:rsidRDefault="003C7CA3">
      <w:pPr>
        <w:spacing w:line="168" w:lineRule="auto"/>
      </w:pPr>
    </w:p>
    <w:p w:rsidR="003C7CA3" w:rsidRDefault="003454F7">
      <w:r>
        <w:br w:type="page"/>
      </w:r>
    </w:p>
    <w:p w:rsidR="003C7CA3" w:rsidRDefault="003454F7">
      <w:pPr>
        <w:spacing w:before="140" w:after="40"/>
        <w:jc w:val="center"/>
      </w:pPr>
      <w:r>
        <w:rPr>
          <w:b/>
          <w:sz w:val="34"/>
        </w:rPr>
        <w:lastRenderedPageBreak/>
        <w:t xml:space="preserve">ANEXA TEHNICĂ </w:t>
      </w:r>
    </w:p>
    <w:p w:rsidR="003C7CA3" w:rsidRPr="005B29C5" w:rsidRDefault="003454F7">
      <w:pPr>
        <w:spacing w:after="120"/>
        <w:jc w:val="center"/>
        <w:rPr>
          <w:lang w:val="fr-FR"/>
        </w:rPr>
      </w:pPr>
      <w:proofErr w:type="gramStart"/>
      <w:r w:rsidRPr="005B29C5">
        <w:rPr>
          <w:sz w:val="19"/>
          <w:lang w:val="fr-FR"/>
        </w:rPr>
        <w:t>la</w:t>
      </w:r>
      <w:proofErr w:type="gramEnd"/>
      <w:r w:rsidRPr="005B29C5">
        <w:rPr>
          <w:sz w:val="19"/>
          <w:lang w:val="fr-FR"/>
        </w:rPr>
        <w:t xml:space="preserve"> cererea pentru emiterea autorizației de construire / desființare</w:t>
      </w:r>
    </w:p>
    <w:p w:rsidR="003C7CA3" w:rsidRPr="005375AB" w:rsidRDefault="003454F7" w:rsidP="005375AB">
      <w:pPr>
        <w:spacing w:after="120"/>
        <w:jc w:val="center"/>
        <w:rPr>
          <w:sz w:val="19"/>
          <w:lang w:val="fr-FR"/>
        </w:rPr>
      </w:pPr>
      <w:proofErr w:type="gramStart"/>
      <w:r w:rsidRPr="005B29C5">
        <w:rPr>
          <w:sz w:val="19"/>
          <w:lang w:val="fr-FR"/>
        </w:rPr>
        <w:t>se</w:t>
      </w:r>
      <w:proofErr w:type="gramEnd"/>
      <w:r w:rsidRPr="005B29C5">
        <w:rPr>
          <w:sz w:val="19"/>
          <w:lang w:val="fr-FR"/>
        </w:rPr>
        <w:t xml:space="preserve"> întocmește de proiectantul documentației</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3C7CA3" w:rsidRPr="00F61A70">
        <w:trPr>
          <w:cantSplit/>
        </w:trPr>
        <w:tc>
          <w:tcPr>
            <w:tcW w:w="9636" w:type="dxa"/>
            <w:shd w:val="clear" w:color="auto" w:fill="F4F4F4"/>
          </w:tcPr>
          <w:p w:rsidR="00F61A70" w:rsidRPr="00F61A70" w:rsidRDefault="003454F7" w:rsidP="00F61A70">
            <w:pPr>
              <w:pStyle w:val="ListParagraph"/>
              <w:keepNext/>
              <w:numPr>
                <w:ilvl w:val="0"/>
                <w:numId w:val="10"/>
              </w:numPr>
              <w:rPr>
                <w:b/>
                <w:color w:val="000000"/>
                <w:sz w:val="18"/>
                <w:lang w:val="fr-FR"/>
              </w:rPr>
            </w:pPr>
            <w:r w:rsidRPr="00F61A70">
              <w:rPr>
                <w:b/>
                <w:color w:val="000000"/>
                <w:sz w:val="18"/>
                <w:lang w:val="fr-FR"/>
              </w:rPr>
              <w:t>CATEGORIILE DE LUCRĂRI</w:t>
            </w:r>
            <w:r w:rsidR="00E9623F" w:rsidRPr="00F61A70">
              <w:rPr>
                <w:b/>
                <w:color w:val="000000"/>
                <w:sz w:val="18"/>
                <w:lang w:val="fr-FR"/>
              </w:rPr>
              <w:t xml:space="preserve"> APLICABILE OBIECTIVULUI/OBIECTULUI DE INVESTIȚII</w:t>
            </w:r>
            <w:r w:rsidR="00F61A70" w:rsidRPr="00F61A70">
              <w:rPr>
                <w:b/>
                <w:color w:val="000000"/>
                <w:sz w:val="18"/>
                <w:lang w:val="fr-FR"/>
              </w:rPr>
              <w:t xml:space="preserve"> </w:t>
            </w:r>
          </w:p>
          <w:p w:rsidR="003C7CA3" w:rsidRPr="00F61A70" w:rsidRDefault="00F61A70" w:rsidP="00F61A70">
            <w:pPr>
              <w:keepNext/>
              <w:ind w:left="45"/>
              <w:rPr>
                <w:bCs/>
                <w:lang w:val="fr-FR"/>
              </w:rPr>
            </w:pPr>
            <w:r w:rsidRPr="00F61A70">
              <w:rPr>
                <w:bCs/>
                <w:color w:val="000000"/>
                <w:sz w:val="18"/>
                <w:lang w:val="fr-FR"/>
              </w:rPr>
              <w:t>(se bifeaza toate cele aplicabile)</w:t>
            </w:r>
          </w:p>
        </w:tc>
      </w:tr>
      <w:tr w:rsidR="003C7CA3" w:rsidRPr="00F61A70">
        <w:trPr>
          <w:cantSplit/>
        </w:trPr>
        <w:tc>
          <w:tcPr>
            <w:tcW w:w="9636" w:type="dxa"/>
            <w:shd w:val="clear" w:color="auto" w:fill="F4F4F4"/>
          </w:tcPr>
          <w:p w:rsidR="003C7CA3" w:rsidRPr="00F61A70" w:rsidRDefault="003454F7">
            <w:pPr>
              <w:keepNext/>
              <w:rPr>
                <w:b/>
                <w:bCs/>
                <w:lang w:val="fr-FR"/>
              </w:rPr>
            </w:pPr>
            <w:r w:rsidRPr="005B29C5">
              <w:rPr>
                <w:sz w:val="16"/>
                <w:lang w:val="fr-FR"/>
              </w:rPr>
              <w:t xml:space="preserve"> </w:t>
            </w:r>
            <w:r w:rsidRPr="00F61A70">
              <w:rPr>
                <w:b/>
                <w:bCs/>
                <w:sz w:val="16"/>
                <w:lang w:val="fr-FR"/>
              </w:rPr>
              <w:t xml:space="preserve">A · Lucrări de construcții noi, </w:t>
            </w:r>
            <w:r w:rsidR="00F61A70">
              <w:rPr>
                <w:b/>
                <w:bCs/>
                <w:sz w:val="16"/>
                <w:lang w:val="fr-FR"/>
              </w:rPr>
              <w:t xml:space="preserve">inclusiv instalațiile aferente acestora, </w:t>
            </w:r>
            <w:r w:rsidRPr="00F61A70">
              <w:rPr>
                <w:b/>
                <w:bCs/>
                <w:sz w:val="16"/>
                <w:lang w:val="fr-FR"/>
              </w:rPr>
              <w:t>realizate</w:t>
            </w:r>
            <w:r w:rsidR="00F61A70" w:rsidRPr="00F61A70">
              <w:rPr>
                <w:b/>
                <w:bCs/>
                <w:sz w:val="16"/>
                <w:lang w:val="fr-FR"/>
              </w:rPr>
              <w:t> :</w:t>
            </w:r>
          </w:p>
        </w:tc>
      </w:tr>
      <w:tr w:rsidR="003C7CA3" w:rsidRPr="00F61A70">
        <w:trPr>
          <w:cantSplit/>
        </w:trPr>
        <w:tc>
          <w:tcPr>
            <w:tcW w:w="9636" w:type="dxa"/>
          </w:tcPr>
          <w:p w:rsidR="003C7CA3" w:rsidRPr="005B29C5" w:rsidRDefault="003454F7">
            <w:pPr>
              <w:keepNext/>
              <w:rPr>
                <w:lang w:val="fr-FR"/>
              </w:rPr>
            </w:pPr>
            <w:r w:rsidRPr="005B29C5">
              <w:rPr>
                <w:sz w:val="16"/>
                <w:lang w:val="fr-FR"/>
              </w:rPr>
              <w:t xml:space="preserve"> ☐ în afara zonelor de protecție a monumentelor istorice     ☐ în zona de protecție a monumentelor istorice     ☐ în afara zonelor construite protejate     ☐ în zone construite protejate</w:t>
            </w:r>
          </w:p>
        </w:tc>
      </w:tr>
      <w:tr w:rsidR="003C7CA3" w:rsidRPr="00F61A70">
        <w:trPr>
          <w:cantSplit/>
        </w:trPr>
        <w:tc>
          <w:tcPr>
            <w:tcW w:w="9636" w:type="dxa"/>
          </w:tcPr>
          <w:p w:rsidR="003C7CA3" w:rsidRPr="005B29C5" w:rsidRDefault="003454F7">
            <w:pPr>
              <w:keepNext/>
              <w:rPr>
                <w:lang w:val="fr-FR"/>
              </w:rPr>
            </w:pPr>
            <w:r w:rsidRPr="005B29C5">
              <w:rPr>
                <w:sz w:val="16"/>
                <w:lang w:val="fr-FR"/>
              </w:rPr>
              <w:t xml:space="preserve"> </w:t>
            </w:r>
            <w:r w:rsidRPr="00F61A70">
              <w:rPr>
                <w:b/>
                <w:bCs/>
                <w:sz w:val="16"/>
                <w:lang w:val="fr-FR"/>
              </w:rPr>
              <w:t xml:space="preserve">☐ A.1 · clădiri civile </w:t>
            </w:r>
            <w:r w:rsidRPr="005B29C5">
              <w:rPr>
                <w:sz w:val="16"/>
                <w:lang w:val="fr-FR"/>
              </w:rPr>
              <w:t>— construcții de locuințe:     ☐ individuale     ☐ semicolective     ☐ colective</w:t>
            </w:r>
          </w:p>
        </w:tc>
      </w:tr>
      <w:tr w:rsidR="003C7CA3" w:rsidRPr="00F61A70">
        <w:trPr>
          <w:cantSplit/>
        </w:trPr>
        <w:tc>
          <w:tcPr>
            <w:tcW w:w="9636" w:type="dxa"/>
          </w:tcPr>
          <w:p w:rsidR="003C7CA3" w:rsidRPr="005B29C5" w:rsidRDefault="003454F7">
            <w:pPr>
              <w:keepNext/>
              <w:rPr>
                <w:lang w:val="fr-FR"/>
              </w:rPr>
            </w:pPr>
            <w:r w:rsidRPr="005B29C5">
              <w:rPr>
                <w:sz w:val="16"/>
                <w:lang w:val="fr-FR"/>
              </w:rPr>
              <w:t xml:space="preserve"> ☐ construcții pentru instituții publice și servicii:     ☐ pentru sănătate     ☐ pentru asistență socială     ☐ pentru învățământ     ☐ pentru cultură     ☐ pentru turism     ☐ pentru culte     ☐ pentru administrație și finanțe     ☐ pentru comerț     ☐ pentru servicii     ☐ pentru sport     ☐ pentru recreere</w:t>
            </w:r>
          </w:p>
        </w:tc>
      </w:tr>
      <w:tr w:rsidR="003C7CA3" w:rsidRPr="00F61A70">
        <w:trPr>
          <w:cantSplit/>
        </w:trPr>
        <w:tc>
          <w:tcPr>
            <w:tcW w:w="9636" w:type="dxa"/>
          </w:tcPr>
          <w:p w:rsidR="003C7CA3" w:rsidRPr="005B29C5" w:rsidRDefault="003454F7">
            <w:pPr>
              <w:keepNext/>
              <w:rPr>
                <w:lang w:val="fr-FR"/>
              </w:rPr>
            </w:pPr>
            <w:r w:rsidRPr="005B29C5">
              <w:rPr>
                <w:sz w:val="16"/>
                <w:lang w:val="fr-FR"/>
              </w:rPr>
              <w:t xml:space="preserve"> </w:t>
            </w:r>
            <w:r w:rsidRPr="00F61A70">
              <w:rPr>
                <w:b/>
                <w:bCs/>
                <w:sz w:val="16"/>
                <w:lang w:val="fr-FR"/>
              </w:rPr>
              <w:t>☐ A.2 · clădiri industriale</w:t>
            </w:r>
            <w:r w:rsidRPr="005B29C5">
              <w:rPr>
                <w:sz w:val="16"/>
                <w:lang w:val="fr-FR"/>
              </w:rPr>
              <w:t>:     ☐ pentru producție     ☐ pentru depozitare</w:t>
            </w:r>
          </w:p>
        </w:tc>
      </w:tr>
      <w:tr w:rsidR="003C7CA3" w:rsidRPr="00F61A70">
        <w:trPr>
          <w:cantSplit/>
        </w:trPr>
        <w:tc>
          <w:tcPr>
            <w:tcW w:w="9636" w:type="dxa"/>
          </w:tcPr>
          <w:p w:rsidR="00F61A70" w:rsidRDefault="003454F7">
            <w:pPr>
              <w:keepNext/>
              <w:rPr>
                <w:sz w:val="16"/>
                <w:lang w:val="fr-FR"/>
              </w:rPr>
            </w:pPr>
            <w:r w:rsidRPr="005B29C5">
              <w:rPr>
                <w:sz w:val="16"/>
                <w:lang w:val="fr-FR"/>
              </w:rPr>
              <w:t xml:space="preserve"> </w:t>
            </w:r>
            <w:r w:rsidRPr="00F61A70">
              <w:rPr>
                <w:b/>
                <w:bCs/>
                <w:sz w:val="16"/>
                <w:lang w:val="fr-FR"/>
              </w:rPr>
              <w:t>☐ A.3 · clădiri agricole</w:t>
            </w:r>
            <w:r w:rsidR="00F61A70">
              <w:rPr>
                <w:b/>
                <w:bCs/>
                <w:sz w:val="16"/>
                <w:lang w:val="fr-FR"/>
              </w:rPr>
              <w:t> :</w:t>
            </w:r>
            <w:r w:rsidRPr="005B29C5">
              <w:rPr>
                <w:sz w:val="16"/>
                <w:lang w:val="fr-FR"/>
              </w:rPr>
              <w:t xml:space="preserve">     </w:t>
            </w:r>
            <w:r w:rsidR="00F61A70">
              <w:rPr>
                <w:sz w:val="16"/>
                <w:lang w:val="fr-FR"/>
              </w:rPr>
              <w:t xml:space="preserve">   </w:t>
            </w:r>
            <w:r w:rsidR="00F61A70" w:rsidRPr="005B29C5">
              <w:rPr>
                <w:rFonts w:ascii="Segoe UI Symbol" w:hAnsi="Segoe UI Symbol" w:cs="Segoe UI Symbol"/>
                <w:sz w:val="16"/>
                <w:lang w:val="fr-FR"/>
              </w:rPr>
              <w:t>☐</w:t>
            </w:r>
            <w:r w:rsidR="00F61A70" w:rsidRPr="005B29C5">
              <w:rPr>
                <w:sz w:val="16"/>
                <w:lang w:val="fr-FR"/>
              </w:rPr>
              <w:t xml:space="preserve"> pentru producție     </w:t>
            </w:r>
            <w:r w:rsidR="00F61A70" w:rsidRPr="005B29C5">
              <w:rPr>
                <w:rFonts w:ascii="Segoe UI Symbol" w:hAnsi="Segoe UI Symbol" w:cs="Segoe UI Symbol"/>
                <w:sz w:val="16"/>
                <w:lang w:val="fr-FR"/>
              </w:rPr>
              <w:t>☐</w:t>
            </w:r>
            <w:r w:rsidR="00F61A70" w:rsidRPr="005B29C5">
              <w:rPr>
                <w:sz w:val="16"/>
                <w:lang w:val="fr-FR"/>
              </w:rPr>
              <w:t xml:space="preserve"> pentru depozitare</w:t>
            </w:r>
          </w:p>
          <w:p w:rsidR="003C7CA3" w:rsidRPr="00F61A70" w:rsidRDefault="00F61A70">
            <w:pPr>
              <w:keepNext/>
              <w:rPr>
                <w:b/>
                <w:bCs/>
                <w:lang w:val="fr-FR"/>
              </w:rPr>
            </w:pPr>
            <w:r>
              <w:rPr>
                <w:b/>
                <w:bCs/>
                <w:sz w:val="16"/>
                <w:lang w:val="fr-FR"/>
              </w:rPr>
              <w:t xml:space="preserve"> </w:t>
            </w:r>
            <w:r w:rsidRPr="00F61A70">
              <w:rPr>
                <w:b/>
                <w:bCs/>
                <w:sz w:val="16"/>
                <w:lang w:val="fr-FR"/>
              </w:rPr>
              <w:t>☐ A.4 · clădiri / construcții cu caracter special</w:t>
            </w:r>
          </w:p>
        </w:tc>
      </w:tr>
      <w:tr w:rsidR="003C7CA3" w:rsidRPr="00F61A70">
        <w:trPr>
          <w:cantSplit/>
        </w:trPr>
        <w:tc>
          <w:tcPr>
            <w:tcW w:w="9636" w:type="dxa"/>
            <w:shd w:val="clear" w:color="auto" w:fill="F4F4F4"/>
          </w:tcPr>
          <w:p w:rsidR="003C7CA3" w:rsidRPr="00F61A70" w:rsidRDefault="003454F7">
            <w:pPr>
              <w:keepNext/>
              <w:rPr>
                <w:b/>
                <w:bCs/>
                <w:sz w:val="16"/>
                <w:lang w:val="fr-FR"/>
              </w:rPr>
            </w:pPr>
            <w:r w:rsidRPr="00F61A70">
              <w:rPr>
                <w:b/>
                <w:bCs/>
                <w:sz w:val="16"/>
                <w:lang w:val="fr-FR"/>
              </w:rPr>
              <w:t xml:space="preserve"> B · Lucrări de intervenții asupra construcțiilor existente</w:t>
            </w:r>
            <w:r w:rsidR="00F61A70" w:rsidRPr="00F61A70">
              <w:rPr>
                <w:b/>
                <w:bCs/>
                <w:sz w:val="16"/>
                <w:lang w:val="fr-FR"/>
              </w:rPr>
              <w:t> :</w:t>
            </w:r>
          </w:p>
          <w:p w:rsidR="00F61A70" w:rsidRDefault="00F61A70">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reparații capitale     </w:t>
            </w:r>
            <w:r w:rsidRPr="005B29C5">
              <w:rPr>
                <w:rFonts w:ascii="Segoe UI Symbol" w:hAnsi="Segoe UI Symbol" w:cs="Segoe UI Symbol"/>
                <w:sz w:val="16"/>
                <w:lang w:val="fr-FR"/>
              </w:rPr>
              <w:t>☐</w:t>
            </w:r>
            <w:r w:rsidRPr="005B29C5">
              <w:rPr>
                <w:sz w:val="16"/>
                <w:lang w:val="fr-FR"/>
              </w:rPr>
              <w:t xml:space="preserve"> interven</w:t>
            </w:r>
            <w:r w:rsidRPr="005B29C5">
              <w:rPr>
                <w:rFonts w:cs="Times New Roman"/>
                <w:sz w:val="16"/>
                <w:lang w:val="fr-FR"/>
              </w:rPr>
              <w:t>ț</w:t>
            </w:r>
            <w:r w:rsidRPr="005B29C5">
              <w:rPr>
                <w:sz w:val="16"/>
                <w:lang w:val="fr-FR"/>
              </w:rPr>
              <w:t xml:space="preserve">ie </w:t>
            </w:r>
            <w:r w:rsidRPr="005B29C5">
              <w:rPr>
                <w:rFonts w:cs="Times New Roman"/>
                <w:sz w:val="16"/>
                <w:lang w:val="fr-FR"/>
              </w:rPr>
              <w:t>î</w:t>
            </w:r>
            <w:r w:rsidRPr="005B29C5">
              <w:rPr>
                <w:sz w:val="16"/>
                <w:lang w:val="fr-FR"/>
              </w:rPr>
              <w:t>n prim</w:t>
            </w:r>
            <w:r w:rsidRPr="005B29C5">
              <w:rPr>
                <w:rFonts w:cs="Times New Roman"/>
                <w:sz w:val="16"/>
                <w:lang w:val="fr-FR"/>
              </w:rPr>
              <w:t>ă</w:t>
            </w:r>
            <w:r w:rsidRPr="005B29C5">
              <w:rPr>
                <w:sz w:val="16"/>
                <w:lang w:val="fr-FR"/>
              </w:rPr>
              <w:t xml:space="preserve"> urgen</w:t>
            </w:r>
            <w:r w:rsidRPr="005B29C5">
              <w:rPr>
                <w:rFonts w:cs="Times New Roman"/>
                <w:sz w:val="16"/>
                <w:lang w:val="fr-FR"/>
              </w:rPr>
              <w:t>ță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extindere a amprentei la sol </w:t>
            </w:r>
            <w:r w:rsidRPr="005B29C5">
              <w:rPr>
                <w:rFonts w:cs="Times New Roman"/>
                <w:sz w:val="16"/>
                <w:lang w:val="fr-FR"/>
              </w:rPr>
              <w:t>ș</w:t>
            </w:r>
            <w:r w:rsidRPr="005B29C5">
              <w:rPr>
                <w:sz w:val="16"/>
                <w:lang w:val="fr-FR"/>
              </w:rPr>
              <w:t xml:space="preserve">i a volumului     </w:t>
            </w:r>
            <w:r w:rsidRPr="005B29C5">
              <w:rPr>
                <w:rFonts w:ascii="Segoe UI Symbol" w:hAnsi="Segoe UI Symbol" w:cs="Segoe UI Symbol"/>
                <w:sz w:val="16"/>
                <w:lang w:val="fr-FR"/>
              </w:rPr>
              <w:t>☐</w:t>
            </w:r>
            <w:r w:rsidRPr="005B29C5">
              <w:rPr>
                <w:sz w:val="16"/>
                <w:lang w:val="fr-FR"/>
              </w:rPr>
              <w:t xml:space="preserve"> supraetajare     </w:t>
            </w:r>
          </w:p>
          <w:p w:rsidR="00F61A70" w:rsidRDefault="00F61A70">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refunc</w:t>
            </w:r>
            <w:r w:rsidRPr="005B29C5">
              <w:rPr>
                <w:rFonts w:cs="Times New Roman"/>
                <w:sz w:val="16"/>
                <w:lang w:val="fr-FR"/>
              </w:rPr>
              <w:t>ț</w:t>
            </w:r>
            <w:r w:rsidRPr="005B29C5">
              <w:rPr>
                <w:sz w:val="16"/>
                <w:lang w:val="fr-FR"/>
              </w:rPr>
              <w:t>ionalizare / schimbare de destina</w:t>
            </w:r>
            <w:r w:rsidRPr="005B29C5">
              <w:rPr>
                <w:rFonts w:cs="Times New Roman"/>
                <w:sz w:val="16"/>
                <w:lang w:val="fr-FR"/>
              </w:rPr>
              <w:t>ț</w:t>
            </w:r>
            <w:r w:rsidRPr="005B29C5">
              <w:rPr>
                <w:sz w:val="16"/>
                <w:lang w:val="fr-FR"/>
              </w:rPr>
              <w:t xml:space="preserve">ie     </w:t>
            </w:r>
            <w:r w:rsidRPr="005B29C5">
              <w:rPr>
                <w:rFonts w:ascii="Segoe UI Symbol" w:hAnsi="Segoe UI Symbol" w:cs="Segoe UI Symbol"/>
                <w:sz w:val="16"/>
                <w:lang w:val="fr-FR"/>
              </w:rPr>
              <w:t>☐</w:t>
            </w:r>
            <w:r w:rsidRPr="005B29C5">
              <w:rPr>
                <w:sz w:val="16"/>
                <w:lang w:val="fr-FR"/>
              </w:rPr>
              <w:t xml:space="preserve"> consolidare     </w:t>
            </w:r>
            <w:r w:rsidRPr="005B29C5">
              <w:rPr>
                <w:rFonts w:ascii="Segoe UI Symbol" w:hAnsi="Segoe UI Symbol" w:cs="Segoe UI Symbol"/>
                <w:sz w:val="16"/>
                <w:lang w:val="fr-FR"/>
              </w:rPr>
              <w:t>☐</w:t>
            </w:r>
            <w:r w:rsidRPr="005B29C5">
              <w:rPr>
                <w:sz w:val="16"/>
                <w:lang w:val="fr-FR"/>
              </w:rPr>
              <w:t xml:space="preserve"> modernizare, reabilitare     </w:t>
            </w:r>
            <w:r w:rsidRPr="005B29C5">
              <w:rPr>
                <w:rFonts w:ascii="Segoe UI Symbol" w:hAnsi="Segoe UI Symbol" w:cs="Segoe UI Symbol"/>
                <w:sz w:val="16"/>
                <w:lang w:val="fr-FR"/>
              </w:rPr>
              <w:t>☐</w:t>
            </w:r>
            <w:r w:rsidRPr="005B29C5">
              <w:rPr>
                <w:sz w:val="16"/>
                <w:lang w:val="fr-FR"/>
              </w:rPr>
              <w:t xml:space="preserve"> str</w:t>
            </w:r>
            <w:r w:rsidRPr="005B29C5">
              <w:rPr>
                <w:rFonts w:cs="Times New Roman"/>
                <w:sz w:val="16"/>
                <w:lang w:val="fr-FR"/>
              </w:rPr>
              <w:t>ă</w:t>
            </w:r>
            <w:r w:rsidRPr="005B29C5">
              <w:rPr>
                <w:sz w:val="16"/>
                <w:lang w:val="fr-FR"/>
              </w:rPr>
              <w:t xml:space="preserve">mutare     </w:t>
            </w:r>
            <w:r w:rsidRPr="005B29C5">
              <w:rPr>
                <w:rFonts w:ascii="Segoe UI Symbol" w:hAnsi="Segoe UI Symbol" w:cs="Segoe UI Symbol"/>
                <w:sz w:val="16"/>
                <w:lang w:val="fr-FR"/>
              </w:rPr>
              <w:t>☐</w:t>
            </w:r>
            <w:r w:rsidRPr="005B29C5">
              <w:rPr>
                <w:sz w:val="16"/>
                <w:lang w:val="fr-FR"/>
              </w:rPr>
              <w:t xml:space="preserve"> reconstruire    </w:t>
            </w:r>
          </w:p>
          <w:p w:rsidR="00F61A70" w:rsidRDefault="00F61A70">
            <w:pPr>
              <w:keepNext/>
              <w:rPr>
                <w:sz w:val="16"/>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w:t>
            </w:r>
            <w:r w:rsidRPr="005B29C5">
              <w:rPr>
                <w:rFonts w:cs="Times New Roman"/>
                <w:sz w:val="16"/>
                <w:lang w:val="fr-FR"/>
              </w:rPr>
              <w:t>ș</w:t>
            </w:r>
            <w:r w:rsidRPr="005B29C5">
              <w:rPr>
                <w:sz w:val="16"/>
                <w:lang w:val="fr-FR"/>
              </w:rPr>
              <w:t xml:space="preserve">i restaurare     </w:t>
            </w:r>
            <w:r w:rsidRPr="005B29C5">
              <w:rPr>
                <w:rFonts w:ascii="Segoe UI Symbol" w:hAnsi="Segoe UI Symbol" w:cs="Segoe UI Symbol"/>
                <w:sz w:val="16"/>
                <w:lang w:val="fr-FR"/>
              </w:rPr>
              <w:t>☐</w:t>
            </w:r>
            <w:r w:rsidRPr="005B29C5">
              <w:rPr>
                <w:sz w:val="16"/>
                <w:lang w:val="fr-FR"/>
              </w:rPr>
              <w:t xml:space="preserve"> remodelare exterioar</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mansardare     </w:t>
            </w:r>
            <w:r w:rsidRPr="005B29C5">
              <w:rPr>
                <w:rFonts w:ascii="Segoe UI Symbol" w:hAnsi="Segoe UI Symbol" w:cs="Segoe UI Symbol"/>
                <w:sz w:val="16"/>
                <w:lang w:val="fr-FR"/>
              </w:rPr>
              <w:t>☐</w:t>
            </w:r>
            <w:r w:rsidRPr="005B29C5">
              <w:rPr>
                <w:sz w:val="16"/>
                <w:lang w:val="fr-FR"/>
              </w:rPr>
              <w:t xml:space="preserve"> remodelare interioar</w:t>
            </w:r>
            <w:r w:rsidRPr="005B29C5">
              <w:rPr>
                <w:rFonts w:cs="Times New Roman"/>
                <w:sz w:val="16"/>
                <w:lang w:val="fr-FR"/>
              </w:rPr>
              <w:t>ă</w:t>
            </w:r>
            <w:r w:rsidRPr="005B29C5">
              <w:rPr>
                <w:sz w:val="16"/>
                <w:lang w:val="fr-FR"/>
              </w:rPr>
              <w:t xml:space="preserve">    </w:t>
            </w:r>
          </w:p>
          <w:p w:rsidR="00F61A70" w:rsidRPr="005B29C5" w:rsidRDefault="00F61A70">
            <w:pPr>
              <w:keepNext/>
              <w:rPr>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par</w:t>
            </w:r>
            <w:r w:rsidRPr="005B29C5">
              <w:rPr>
                <w:rFonts w:cs="Times New Roman"/>
                <w:sz w:val="16"/>
                <w:lang w:val="fr-FR"/>
              </w:rPr>
              <w:t>ț</w:t>
            </w:r>
            <w:r w:rsidRPr="005B29C5">
              <w:rPr>
                <w:sz w:val="16"/>
                <w:lang w:val="fr-FR"/>
              </w:rPr>
              <w:t>ial</w:t>
            </w:r>
            <w:r w:rsidRPr="005B29C5">
              <w:rPr>
                <w:rFonts w:cs="Times New Roman"/>
                <w:sz w:val="16"/>
                <w:lang w:val="fr-FR"/>
              </w:rPr>
              <w:t>ă</w:t>
            </w:r>
            <w:r w:rsidRPr="005B29C5">
              <w:rPr>
                <w:sz w:val="16"/>
                <w:lang w:val="fr-FR"/>
              </w:rPr>
              <w:t xml:space="preserve"> sau total</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total</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la </w:t>
            </w:r>
            <w:r w:rsidRPr="005B29C5">
              <w:rPr>
                <w:rFonts w:cs="Times New Roman"/>
                <w:sz w:val="16"/>
                <w:lang w:val="fr-FR"/>
              </w:rPr>
              <w:t>î</w:t>
            </w:r>
            <w:r w:rsidRPr="005B29C5">
              <w:rPr>
                <w:sz w:val="16"/>
                <w:lang w:val="fr-FR"/>
              </w:rPr>
              <w:t>ntreruperea temporar</w:t>
            </w:r>
            <w:r w:rsidRPr="005B29C5">
              <w:rPr>
                <w:rFonts w:cs="Times New Roman"/>
                <w:sz w:val="16"/>
                <w:lang w:val="fr-FR"/>
              </w:rPr>
              <w:t>ă</w:t>
            </w:r>
            <w:r w:rsidRPr="005B29C5">
              <w:rPr>
                <w:sz w:val="16"/>
                <w:lang w:val="fr-FR"/>
              </w:rPr>
              <w:t xml:space="preserve"> a execu</w:t>
            </w:r>
            <w:r w:rsidRPr="005B29C5">
              <w:rPr>
                <w:rFonts w:cs="Times New Roman"/>
                <w:sz w:val="16"/>
                <w:lang w:val="fr-FR"/>
              </w:rPr>
              <w:t>ț</w:t>
            </w:r>
            <w:r w:rsidRPr="005B29C5">
              <w:rPr>
                <w:sz w:val="16"/>
                <w:lang w:val="fr-FR"/>
              </w:rPr>
              <w:t>iei</w:t>
            </w:r>
          </w:p>
        </w:tc>
      </w:tr>
      <w:tr w:rsidR="003C7CA3" w:rsidRPr="00F61A70">
        <w:trPr>
          <w:cantSplit/>
        </w:trPr>
        <w:tc>
          <w:tcPr>
            <w:tcW w:w="9636" w:type="dxa"/>
          </w:tcPr>
          <w:p w:rsidR="003C7CA3" w:rsidRPr="00F61A70" w:rsidRDefault="003454F7">
            <w:pPr>
              <w:keepNext/>
              <w:rPr>
                <w:b/>
                <w:bCs/>
                <w:lang w:val="fr-FR"/>
              </w:rPr>
            </w:pPr>
            <w:r w:rsidRPr="00F61A70">
              <w:rPr>
                <w:b/>
                <w:bCs/>
                <w:sz w:val="16"/>
                <w:lang w:val="fr-FR"/>
              </w:rPr>
              <w:t>☐ B.1 · realizate la alte construcții decât cele de la B.2 și B.3:</w:t>
            </w:r>
          </w:p>
        </w:tc>
      </w:tr>
      <w:tr w:rsidR="003C7CA3">
        <w:trPr>
          <w:cantSplit/>
        </w:trPr>
        <w:tc>
          <w:tcPr>
            <w:tcW w:w="9636" w:type="dxa"/>
          </w:tcPr>
          <w:p w:rsidR="003C7CA3" w:rsidRPr="00F61A70" w:rsidRDefault="003454F7">
            <w:pPr>
              <w:keepNext/>
              <w:rPr>
                <w:b/>
                <w:bCs/>
              </w:rPr>
            </w:pPr>
            <w:r w:rsidRPr="00F61A70">
              <w:rPr>
                <w:b/>
                <w:bCs/>
                <w:sz w:val="16"/>
              </w:rPr>
              <w:t>☐ B.2 · realizate la:</w:t>
            </w:r>
          </w:p>
        </w:tc>
      </w:tr>
      <w:tr w:rsidR="003C7CA3" w:rsidRPr="00F61A70">
        <w:trPr>
          <w:cantSplit/>
        </w:trPr>
        <w:tc>
          <w:tcPr>
            <w:tcW w:w="9636" w:type="dxa"/>
          </w:tcPr>
          <w:p w:rsidR="003C7CA3" w:rsidRDefault="003454F7">
            <w:pPr>
              <w:keepNext/>
            </w:pPr>
            <w:r>
              <w:rPr>
                <w:sz w:val="16"/>
              </w:rPr>
              <w:t>☐ construcții monument istoric (Legea nr. 422/2001), inclusiv anexele din același imobil</w:t>
            </w:r>
          </w:p>
          <w:p w:rsidR="003C7CA3" w:rsidRPr="005B29C5" w:rsidRDefault="003454F7">
            <w:pPr>
              <w:keepNext/>
              <w:rPr>
                <w:lang w:val="fr-FR"/>
              </w:rPr>
            </w:pPr>
            <w:r w:rsidRPr="005B29C5">
              <w:rPr>
                <w:sz w:val="16"/>
                <w:lang w:val="fr-FR"/>
              </w:rPr>
              <w:t>☐ construcții în zona de protecție a monumentelor istorice</w:t>
            </w:r>
          </w:p>
          <w:p w:rsidR="003C7CA3" w:rsidRPr="005B29C5" w:rsidRDefault="003454F7">
            <w:pPr>
              <w:keepNext/>
              <w:rPr>
                <w:lang w:val="fr-FR"/>
              </w:rPr>
            </w:pPr>
            <w:r w:rsidRPr="005B29C5">
              <w:rPr>
                <w:sz w:val="16"/>
                <w:lang w:val="fr-FR"/>
              </w:rPr>
              <w:t>☐ construcții în zone construite protejate</w:t>
            </w:r>
          </w:p>
          <w:p w:rsidR="003C7CA3" w:rsidRPr="005B29C5" w:rsidRDefault="003454F7">
            <w:pPr>
              <w:keepNext/>
              <w:rPr>
                <w:lang w:val="fr-FR"/>
              </w:rPr>
            </w:pPr>
            <w:r w:rsidRPr="005B29C5">
              <w:rPr>
                <w:sz w:val="16"/>
                <w:lang w:val="fr-FR"/>
              </w:rPr>
              <w:t>☐ construcții cu valoare arhitecturală sau istorică deosebită, stabilite prin documentații de urbanism aprobate</w:t>
            </w:r>
          </w:p>
        </w:tc>
      </w:tr>
      <w:tr w:rsidR="003C7CA3" w:rsidRPr="00F61A70">
        <w:trPr>
          <w:cantSplit/>
        </w:trPr>
        <w:tc>
          <w:tcPr>
            <w:tcW w:w="9636" w:type="dxa"/>
          </w:tcPr>
          <w:p w:rsidR="003C7CA3" w:rsidRPr="00F61A70" w:rsidRDefault="003454F7">
            <w:pPr>
              <w:keepNext/>
              <w:rPr>
                <w:b/>
                <w:bCs/>
                <w:lang w:val="fr-FR"/>
              </w:rPr>
            </w:pPr>
            <w:r w:rsidRPr="00F61A70">
              <w:rPr>
                <w:b/>
                <w:bCs/>
                <w:sz w:val="16"/>
                <w:lang w:val="fr-FR"/>
              </w:rPr>
              <w:t>☐ B.3 · realizate la clădiri / construcții cu caracter special, care</w:t>
            </w:r>
            <w:r w:rsidR="00F61A70" w:rsidRPr="00F61A70">
              <w:rPr>
                <w:b/>
                <w:bCs/>
                <w:sz w:val="16"/>
                <w:lang w:val="fr-FR"/>
              </w:rPr>
              <w:t> :</w:t>
            </w:r>
          </w:p>
          <w:p w:rsidR="003C7CA3" w:rsidRPr="005B29C5" w:rsidRDefault="003454F7">
            <w:pPr>
              <w:keepNext/>
              <w:rPr>
                <w:lang w:val="fr-FR"/>
              </w:rPr>
            </w:pPr>
            <w:r w:rsidRPr="005B29C5">
              <w:rPr>
                <w:sz w:val="16"/>
                <w:lang w:val="fr-FR"/>
              </w:rPr>
              <w:t>☐ nu se încadrează</w:t>
            </w:r>
            <w:r w:rsidR="00F61A70">
              <w:rPr>
                <w:sz w:val="16"/>
                <w:lang w:val="fr-FR"/>
              </w:rPr>
              <w:t xml:space="preserve"> </w:t>
            </w:r>
            <w:r w:rsidR="00F61A70" w:rsidRPr="005B29C5">
              <w:rPr>
                <w:sz w:val="16"/>
                <w:lang w:val="fr-FR"/>
              </w:rPr>
              <w:t>în categoriile de la B.2</w:t>
            </w:r>
          </w:p>
          <w:p w:rsidR="003C7CA3" w:rsidRPr="005B29C5" w:rsidRDefault="003454F7">
            <w:pPr>
              <w:keepNext/>
              <w:rPr>
                <w:lang w:val="fr-FR"/>
              </w:rPr>
            </w:pPr>
            <w:r w:rsidRPr="005B29C5">
              <w:rPr>
                <w:sz w:val="16"/>
                <w:lang w:val="fr-FR"/>
              </w:rPr>
              <w:t>☐ se încadrează în categoriile de la B.2</w:t>
            </w:r>
          </w:p>
        </w:tc>
      </w:tr>
      <w:tr w:rsidR="003C7CA3">
        <w:trPr>
          <w:cantSplit/>
        </w:trPr>
        <w:tc>
          <w:tcPr>
            <w:tcW w:w="9636" w:type="dxa"/>
            <w:shd w:val="clear" w:color="auto" w:fill="F4F4F4"/>
          </w:tcPr>
          <w:p w:rsidR="003C7CA3" w:rsidRPr="00F61A70" w:rsidRDefault="003454F7">
            <w:pPr>
              <w:keepNext/>
              <w:rPr>
                <w:b/>
                <w:bCs/>
              </w:rPr>
            </w:pPr>
            <w:r w:rsidRPr="00F61A70">
              <w:rPr>
                <w:b/>
                <w:bCs/>
                <w:sz w:val="16"/>
                <w:lang w:val="fr-FR"/>
              </w:rPr>
              <w:t xml:space="preserve"> </w:t>
            </w:r>
            <w:r w:rsidRPr="00F61A70">
              <w:rPr>
                <w:b/>
                <w:bCs/>
                <w:sz w:val="16"/>
              </w:rPr>
              <w:t>C · Amenajări</w:t>
            </w:r>
          </w:p>
        </w:tc>
      </w:tr>
      <w:tr w:rsidR="003C7CA3" w:rsidRPr="00F61A70">
        <w:trPr>
          <w:cantSplit/>
        </w:trPr>
        <w:tc>
          <w:tcPr>
            <w:tcW w:w="9636" w:type="dxa"/>
          </w:tcPr>
          <w:p w:rsidR="003C7CA3" w:rsidRDefault="003454F7">
            <w:pPr>
              <w:keepNext/>
            </w:pPr>
            <w:r>
              <w:rPr>
                <w:sz w:val="16"/>
              </w:rPr>
              <w:t>☐ C.1 · amenajări civile</w:t>
            </w:r>
          </w:p>
          <w:p w:rsidR="003C7CA3" w:rsidRDefault="003454F7">
            <w:pPr>
              <w:keepNext/>
            </w:pPr>
            <w:r>
              <w:rPr>
                <w:sz w:val="16"/>
              </w:rPr>
              <w:t>☐ C.2 · amenajări și îmbunătățiri funciare</w:t>
            </w:r>
          </w:p>
          <w:p w:rsidR="003C7CA3" w:rsidRDefault="003454F7">
            <w:pPr>
              <w:keepNext/>
            </w:pPr>
            <w:r>
              <w:rPr>
                <w:sz w:val="16"/>
              </w:rPr>
              <w:t>☐ C.3 · construcții provizorii / cu caracter temporar</w:t>
            </w:r>
          </w:p>
          <w:p w:rsidR="003C7CA3" w:rsidRDefault="003454F7">
            <w:pPr>
              <w:keepNext/>
            </w:pPr>
            <w:r>
              <w:rPr>
                <w:sz w:val="16"/>
              </w:rPr>
              <w:t>☐ C.4 · cercetarea / prospectarea terenurilor, foraje, excavări, studii topografice, geologice, geotehnice, geofizice, hidrologice</w:t>
            </w:r>
          </w:p>
          <w:p w:rsidR="003C7CA3" w:rsidRDefault="003454F7">
            <w:pPr>
              <w:keepNext/>
            </w:pPr>
            <w:r>
              <w:rPr>
                <w:sz w:val="16"/>
              </w:rPr>
              <w:t>☐ C.5 · cercetări pentru zăcăminte naturale</w:t>
            </w:r>
          </w:p>
          <w:p w:rsidR="003C7CA3" w:rsidRPr="005B29C5" w:rsidRDefault="003454F7">
            <w:pPr>
              <w:keepNext/>
              <w:rPr>
                <w:lang w:val="fr-FR"/>
              </w:rPr>
            </w:pPr>
            <w:r w:rsidRPr="005B29C5">
              <w:rPr>
                <w:sz w:val="16"/>
                <w:lang w:val="fr-FR"/>
              </w:rPr>
              <w:t>☐ C.6 · spații verzi, plantate</w:t>
            </w:r>
          </w:p>
          <w:p w:rsidR="003C7CA3" w:rsidRPr="005B29C5" w:rsidRDefault="003454F7">
            <w:pPr>
              <w:keepNext/>
              <w:rPr>
                <w:lang w:val="fr-FR"/>
              </w:rPr>
            </w:pPr>
            <w:r w:rsidRPr="005B29C5">
              <w:rPr>
                <w:sz w:val="16"/>
                <w:lang w:val="fr-FR"/>
              </w:rPr>
              <w:t>☐ C.7 · spații publice</w:t>
            </w:r>
          </w:p>
          <w:p w:rsidR="003C7CA3" w:rsidRPr="005B29C5" w:rsidRDefault="003454F7">
            <w:pPr>
              <w:keepNext/>
              <w:rPr>
                <w:lang w:val="fr-FR"/>
              </w:rPr>
            </w:pPr>
            <w:r w:rsidRPr="005B29C5">
              <w:rPr>
                <w:sz w:val="16"/>
                <w:lang w:val="fr-FR"/>
              </w:rPr>
              <w:t>☐ C.8 · organizare de șantier</w:t>
            </w:r>
          </w:p>
        </w:tc>
      </w:tr>
      <w:tr w:rsidR="003C7CA3" w:rsidRPr="00F61A70">
        <w:trPr>
          <w:cantSplit/>
        </w:trPr>
        <w:tc>
          <w:tcPr>
            <w:tcW w:w="9636" w:type="dxa"/>
            <w:shd w:val="clear" w:color="auto" w:fill="F4F4F4"/>
          </w:tcPr>
          <w:p w:rsidR="003C7CA3" w:rsidRPr="00F61A70" w:rsidRDefault="003454F7">
            <w:pPr>
              <w:keepNext/>
              <w:rPr>
                <w:b/>
                <w:bCs/>
                <w:lang w:val="fr-FR"/>
              </w:rPr>
            </w:pPr>
            <w:r w:rsidRPr="00F61A70">
              <w:rPr>
                <w:b/>
                <w:bCs/>
                <w:sz w:val="16"/>
                <w:lang w:val="fr-FR"/>
              </w:rPr>
              <w:t xml:space="preserve"> D · Lucrări inginerești, inclusiv intervenții la astfel de construcții</w:t>
            </w:r>
          </w:p>
        </w:tc>
      </w:tr>
      <w:tr w:rsidR="003C7CA3">
        <w:trPr>
          <w:cantSplit/>
        </w:trPr>
        <w:tc>
          <w:tcPr>
            <w:tcW w:w="9636" w:type="dxa"/>
          </w:tcPr>
          <w:p w:rsidR="003C7CA3" w:rsidRPr="005B29C5" w:rsidRDefault="003454F7">
            <w:pPr>
              <w:rPr>
                <w:lang w:val="fr-FR"/>
              </w:rPr>
            </w:pPr>
            <w:r w:rsidRPr="005B29C5">
              <w:rPr>
                <w:sz w:val="16"/>
                <w:lang w:val="fr-FR"/>
              </w:rPr>
              <w:t>☐ D.1 · infrastructura de transport, alta decât cea de interes național</w:t>
            </w:r>
          </w:p>
          <w:p w:rsidR="003C7CA3" w:rsidRPr="005B29C5" w:rsidRDefault="003454F7">
            <w:pPr>
              <w:rPr>
                <w:lang w:val="fr-FR"/>
              </w:rPr>
            </w:pPr>
            <w:r w:rsidRPr="005B29C5">
              <w:rPr>
                <w:sz w:val="16"/>
                <w:lang w:val="fr-FR"/>
              </w:rPr>
              <w:t>☐ D.2 · infrastructură în domeniul energiei</w:t>
            </w:r>
          </w:p>
          <w:p w:rsidR="003C7CA3" w:rsidRPr="005B29C5" w:rsidRDefault="003454F7">
            <w:pPr>
              <w:rPr>
                <w:lang w:val="fr-FR"/>
              </w:rPr>
            </w:pPr>
            <w:r w:rsidRPr="005B29C5">
              <w:rPr>
                <w:sz w:val="16"/>
                <w:lang w:val="fr-FR"/>
              </w:rPr>
              <w:t>☐ D.3 · rețele de comunicații electronice și infrastructurile fizice aferente</w:t>
            </w:r>
          </w:p>
          <w:p w:rsidR="003C7CA3" w:rsidRPr="005B29C5" w:rsidRDefault="003454F7">
            <w:pPr>
              <w:rPr>
                <w:lang w:val="fr-FR"/>
              </w:rPr>
            </w:pPr>
            <w:r w:rsidRPr="005B29C5">
              <w:rPr>
                <w:sz w:val="16"/>
                <w:lang w:val="fr-FR"/>
              </w:rPr>
              <w:t>☐ D.4 · gospodărirea apelor</w:t>
            </w:r>
          </w:p>
          <w:p w:rsidR="003C7CA3" w:rsidRPr="005B29C5" w:rsidRDefault="003454F7">
            <w:pPr>
              <w:rPr>
                <w:lang w:val="fr-FR"/>
              </w:rPr>
            </w:pPr>
            <w:r w:rsidRPr="005B29C5">
              <w:rPr>
                <w:sz w:val="16"/>
                <w:lang w:val="fr-FR"/>
              </w:rPr>
              <w:t>☐ D.5 · hidrotehnice</w:t>
            </w:r>
          </w:p>
          <w:p w:rsidR="003C7CA3" w:rsidRPr="005B29C5" w:rsidRDefault="003454F7">
            <w:pPr>
              <w:rPr>
                <w:lang w:val="fr-FR"/>
              </w:rPr>
            </w:pPr>
            <w:r w:rsidRPr="005B29C5">
              <w:rPr>
                <w:sz w:val="16"/>
                <w:lang w:val="fr-FR"/>
              </w:rPr>
              <w:t>☐ D.6 · miniere</w:t>
            </w:r>
          </w:p>
          <w:p w:rsidR="003C7CA3" w:rsidRDefault="003454F7">
            <w:r>
              <w:rPr>
                <w:sz w:val="16"/>
              </w:rPr>
              <w:t>☐ D.7 · alte lucrări inginerești necesare unor obiective de interes public</w:t>
            </w:r>
          </w:p>
        </w:tc>
      </w:tr>
    </w:tbl>
    <w:p w:rsidR="003C7CA3" w:rsidRPr="00913191" w:rsidRDefault="003C7CA3">
      <w:pPr>
        <w:spacing w:line="168" w:lineRule="auto"/>
        <w:rPr>
          <w:u w:val="single"/>
        </w:rPr>
      </w:pPr>
    </w:p>
    <w:p w:rsidR="00913191" w:rsidRPr="00913191" w:rsidRDefault="00913191">
      <w:pPr>
        <w:spacing w:line="168" w:lineRule="auto"/>
        <w:rPr>
          <w:sz w:val="18"/>
          <w:szCs w:val="18"/>
          <w:u w:val="single"/>
          <w:lang w:val="fr-FR"/>
        </w:rPr>
      </w:pPr>
    </w:p>
    <w:p w:rsidR="00913191" w:rsidRPr="00913191" w:rsidRDefault="00913191" w:rsidP="00913191">
      <w:pPr>
        <w:rPr>
          <w:sz w:val="20"/>
          <w:szCs w:val="20"/>
          <w:u w:val="single"/>
          <w:lang w:val="fr-FR"/>
        </w:rPr>
      </w:pPr>
      <w:r w:rsidRPr="00913191">
        <w:rPr>
          <w:sz w:val="20"/>
          <w:szCs w:val="20"/>
          <w:u w:val="single"/>
          <w:lang w:val="fr-FR"/>
        </w:rPr>
        <w:t xml:space="preserve">Punctele 2-9 se completeaza în cazul cladirilor și al intervențiilor asupra clădirilor existente, iar </w:t>
      </w:r>
      <w:r w:rsidR="00F61A70">
        <w:rPr>
          <w:sz w:val="20"/>
          <w:szCs w:val="20"/>
          <w:u w:val="single"/>
          <w:lang w:val="fr-FR"/>
        </w:rPr>
        <w:t xml:space="preserve"> </w:t>
      </w:r>
      <w:r w:rsidRPr="00913191">
        <w:rPr>
          <w:sz w:val="20"/>
          <w:szCs w:val="20"/>
          <w:u w:val="single"/>
          <w:lang w:val="fr-FR"/>
        </w:rPr>
        <w:t>în cazul amenjărilor</w:t>
      </w:r>
      <w:r>
        <w:rPr>
          <w:sz w:val="20"/>
          <w:szCs w:val="20"/>
          <w:u w:val="single"/>
          <w:lang w:val="fr-FR"/>
        </w:rPr>
        <w:t xml:space="preserve"> </w:t>
      </w:r>
      <w:r w:rsidRPr="00913191">
        <w:rPr>
          <w:sz w:val="20"/>
          <w:szCs w:val="20"/>
          <w:u w:val="single"/>
          <w:lang w:val="fr-FR"/>
        </w:rPr>
        <w:t>/lucrărilor inginerești, doar dacă acestea cuprind și clădiri</w:t>
      </w:r>
    </w:p>
    <w:p w:rsidR="00913191" w:rsidRPr="00913191" w:rsidRDefault="00913191">
      <w:pPr>
        <w:spacing w:line="168" w:lineRule="auto"/>
        <w:rPr>
          <w:b/>
          <w:bCs/>
          <w:sz w:val="18"/>
          <w:szCs w:val="18"/>
          <w:u w:val="single"/>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2409"/>
        <w:gridCol w:w="803"/>
        <w:gridCol w:w="1606"/>
        <w:gridCol w:w="2409"/>
        <w:gridCol w:w="2409"/>
      </w:tblGrid>
      <w:tr w:rsidR="003C7CA3" w:rsidRPr="005B29C5">
        <w:trPr>
          <w:cantSplit/>
        </w:trPr>
        <w:tc>
          <w:tcPr>
            <w:tcW w:w="9636" w:type="dxa"/>
            <w:gridSpan w:val="5"/>
            <w:shd w:val="clear" w:color="auto" w:fill="F4F4F4"/>
          </w:tcPr>
          <w:p w:rsidR="003C7CA3" w:rsidRPr="005B29C5" w:rsidRDefault="003454F7">
            <w:pPr>
              <w:keepNext/>
              <w:rPr>
                <w:lang w:val="fr-FR"/>
              </w:rPr>
            </w:pPr>
            <w:r w:rsidRPr="005B29C5">
              <w:rPr>
                <w:b/>
                <w:sz w:val="16"/>
                <w:lang w:val="fr-FR"/>
              </w:rPr>
              <w:t xml:space="preserve"> 2. </w:t>
            </w:r>
            <w:r w:rsidRPr="005B29C5">
              <w:rPr>
                <w:b/>
                <w:color w:val="000000"/>
                <w:sz w:val="18"/>
                <w:lang w:val="fr-FR"/>
              </w:rPr>
              <w:t>DATELE CARACTERISTICE ALE AMPLASAMENTULUI</w:t>
            </w:r>
          </w:p>
        </w:tc>
      </w:tr>
      <w:tr w:rsidR="003C7CA3" w:rsidRPr="00F61A70">
        <w:trPr>
          <w:cantSplit/>
          <w:trHeight w:val="510"/>
        </w:trPr>
        <w:tc>
          <w:tcPr>
            <w:tcW w:w="3212" w:type="dxa"/>
            <w:gridSpan w:val="2"/>
          </w:tcPr>
          <w:p w:rsidR="003C7CA3" w:rsidRDefault="003454F7">
            <w:pPr>
              <w:keepNext/>
            </w:pPr>
            <w:r>
              <w:rPr>
                <w:b/>
                <w:color w:val="0D5F78"/>
              </w:rPr>
              <w:t>Suprafața terenului (m²)</w:t>
            </w:r>
          </w:p>
          <w:p w:rsidR="003C7CA3" w:rsidRDefault="003C7CA3">
            <w:pPr>
              <w:keepNext/>
            </w:pPr>
          </w:p>
        </w:tc>
        <w:tc>
          <w:tcPr>
            <w:tcW w:w="6424" w:type="dxa"/>
            <w:gridSpan w:val="3"/>
          </w:tcPr>
          <w:p w:rsidR="003C7CA3" w:rsidRPr="005B29C5" w:rsidRDefault="003454F7">
            <w:pPr>
              <w:keepNext/>
              <w:rPr>
                <w:lang w:val="fr-FR"/>
              </w:rPr>
            </w:pPr>
            <w:r w:rsidRPr="005B29C5">
              <w:rPr>
                <w:b/>
                <w:color w:val="0D5F78"/>
                <w:lang w:val="fr-FR"/>
              </w:rPr>
              <w:t>Terenul este</w:t>
            </w:r>
          </w:p>
          <w:p w:rsidR="003C7CA3" w:rsidRPr="005B29C5" w:rsidRDefault="003454F7">
            <w:pPr>
              <w:keepNext/>
              <w:rPr>
                <w:lang w:val="fr-FR"/>
              </w:rPr>
            </w:pPr>
            <w:r w:rsidRPr="005B29C5">
              <w:rPr>
                <w:sz w:val="16"/>
                <w:lang w:val="fr-FR"/>
              </w:rPr>
              <w:t>☐ liber de construcții     ☐ nu este liber de construcții</w:t>
            </w:r>
          </w:p>
        </w:tc>
      </w:tr>
      <w:tr w:rsidR="003C7CA3" w:rsidRPr="005B29C5" w:rsidTr="0007047E">
        <w:trPr>
          <w:cantSplit/>
          <w:trHeight w:val="369"/>
        </w:trPr>
        <w:tc>
          <w:tcPr>
            <w:tcW w:w="4818" w:type="dxa"/>
            <w:gridSpan w:val="3"/>
          </w:tcPr>
          <w:p w:rsidR="003C7CA3" w:rsidRDefault="003454F7">
            <w:pPr>
              <w:keepNext/>
            </w:pPr>
            <w:r>
              <w:rPr>
                <w:b/>
                <w:color w:val="0D5F78"/>
              </w:rPr>
              <w:t>Acces carosabil din strada</w:t>
            </w:r>
          </w:p>
          <w:p w:rsidR="003C7CA3" w:rsidRDefault="003C7CA3">
            <w:pPr>
              <w:keepNext/>
            </w:pPr>
          </w:p>
        </w:tc>
        <w:tc>
          <w:tcPr>
            <w:tcW w:w="4818" w:type="dxa"/>
            <w:gridSpan w:val="2"/>
          </w:tcPr>
          <w:p w:rsidR="003C7CA3" w:rsidRPr="005B29C5" w:rsidRDefault="003454F7">
            <w:pPr>
              <w:keepNext/>
              <w:rPr>
                <w:lang w:val="fr-FR"/>
              </w:rPr>
            </w:pPr>
            <w:r w:rsidRPr="005B29C5">
              <w:rPr>
                <w:sz w:val="16"/>
                <w:lang w:val="fr-FR"/>
              </w:rPr>
              <w:t>☐ direct     ☐ prin drum p</w:t>
            </w:r>
            <w:r w:rsidR="0007047E">
              <w:rPr>
                <w:sz w:val="16"/>
                <w:lang w:val="fr-FR"/>
              </w:rPr>
              <w:t>rivat</w:t>
            </w:r>
          </w:p>
        </w:tc>
      </w:tr>
      <w:tr w:rsidR="003C7CA3" w:rsidRPr="00F61A70">
        <w:trPr>
          <w:cantSplit/>
        </w:trPr>
        <w:tc>
          <w:tcPr>
            <w:tcW w:w="9636" w:type="dxa"/>
            <w:gridSpan w:val="5"/>
          </w:tcPr>
          <w:p w:rsidR="003C7CA3" w:rsidRDefault="003454F7">
            <w:pPr>
              <w:keepNext/>
              <w:rPr>
                <w:sz w:val="16"/>
                <w:lang w:val="fr-FR"/>
              </w:rPr>
            </w:pPr>
            <w:r w:rsidRPr="005B29C5">
              <w:rPr>
                <w:sz w:val="16"/>
                <w:lang w:val="fr-FR"/>
              </w:rPr>
              <w:t xml:space="preserve"> ☐ terenul se află în zona de protecție a monumentelor istorice     ☐ terenul se află în zone construite protejate</w:t>
            </w:r>
          </w:p>
          <w:p w:rsidR="00C46767" w:rsidRPr="005B29C5" w:rsidRDefault="00C46767" w:rsidP="00C46767">
            <w:pPr>
              <w:rPr>
                <w:lang w:val="fr-FR"/>
              </w:rPr>
            </w:pPr>
          </w:p>
        </w:tc>
      </w:tr>
      <w:tr w:rsidR="003C7CA3">
        <w:trPr>
          <w:cantSplit/>
        </w:trPr>
        <w:tc>
          <w:tcPr>
            <w:tcW w:w="9636" w:type="dxa"/>
            <w:gridSpan w:val="5"/>
          </w:tcPr>
          <w:p w:rsidR="003C7CA3" w:rsidRDefault="003454F7">
            <w:pPr>
              <w:keepNext/>
              <w:pBdr>
                <w:bottom w:val="dotted" w:sz="6" w:space="0" w:color="999999"/>
              </w:pBdr>
              <w:spacing w:after="80"/>
            </w:pPr>
            <w:r>
              <w:rPr>
                <w:color w:val="0D5F78"/>
              </w:rPr>
              <w:t xml:space="preserve">Servituți  </w:t>
            </w:r>
          </w:p>
          <w:p w:rsidR="003C7CA3" w:rsidRDefault="003C7CA3">
            <w:pPr>
              <w:keepNext/>
              <w:pBdr>
                <w:bottom w:val="dotted" w:sz="6" w:space="0" w:color="999999"/>
              </w:pBdr>
              <w:spacing w:after="80"/>
            </w:pPr>
          </w:p>
        </w:tc>
      </w:tr>
      <w:tr w:rsidR="00C46767">
        <w:trPr>
          <w:cantSplit/>
        </w:trPr>
        <w:tc>
          <w:tcPr>
            <w:tcW w:w="9636" w:type="dxa"/>
            <w:gridSpan w:val="5"/>
            <w:shd w:val="clear" w:color="auto" w:fill="F4F4F4"/>
          </w:tcPr>
          <w:p w:rsidR="00C46767" w:rsidRDefault="00C46767">
            <w:pPr>
              <w:keepNext/>
              <w:rPr>
                <w:sz w:val="16"/>
              </w:rPr>
            </w:pPr>
            <w:r>
              <w:rPr>
                <w:sz w:val="16"/>
              </w:rPr>
              <w:t>Amplasare</w:t>
            </w:r>
          </w:p>
        </w:tc>
      </w:tr>
      <w:tr w:rsidR="00C46767" w:rsidTr="00C46767">
        <w:trPr>
          <w:cantSplit/>
        </w:trPr>
        <w:tc>
          <w:tcPr>
            <w:tcW w:w="2409" w:type="dxa"/>
            <w:shd w:val="clear" w:color="auto" w:fill="FFFFFF" w:themeFill="background1"/>
          </w:tcPr>
          <w:p w:rsidR="00C46767" w:rsidRPr="00C46767" w:rsidRDefault="00C46767" w:rsidP="00C46767">
            <w:pPr>
              <w:keepNext/>
            </w:pPr>
            <w:r w:rsidRPr="00C46767">
              <w:rPr>
                <w:b/>
                <w:color w:val="0D5F78"/>
              </w:rPr>
              <w:t>Tip amplasare</w:t>
            </w:r>
          </w:p>
          <w:p w:rsidR="00C46767" w:rsidRPr="00C46767" w:rsidRDefault="00C46767" w:rsidP="00C46767">
            <w:pPr>
              <w:keepNext/>
            </w:pPr>
            <w:r w:rsidRPr="00C46767">
              <w:rPr>
                <w:i/>
                <w:color w:val="7A7A7A"/>
              </w:rPr>
              <w:t>izolat · cuplat · înșiruit</w:t>
            </w:r>
          </w:p>
          <w:p w:rsidR="00C46767" w:rsidRPr="00C46767" w:rsidRDefault="00C46767" w:rsidP="00C46767">
            <w:pPr>
              <w:keepNext/>
              <w:rPr>
                <w:sz w:val="16"/>
              </w:rPr>
            </w:pPr>
          </w:p>
        </w:tc>
        <w:tc>
          <w:tcPr>
            <w:tcW w:w="2409" w:type="dxa"/>
            <w:gridSpan w:val="2"/>
            <w:shd w:val="clear" w:color="auto" w:fill="FFFFFF" w:themeFill="background1"/>
          </w:tcPr>
          <w:p w:rsidR="00C46767" w:rsidRPr="00C46767" w:rsidRDefault="00C46767" w:rsidP="00C46767">
            <w:pPr>
              <w:keepNext/>
            </w:pPr>
            <w:r w:rsidRPr="00C46767">
              <w:rPr>
                <w:b/>
                <w:color w:val="0D5F78"/>
              </w:rPr>
              <w:t>Tipologie / morfologie urbană</w:t>
            </w:r>
          </w:p>
          <w:p w:rsidR="00C46767" w:rsidRPr="00C46767" w:rsidRDefault="00C46767" w:rsidP="00C46767">
            <w:pPr>
              <w:keepNext/>
              <w:rPr>
                <w:sz w:val="16"/>
              </w:rPr>
            </w:pPr>
          </w:p>
        </w:tc>
        <w:tc>
          <w:tcPr>
            <w:tcW w:w="2409" w:type="dxa"/>
            <w:shd w:val="clear" w:color="auto" w:fill="FFFFFF" w:themeFill="background1"/>
          </w:tcPr>
          <w:p w:rsidR="00C46767" w:rsidRPr="00C46767" w:rsidRDefault="00C46767" w:rsidP="00C46767">
            <w:pPr>
              <w:keepNext/>
            </w:pPr>
            <w:r w:rsidRPr="00C46767">
              <w:rPr>
                <w:b/>
                <w:color w:val="0D5F78"/>
              </w:rPr>
              <w:t xml:space="preserve">Front construit </w:t>
            </w:r>
          </w:p>
          <w:p w:rsidR="00C46767" w:rsidRPr="00C46767" w:rsidRDefault="00C46767" w:rsidP="00C46767">
            <w:pPr>
              <w:keepNext/>
              <w:rPr>
                <w:sz w:val="16"/>
              </w:rPr>
            </w:pPr>
          </w:p>
        </w:tc>
        <w:tc>
          <w:tcPr>
            <w:tcW w:w="2409" w:type="dxa"/>
            <w:shd w:val="clear" w:color="auto" w:fill="FFFFFF" w:themeFill="background1"/>
          </w:tcPr>
          <w:p w:rsidR="00C46767" w:rsidRPr="00C46767" w:rsidRDefault="00C46767" w:rsidP="00C46767">
            <w:pPr>
              <w:keepNext/>
            </w:pPr>
            <w:r w:rsidRPr="00C46767">
              <w:rPr>
                <w:b/>
                <w:color w:val="0D5F78"/>
              </w:rPr>
              <w:t>Curte interioară</w:t>
            </w:r>
          </w:p>
          <w:p w:rsidR="00C46767" w:rsidRPr="00C46767" w:rsidRDefault="00C46767" w:rsidP="00C46767">
            <w:pPr>
              <w:keepNext/>
              <w:rPr>
                <w:sz w:val="16"/>
              </w:rPr>
            </w:pPr>
          </w:p>
        </w:tc>
      </w:tr>
      <w:tr w:rsidR="00C46767">
        <w:trPr>
          <w:cantSplit/>
        </w:trPr>
        <w:tc>
          <w:tcPr>
            <w:tcW w:w="9636" w:type="dxa"/>
            <w:gridSpan w:val="5"/>
            <w:shd w:val="clear" w:color="auto" w:fill="F4F4F4"/>
          </w:tcPr>
          <w:p w:rsidR="00C46767" w:rsidRDefault="00C46767" w:rsidP="00C46767">
            <w:pPr>
              <w:keepNext/>
            </w:pPr>
            <w:r>
              <w:rPr>
                <w:sz w:val="16"/>
              </w:rPr>
              <w:t xml:space="preserve"> Amplasarea clădirilor pe teren, după realizarea lucrărilor — retragerile minime</w:t>
            </w:r>
          </w:p>
        </w:tc>
      </w:tr>
      <w:tr w:rsidR="00C46767" w:rsidRPr="00F61A70">
        <w:trPr>
          <w:cantSplit/>
          <w:trHeight w:val="510"/>
        </w:trPr>
        <w:tc>
          <w:tcPr>
            <w:tcW w:w="2409" w:type="dxa"/>
          </w:tcPr>
          <w:p w:rsidR="00C46767" w:rsidRDefault="00C46767" w:rsidP="00C46767">
            <w:r>
              <w:rPr>
                <w:b/>
                <w:color w:val="0D5F78"/>
              </w:rPr>
              <w:t>față de aliniament (m)</w:t>
            </w:r>
          </w:p>
          <w:p w:rsidR="00C46767" w:rsidRDefault="00C46767" w:rsidP="00C46767"/>
        </w:tc>
        <w:tc>
          <w:tcPr>
            <w:tcW w:w="2409" w:type="dxa"/>
            <w:gridSpan w:val="2"/>
          </w:tcPr>
          <w:p w:rsidR="00C46767" w:rsidRDefault="00C46767" w:rsidP="00C46767">
            <w:r>
              <w:rPr>
                <w:b/>
                <w:color w:val="0D5F78"/>
              </w:rPr>
              <w:t>față de limita lateral-dreapta (m)</w:t>
            </w:r>
          </w:p>
          <w:p w:rsidR="00C46767" w:rsidRDefault="00C46767" w:rsidP="00C46767"/>
        </w:tc>
        <w:tc>
          <w:tcPr>
            <w:tcW w:w="2409" w:type="dxa"/>
          </w:tcPr>
          <w:p w:rsidR="00C46767" w:rsidRPr="005B29C5" w:rsidRDefault="00C46767" w:rsidP="00C46767">
            <w:pPr>
              <w:rPr>
                <w:lang w:val="fr-FR"/>
              </w:rPr>
            </w:pPr>
            <w:r w:rsidRPr="005B29C5">
              <w:rPr>
                <w:b/>
                <w:color w:val="0D5F78"/>
                <w:lang w:val="fr-FR"/>
              </w:rPr>
              <w:t>față de limita lateral-stânga (m)</w:t>
            </w:r>
          </w:p>
          <w:p w:rsidR="00C46767" w:rsidRPr="005B29C5" w:rsidRDefault="00C46767" w:rsidP="00C46767">
            <w:pPr>
              <w:rPr>
                <w:lang w:val="fr-FR"/>
              </w:rPr>
            </w:pPr>
          </w:p>
        </w:tc>
        <w:tc>
          <w:tcPr>
            <w:tcW w:w="2409" w:type="dxa"/>
          </w:tcPr>
          <w:p w:rsidR="00C46767" w:rsidRPr="005B29C5" w:rsidRDefault="00C46767" w:rsidP="00C46767">
            <w:pPr>
              <w:rPr>
                <w:lang w:val="fr-FR"/>
              </w:rPr>
            </w:pPr>
            <w:r w:rsidRPr="005B29C5">
              <w:rPr>
                <w:b/>
                <w:color w:val="0D5F78"/>
                <w:lang w:val="fr-FR"/>
              </w:rPr>
              <w:t>față de limita posterioară (m)</w:t>
            </w:r>
          </w:p>
          <w:p w:rsidR="00C46767" w:rsidRPr="005B29C5" w:rsidRDefault="00C46767" w:rsidP="00C46767">
            <w:pPr>
              <w:rPr>
                <w:lang w:val="fr-FR"/>
              </w:rPr>
            </w:pPr>
          </w:p>
        </w:tc>
      </w:tr>
      <w:tr w:rsidR="00C46767" w:rsidRPr="00F61A70" w:rsidTr="0007047E">
        <w:trPr>
          <w:cantSplit/>
          <w:trHeight w:val="226"/>
        </w:trPr>
        <w:tc>
          <w:tcPr>
            <w:tcW w:w="4818" w:type="dxa"/>
            <w:gridSpan w:val="3"/>
            <w:shd w:val="clear" w:color="auto" w:fill="F2F2F2" w:themeFill="background1" w:themeFillShade="F2"/>
          </w:tcPr>
          <w:p w:rsidR="00C46767" w:rsidRPr="0007047E" w:rsidRDefault="00C46767" w:rsidP="00C46767">
            <w:pPr>
              <w:rPr>
                <w:bCs/>
                <w:color w:val="000000" w:themeColor="text1"/>
                <w:lang w:val="fr-FR"/>
              </w:rPr>
            </w:pPr>
            <w:r w:rsidRPr="0007047E">
              <w:rPr>
                <w:bCs/>
                <w:color w:val="000000" w:themeColor="text1"/>
                <w:lang w:val="fr-FR"/>
              </w:rPr>
              <w:t>Procent de ocupare a terenului (%)</w:t>
            </w:r>
          </w:p>
        </w:tc>
        <w:tc>
          <w:tcPr>
            <w:tcW w:w="4818" w:type="dxa"/>
            <w:gridSpan w:val="2"/>
            <w:shd w:val="clear" w:color="auto" w:fill="F2F2F2" w:themeFill="background1" w:themeFillShade="F2"/>
          </w:tcPr>
          <w:p w:rsidR="00C46767" w:rsidRPr="0007047E" w:rsidRDefault="00C46767" w:rsidP="00C46767">
            <w:pPr>
              <w:rPr>
                <w:bCs/>
                <w:color w:val="000000" w:themeColor="text1"/>
                <w:lang w:val="fr-FR"/>
              </w:rPr>
            </w:pPr>
            <w:r w:rsidRPr="0007047E">
              <w:rPr>
                <w:bCs/>
                <w:color w:val="000000" w:themeColor="text1"/>
                <w:lang w:val="fr-FR"/>
              </w:rPr>
              <w:t xml:space="preserve">Coeficient de utilizare a terenului </w:t>
            </w:r>
          </w:p>
        </w:tc>
      </w:tr>
      <w:tr w:rsidR="00C46767" w:rsidRPr="005B29C5" w:rsidTr="0007047E">
        <w:trPr>
          <w:cantSplit/>
          <w:trHeight w:val="272"/>
        </w:trPr>
        <w:tc>
          <w:tcPr>
            <w:tcW w:w="2409" w:type="dxa"/>
          </w:tcPr>
          <w:p w:rsidR="00C46767" w:rsidRPr="0007047E" w:rsidRDefault="00C46767" w:rsidP="00C46767">
            <w:pPr>
              <w:rPr>
                <w:b/>
                <w:color w:val="0D5F78"/>
                <w:lang w:val="fr-FR"/>
              </w:rPr>
            </w:pPr>
            <w:r>
              <w:rPr>
                <w:b/>
                <w:color w:val="0D5F78"/>
                <w:lang w:val="fr-FR"/>
              </w:rPr>
              <w:t>Existent</w:t>
            </w:r>
          </w:p>
        </w:tc>
        <w:tc>
          <w:tcPr>
            <w:tcW w:w="2409" w:type="dxa"/>
            <w:gridSpan w:val="2"/>
          </w:tcPr>
          <w:p w:rsidR="00C46767" w:rsidRPr="0007047E" w:rsidRDefault="00C46767" w:rsidP="00C46767">
            <w:pPr>
              <w:rPr>
                <w:b/>
                <w:color w:val="0D5F78"/>
                <w:lang w:val="fr-FR"/>
              </w:rPr>
            </w:pPr>
          </w:p>
        </w:tc>
        <w:tc>
          <w:tcPr>
            <w:tcW w:w="2409" w:type="dxa"/>
          </w:tcPr>
          <w:p w:rsidR="00C46767" w:rsidRPr="005B29C5" w:rsidRDefault="00C46767" w:rsidP="00C46767">
            <w:pPr>
              <w:rPr>
                <w:b/>
                <w:color w:val="0D5F78"/>
                <w:lang w:val="fr-FR"/>
              </w:rPr>
            </w:pPr>
            <w:r>
              <w:rPr>
                <w:b/>
                <w:color w:val="0D5F78"/>
                <w:lang w:val="fr-FR"/>
              </w:rPr>
              <w:t>Existent</w:t>
            </w:r>
          </w:p>
        </w:tc>
        <w:tc>
          <w:tcPr>
            <w:tcW w:w="2409" w:type="dxa"/>
          </w:tcPr>
          <w:p w:rsidR="00C46767" w:rsidRPr="005B29C5" w:rsidRDefault="00C46767" w:rsidP="00C46767">
            <w:pPr>
              <w:rPr>
                <w:b/>
                <w:color w:val="0D5F78"/>
                <w:lang w:val="fr-FR"/>
              </w:rPr>
            </w:pPr>
          </w:p>
        </w:tc>
      </w:tr>
      <w:tr w:rsidR="00C46767" w:rsidRPr="005B29C5" w:rsidTr="0007047E">
        <w:trPr>
          <w:cantSplit/>
          <w:trHeight w:val="272"/>
        </w:trPr>
        <w:tc>
          <w:tcPr>
            <w:tcW w:w="2409" w:type="dxa"/>
          </w:tcPr>
          <w:p w:rsidR="00C46767" w:rsidRDefault="00C46767" w:rsidP="00C46767">
            <w:pPr>
              <w:rPr>
                <w:b/>
                <w:color w:val="0D5F78"/>
                <w:lang w:val="fr-FR"/>
              </w:rPr>
            </w:pPr>
            <w:r>
              <w:rPr>
                <w:b/>
                <w:color w:val="0D5F78"/>
                <w:lang w:val="fr-FR"/>
              </w:rPr>
              <w:t>Propus</w:t>
            </w:r>
          </w:p>
        </w:tc>
        <w:tc>
          <w:tcPr>
            <w:tcW w:w="2409" w:type="dxa"/>
            <w:gridSpan w:val="2"/>
          </w:tcPr>
          <w:p w:rsidR="00C46767" w:rsidRPr="0007047E" w:rsidRDefault="00C46767" w:rsidP="00C46767">
            <w:pPr>
              <w:rPr>
                <w:b/>
                <w:color w:val="0D5F78"/>
                <w:lang w:val="fr-FR"/>
              </w:rPr>
            </w:pPr>
          </w:p>
        </w:tc>
        <w:tc>
          <w:tcPr>
            <w:tcW w:w="2409" w:type="dxa"/>
          </w:tcPr>
          <w:p w:rsidR="00C46767" w:rsidRPr="005B29C5" w:rsidRDefault="00C46767" w:rsidP="00C46767">
            <w:pPr>
              <w:rPr>
                <w:b/>
                <w:color w:val="0D5F78"/>
                <w:lang w:val="fr-FR"/>
              </w:rPr>
            </w:pPr>
            <w:r>
              <w:rPr>
                <w:b/>
                <w:color w:val="0D5F78"/>
                <w:lang w:val="fr-FR"/>
              </w:rPr>
              <w:t>Propus</w:t>
            </w:r>
          </w:p>
        </w:tc>
        <w:tc>
          <w:tcPr>
            <w:tcW w:w="2409" w:type="dxa"/>
          </w:tcPr>
          <w:p w:rsidR="00C46767" w:rsidRPr="005B29C5" w:rsidRDefault="00C46767" w:rsidP="00C46767">
            <w:pPr>
              <w:rPr>
                <w:b/>
                <w:color w:val="0D5F78"/>
                <w:lang w:val="fr-FR"/>
              </w:rPr>
            </w:pPr>
          </w:p>
        </w:tc>
      </w:tr>
    </w:tbl>
    <w:p w:rsidR="003C7CA3"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2409"/>
        <w:gridCol w:w="2409"/>
        <w:gridCol w:w="2409"/>
        <w:gridCol w:w="2409"/>
      </w:tblGrid>
      <w:tr w:rsidR="0007047E" w:rsidRPr="005B29C5" w:rsidTr="00303E64">
        <w:trPr>
          <w:cantSplit/>
        </w:trPr>
        <w:tc>
          <w:tcPr>
            <w:tcW w:w="9636" w:type="dxa"/>
            <w:gridSpan w:val="4"/>
            <w:shd w:val="clear" w:color="auto" w:fill="F4F4F4"/>
          </w:tcPr>
          <w:p w:rsidR="0007047E" w:rsidRPr="005B29C5" w:rsidRDefault="0007047E" w:rsidP="00303E64">
            <w:pPr>
              <w:keepNext/>
              <w:rPr>
                <w:lang w:val="fr-FR"/>
              </w:rPr>
            </w:pPr>
            <w:r>
              <w:rPr>
                <w:b/>
                <w:sz w:val="16"/>
                <w:lang w:val="fr-FR"/>
              </w:rPr>
              <w:lastRenderedPageBreak/>
              <w:t>3</w:t>
            </w:r>
            <w:r w:rsidRPr="005B29C5">
              <w:rPr>
                <w:b/>
                <w:sz w:val="16"/>
                <w:lang w:val="fr-FR"/>
              </w:rPr>
              <w:t xml:space="preserve">. </w:t>
            </w:r>
            <w:r w:rsidRPr="005B29C5">
              <w:rPr>
                <w:b/>
                <w:color w:val="000000"/>
                <w:sz w:val="18"/>
                <w:lang w:val="fr-FR"/>
              </w:rPr>
              <w:t xml:space="preserve">SUPRAFEȚE </w:t>
            </w:r>
          </w:p>
        </w:tc>
      </w:tr>
      <w:tr w:rsidR="0007047E" w:rsidTr="00303E64">
        <w:trPr>
          <w:cantSplit/>
          <w:trHeight w:val="297"/>
        </w:trPr>
        <w:tc>
          <w:tcPr>
            <w:tcW w:w="2409" w:type="dxa"/>
          </w:tcPr>
          <w:p w:rsidR="0007047E" w:rsidRPr="0007047E" w:rsidRDefault="0007047E" w:rsidP="00303E64">
            <w:pPr>
              <w:keepNext/>
              <w:rPr>
                <w:sz w:val="16"/>
                <w:szCs w:val="16"/>
              </w:rPr>
            </w:pPr>
            <w:r w:rsidRPr="0007047E">
              <w:rPr>
                <w:sz w:val="16"/>
                <w:szCs w:val="16"/>
              </w:rPr>
              <w:t>clădiri existente, din care:</w:t>
            </w:r>
          </w:p>
        </w:tc>
        <w:tc>
          <w:tcPr>
            <w:tcW w:w="2409" w:type="dxa"/>
          </w:tcPr>
          <w:p w:rsidR="0007047E" w:rsidRDefault="0007047E" w:rsidP="00303E64">
            <w:pPr>
              <w:keepNext/>
            </w:pPr>
            <w:r>
              <w:rPr>
                <w:b/>
                <w:color w:val="0D5F78"/>
              </w:rPr>
              <w:t>Suprafață construită (m²)</w:t>
            </w:r>
          </w:p>
          <w:p w:rsidR="0007047E" w:rsidRDefault="0007047E" w:rsidP="00303E64">
            <w:pPr>
              <w:keepNext/>
            </w:pPr>
          </w:p>
        </w:tc>
        <w:tc>
          <w:tcPr>
            <w:tcW w:w="2409" w:type="dxa"/>
          </w:tcPr>
          <w:p w:rsidR="0007047E" w:rsidRDefault="0007047E" w:rsidP="00303E64">
            <w:pPr>
              <w:keepNext/>
            </w:pPr>
            <w:r>
              <w:rPr>
                <w:b/>
                <w:color w:val="0D5F78"/>
              </w:rPr>
              <w:t>Suprafață desfășurată (m²)</w:t>
            </w:r>
          </w:p>
          <w:p w:rsidR="0007047E" w:rsidRDefault="0007047E" w:rsidP="00303E64">
            <w:pPr>
              <w:keepNext/>
            </w:pPr>
          </w:p>
        </w:tc>
        <w:tc>
          <w:tcPr>
            <w:tcW w:w="2409" w:type="dxa"/>
          </w:tcPr>
          <w:p w:rsidR="0007047E" w:rsidRDefault="0007047E" w:rsidP="00303E64">
            <w:pPr>
              <w:keepNext/>
            </w:pPr>
            <w:r>
              <w:rPr>
                <w:b/>
                <w:color w:val="0D5F78"/>
              </w:rPr>
              <w:t>Suprafață utilă (m²)</w:t>
            </w:r>
          </w:p>
          <w:p w:rsidR="0007047E" w:rsidRDefault="0007047E" w:rsidP="00303E64">
            <w:pPr>
              <w:keepNext/>
            </w:pPr>
          </w:p>
        </w:tc>
      </w:tr>
      <w:tr w:rsidR="0007047E" w:rsidTr="00303E64">
        <w:trPr>
          <w:cantSplit/>
          <w:trHeight w:val="192"/>
        </w:trPr>
        <w:tc>
          <w:tcPr>
            <w:tcW w:w="2409" w:type="dxa"/>
          </w:tcPr>
          <w:p w:rsidR="0007047E" w:rsidRPr="0007047E" w:rsidRDefault="0007047E" w:rsidP="00303E64">
            <w:pPr>
              <w:keepNext/>
              <w:rPr>
                <w:sz w:val="16"/>
                <w:szCs w:val="16"/>
              </w:rPr>
            </w:pPr>
            <w:r w:rsidRPr="0007047E">
              <w:rPr>
                <w:sz w:val="16"/>
                <w:szCs w:val="16"/>
              </w:rPr>
              <w:t>— desființate</w:t>
            </w:r>
          </w:p>
        </w:tc>
        <w:tc>
          <w:tcPr>
            <w:tcW w:w="2409" w:type="dxa"/>
          </w:tcPr>
          <w:p w:rsidR="0007047E" w:rsidRDefault="0007047E" w:rsidP="00303E64">
            <w:pPr>
              <w:keepNext/>
            </w:pPr>
          </w:p>
        </w:tc>
        <w:tc>
          <w:tcPr>
            <w:tcW w:w="2409" w:type="dxa"/>
          </w:tcPr>
          <w:p w:rsidR="0007047E" w:rsidRDefault="0007047E" w:rsidP="00303E64">
            <w:pPr>
              <w:keepNext/>
            </w:pPr>
          </w:p>
        </w:tc>
        <w:tc>
          <w:tcPr>
            <w:tcW w:w="2409" w:type="dxa"/>
          </w:tcPr>
          <w:p w:rsidR="0007047E" w:rsidRDefault="0007047E" w:rsidP="00303E64">
            <w:pPr>
              <w:keepNext/>
            </w:pPr>
          </w:p>
        </w:tc>
      </w:tr>
      <w:tr w:rsidR="0007047E" w:rsidTr="00303E64">
        <w:trPr>
          <w:cantSplit/>
          <w:trHeight w:val="137"/>
        </w:trPr>
        <w:tc>
          <w:tcPr>
            <w:tcW w:w="2409" w:type="dxa"/>
          </w:tcPr>
          <w:p w:rsidR="0007047E" w:rsidRPr="0007047E" w:rsidRDefault="0007047E" w:rsidP="00303E64">
            <w:pPr>
              <w:keepNext/>
              <w:rPr>
                <w:sz w:val="16"/>
                <w:szCs w:val="16"/>
              </w:rPr>
            </w:pPr>
            <w:r w:rsidRPr="0007047E">
              <w:rPr>
                <w:sz w:val="16"/>
                <w:szCs w:val="16"/>
              </w:rPr>
              <w:t>— menținute</w:t>
            </w:r>
          </w:p>
        </w:tc>
        <w:tc>
          <w:tcPr>
            <w:tcW w:w="2409" w:type="dxa"/>
          </w:tcPr>
          <w:p w:rsidR="0007047E" w:rsidRDefault="0007047E" w:rsidP="00303E64">
            <w:pPr>
              <w:keepNext/>
            </w:pPr>
          </w:p>
        </w:tc>
        <w:tc>
          <w:tcPr>
            <w:tcW w:w="2409" w:type="dxa"/>
          </w:tcPr>
          <w:p w:rsidR="0007047E" w:rsidRDefault="0007047E" w:rsidP="00303E64">
            <w:pPr>
              <w:keepNext/>
            </w:pPr>
          </w:p>
        </w:tc>
        <w:tc>
          <w:tcPr>
            <w:tcW w:w="2409" w:type="dxa"/>
          </w:tcPr>
          <w:p w:rsidR="0007047E" w:rsidRDefault="0007047E" w:rsidP="00303E64">
            <w:pPr>
              <w:keepNext/>
            </w:pPr>
          </w:p>
        </w:tc>
      </w:tr>
      <w:tr w:rsidR="0007047E" w:rsidTr="00303E64">
        <w:trPr>
          <w:cantSplit/>
          <w:trHeight w:val="226"/>
        </w:trPr>
        <w:tc>
          <w:tcPr>
            <w:tcW w:w="2409" w:type="dxa"/>
          </w:tcPr>
          <w:p w:rsidR="0007047E" w:rsidRPr="0007047E" w:rsidRDefault="0007047E" w:rsidP="00303E64">
            <w:pPr>
              <w:keepNext/>
              <w:rPr>
                <w:sz w:val="16"/>
                <w:szCs w:val="16"/>
              </w:rPr>
            </w:pPr>
            <w:r w:rsidRPr="0007047E">
              <w:rPr>
                <w:sz w:val="16"/>
                <w:szCs w:val="16"/>
              </w:rPr>
              <w:t>clădiri propuse</w:t>
            </w:r>
          </w:p>
        </w:tc>
        <w:tc>
          <w:tcPr>
            <w:tcW w:w="2409" w:type="dxa"/>
          </w:tcPr>
          <w:p w:rsidR="0007047E" w:rsidRDefault="0007047E" w:rsidP="00303E64">
            <w:pPr>
              <w:keepNext/>
            </w:pPr>
          </w:p>
        </w:tc>
        <w:tc>
          <w:tcPr>
            <w:tcW w:w="2409" w:type="dxa"/>
          </w:tcPr>
          <w:p w:rsidR="0007047E" w:rsidRDefault="0007047E" w:rsidP="00303E64">
            <w:pPr>
              <w:keepNext/>
            </w:pPr>
          </w:p>
        </w:tc>
        <w:tc>
          <w:tcPr>
            <w:tcW w:w="2409" w:type="dxa"/>
          </w:tcPr>
          <w:p w:rsidR="0007047E" w:rsidRDefault="0007047E" w:rsidP="00303E64">
            <w:pPr>
              <w:keepNext/>
            </w:pPr>
          </w:p>
        </w:tc>
      </w:tr>
      <w:tr w:rsidR="0007047E" w:rsidTr="00303E64">
        <w:trPr>
          <w:cantSplit/>
          <w:trHeight w:val="130"/>
        </w:trPr>
        <w:tc>
          <w:tcPr>
            <w:tcW w:w="2409" w:type="dxa"/>
          </w:tcPr>
          <w:p w:rsidR="0007047E" w:rsidRPr="0007047E" w:rsidRDefault="0007047E" w:rsidP="00303E64">
            <w:pPr>
              <w:keepNext/>
              <w:rPr>
                <w:sz w:val="16"/>
                <w:szCs w:val="16"/>
              </w:rPr>
            </w:pPr>
            <w:r w:rsidRPr="0007047E">
              <w:rPr>
                <w:sz w:val="16"/>
                <w:szCs w:val="16"/>
              </w:rPr>
              <w:t>TOTAL (menținute + propuse)</w:t>
            </w:r>
          </w:p>
        </w:tc>
        <w:tc>
          <w:tcPr>
            <w:tcW w:w="2409" w:type="dxa"/>
          </w:tcPr>
          <w:p w:rsidR="0007047E" w:rsidRDefault="0007047E" w:rsidP="00303E64">
            <w:pPr>
              <w:keepNext/>
            </w:pPr>
          </w:p>
        </w:tc>
        <w:tc>
          <w:tcPr>
            <w:tcW w:w="2409" w:type="dxa"/>
          </w:tcPr>
          <w:p w:rsidR="0007047E" w:rsidRDefault="0007047E" w:rsidP="00303E64">
            <w:pPr>
              <w:keepNext/>
            </w:pPr>
          </w:p>
        </w:tc>
        <w:tc>
          <w:tcPr>
            <w:tcW w:w="2409" w:type="dxa"/>
          </w:tcPr>
          <w:p w:rsidR="0007047E" w:rsidRDefault="0007047E" w:rsidP="00303E64">
            <w:pPr>
              <w:keepNext/>
            </w:pPr>
          </w:p>
        </w:tc>
      </w:tr>
    </w:tbl>
    <w:p w:rsidR="0007047E" w:rsidRPr="005B29C5" w:rsidRDefault="0007047E">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2409"/>
        <w:gridCol w:w="803"/>
        <w:gridCol w:w="803"/>
        <w:gridCol w:w="803"/>
        <w:gridCol w:w="803"/>
        <w:gridCol w:w="803"/>
        <w:gridCol w:w="803"/>
        <w:gridCol w:w="803"/>
        <w:gridCol w:w="1606"/>
      </w:tblGrid>
      <w:tr w:rsidR="003C7CA3" w:rsidRPr="00F61A70">
        <w:trPr>
          <w:cantSplit/>
        </w:trPr>
        <w:tc>
          <w:tcPr>
            <w:tcW w:w="9636" w:type="dxa"/>
            <w:gridSpan w:val="9"/>
            <w:shd w:val="clear" w:color="auto" w:fill="F4F4F4"/>
          </w:tcPr>
          <w:p w:rsidR="007E5D45" w:rsidRPr="0007047E" w:rsidRDefault="003454F7">
            <w:pPr>
              <w:keepNext/>
              <w:rPr>
                <w:sz w:val="19"/>
                <w:lang w:val="fr-FR"/>
              </w:rPr>
            </w:pPr>
            <w:r w:rsidRPr="005B29C5">
              <w:rPr>
                <w:b/>
                <w:sz w:val="16"/>
                <w:lang w:val="fr-FR"/>
              </w:rPr>
              <w:t xml:space="preserve"> </w:t>
            </w:r>
            <w:r w:rsidR="0007047E">
              <w:rPr>
                <w:b/>
                <w:sz w:val="16"/>
                <w:lang w:val="fr-FR"/>
              </w:rPr>
              <w:t>4</w:t>
            </w:r>
            <w:r w:rsidRPr="007E5D45">
              <w:rPr>
                <w:b/>
                <w:sz w:val="16"/>
                <w:lang w:val="fr-FR"/>
              </w:rPr>
              <w:t xml:space="preserve">. </w:t>
            </w:r>
            <w:r w:rsidRPr="007E5D45">
              <w:rPr>
                <w:b/>
                <w:color w:val="000000"/>
                <w:sz w:val="18"/>
                <w:lang w:val="fr-FR"/>
              </w:rPr>
              <w:t>FIȘA CLĂDIRII</w:t>
            </w:r>
            <w:r w:rsidR="007E5D45">
              <w:rPr>
                <w:sz w:val="19"/>
                <w:lang w:val="fr-FR"/>
              </w:rPr>
              <w:t xml:space="preserve"> (se completeaza </w:t>
            </w:r>
            <w:r w:rsidR="007E5D45" w:rsidRPr="005B29C5">
              <w:rPr>
                <w:sz w:val="19"/>
                <w:lang w:val="fr-FR"/>
              </w:rPr>
              <w:t>câte una pentru fiecare imobil</w:t>
            </w:r>
            <w:r w:rsidR="007E5D45">
              <w:rPr>
                <w:sz w:val="19"/>
                <w:lang w:val="fr-FR"/>
              </w:rPr>
              <w:t>)</w:t>
            </w:r>
          </w:p>
        </w:tc>
      </w:tr>
      <w:tr w:rsidR="003C7CA3">
        <w:trPr>
          <w:cantSplit/>
        </w:trPr>
        <w:tc>
          <w:tcPr>
            <w:tcW w:w="9636" w:type="dxa"/>
            <w:gridSpan w:val="9"/>
            <w:shd w:val="clear" w:color="auto" w:fill="F4F4F4"/>
          </w:tcPr>
          <w:p w:rsidR="003C7CA3" w:rsidRDefault="003454F7">
            <w:pPr>
              <w:keepNext/>
            </w:pPr>
            <w:r w:rsidRPr="007E5D45">
              <w:rPr>
                <w:sz w:val="16"/>
                <w:lang w:val="fr-FR"/>
              </w:rPr>
              <w:t xml:space="preserve"> </w:t>
            </w:r>
            <w:r>
              <w:rPr>
                <w:sz w:val="16"/>
              </w:rPr>
              <w:t>Identificarea clădirii în registru</w:t>
            </w:r>
          </w:p>
        </w:tc>
      </w:tr>
      <w:tr w:rsidR="003C7CA3">
        <w:trPr>
          <w:cantSplit/>
          <w:trHeight w:val="510"/>
        </w:trPr>
        <w:tc>
          <w:tcPr>
            <w:tcW w:w="2409" w:type="dxa"/>
          </w:tcPr>
          <w:p w:rsidR="003C7CA3" w:rsidRDefault="003454F7">
            <w:pPr>
              <w:keepNext/>
            </w:pPr>
            <w:r>
              <w:rPr>
                <w:b/>
                <w:color w:val="0D5F78"/>
              </w:rPr>
              <w:t>NIS</w:t>
            </w:r>
          </w:p>
          <w:p w:rsidR="003C7CA3" w:rsidRDefault="003454F7">
            <w:pPr>
              <w:keepNext/>
            </w:pPr>
            <w:r>
              <w:rPr>
                <w:i/>
                <w:color w:val="7A7A7A"/>
              </w:rPr>
              <w:t>numărul din Registrul Național al Clădirilor, dacă e deja înregistrată</w:t>
            </w:r>
          </w:p>
          <w:p w:rsidR="003C7CA3" w:rsidRDefault="003C7CA3">
            <w:pPr>
              <w:keepNext/>
            </w:pPr>
          </w:p>
        </w:tc>
        <w:tc>
          <w:tcPr>
            <w:tcW w:w="2409" w:type="dxa"/>
            <w:gridSpan w:val="3"/>
          </w:tcPr>
          <w:p w:rsidR="003C7CA3" w:rsidRPr="005B29C5" w:rsidRDefault="003454F7">
            <w:pPr>
              <w:keepNext/>
              <w:rPr>
                <w:lang w:val="fr-FR"/>
              </w:rPr>
            </w:pPr>
            <w:r w:rsidRPr="005B29C5">
              <w:rPr>
                <w:b/>
                <w:color w:val="0D5F78"/>
                <w:lang w:val="fr-FR"/>
              </w:rPr>
              <w:t>Nr. cadastral al clădirii</w:t>
            </w:r>
          </w:p>
          <w:p w:rsidR="003C7CA3" w:rsidRPr="005B29C5" w:rsidRDefault="003454F7">
            <w:pPr>
              <w:keepNext/>
              <w:rPr>
                <w:lang w:val="fr-FR"/>
              </w:rPr>
            </w:pPr>
            <w:r w:rsidRPr="005B29C5">
              <w:rPr>
                <w:i/>
                <w:color w:val="7A7A7A"/>
                <w:lang w:val="fr-FR"/>
              </w:rPr>
              <w:t>forma 123456-C1</w:t>
            </w:r>
          </w:p>
          <w:p w:rsidR="003C7CA3" w:rsidRPr="005B29C5" w:rsidRDefault="003C7CA3">
            <w:pPr>
              <w:keepNext/>
              <w:rPr>
                <w:lang w:val="fr-FR"/>
              </w:rPr>
            </w:pPr>
          </w:p>
        </w:tc>
        <w:tc>
          <w:tcPr>
            <w:tcW w:w="2409" w:type="dxa"/>
            <w:gridSpan w:val="3"/>
          </w:tcPr>
          <w:p w:rsidR="003C7CA3" w:rsidRDefault="003454F7">
            <w:pPr>
              <w:keepNext/>
            </w:pPr>
            <w:r>
              <w:rPr>
                <w:b/>
                <w:color w:val="0D5F78"/>
              </w:rPr>
              <w:t>Identificator e-Terra (IE)</w:t>
            </w:r>
          </w:p>
          <w:p w:rsidR="003C7CA3" w:rsidRDefault="003C7CA3">
            <w:pPr>
              <w:keepNext/>
            </w:pPr>
          </w:p>
        </w:tc>
        <w:tc>
          <w:tcPr>
            <w:tcW w:w="2409" w:type="dxa"/>
            <w:gridSpan w:val="2"/>
          </w:tcPr>
          <w:p w:rsidR="003C7CA3" w:rsidRDefault="003454F7">
            <w:pPr>
              <w:keepNext/>
            </w:pPr>
            <w:r>
              <w:rPr>
                <w:b/>
                <w:color w:val="0D5F78"/>
              </w:rPr>
              <w:t>Nr. carte funciară</w:t>
            </w:r>
          </w:p>
          <w:p w:rsidR="003C7CA3" w:rsidRDefault="003C7CA3">
            <w:pPr>
              <w:keepNext/>
            </w:pPr>
          </w:p>
        </w:tc>
      </w:tr>
      <w:tr w:rsidR="003C7CA3" w:rsidRPr="00F61A70">
        <w:trPr>
          <w:cantSplit/>
          <w:trHeight w:val="510"/>
        </w:trPr>
        <w:tc>
          <w:tcPr>
            <w:tcW w:w="5621" w:type="dxa"/>
            <w:gridSpan w:val="5"/>
          </w:tcPr>
          <w:p w:rsidR="003C7CA3" w:rsidRPr="005B29C5" w:rsidRDefault="003454F7">
            <w:pPr>
              <w:keepNext/>
              <w:rPr>
                <w:lang w:val="fr-FR"/>
              </w:rPr>
            </w:pPr>
            <w:r w:rsidRPr="005B29C5">
              <w:rPr>
                <w:b/>
                <w:color w:val="0D5F78"/>
                <w:lang w:val="fr-FR"/>
              </w:rPr>
              <w:t>Tipul obiectului</w:t>
            </w:r>
          </w:p>
          <w:p w:rsidR="003C7CA3" w:rsidRPr="005B29C5" w:rsidRDefault="003454F7">
            <w:pPr>
              <w:keepNext/>
              <w:rPr>
                <w:lang w:val="fr-FR"/>
              </w:rPr>
            </w:pPr>
            <w:r w:rsidRPr="005B29C5">
              <w:rPr>
                <w:sz w:val="16"/>
                <w:lang w:val="fr-FR"/>
              </w:rPr>
              <w:t>☐ clădire     ☐ corp de clădire     ☐ unități locative</w:t>
            </w:r>
          </w:p>
        </w:tc>
        <w:tc>
          <w:tcPr>
            <w:tcW w:w="4015" w:type="dxa"/>
            <w:gridSpan w:val="4"/>
          </w:tcPr>
          <w:p w:rsidR="003C7CA3" w:rsidRPr="005B29C5" w:rsidRDefault="003454F7">
            <w:pPr>
              <w:keepNext/>
              <w:rPr>
                <w:lang w:val="fr-FR"/>
              </w:rPr>
            </w:pPr>
            <w:r w:rsidRPr="005B29C5">
              <w:rPr>
                <w:b/>
                <w:color w:val="0D5F78"/>
                <w:lang w:val="fr-FR"/>
              </w:rPr>
              <w:t>Clădirea este</w:t>
            </w:r>
          </w:p>
          <w:p w:rsidR="003C7CA3" w:rsidRPr="005B29C5" w:rsidRDefault="003454F7">
            <w:pPr>
              <w:keepNext/>
              <w:rPr>
                <w:lang w:val="fr-FR"/>
              </w:rPr>
            </w:pPr>
            <w:r w:rsidRPr="005B29C5">
              <w:rPr>
                <w:sz w:val="16"/>
                <w:lang w:val="fr-FR"/>
              </w:rPr>
              <w:t>☐ existentă     ☐ propusă prin proiect</w:t>
            </w:r>
          </w:p>
        </w:tc>
      </w:tr>
      <w:tr w:rsidR="003C7CA3">
        <w:trPr>
          <w:cantSplit/>
          <w:trHeight w:val="510"/>
        </w:trPr>
        <w:tc>
          <w:tcPr>
            <w:tcW w:w="3212" w:type="dxa"/>
            <w:gridSpan w:val="2"/>
          </w:tcPr>
          <w:p w:rsidR="003C7CA3" w:rsidRDefault="003454F7">
            <w:pPr>
              <w:keepNext/>
            </w:pPr>
            <w:r>
              <w:rPr>
                <w:b/>
                <w:color w:val="0D5F78"/>
              </w:rPr>
              <w:t>Denumirea clădirii</w:t>
            </w:r>
          </w:p>
          <w:p w:rsidR="003C7CA3" w:rsidRDefault="003C7CA3">
            <w:pPr>
              <w:keepNext/>
            </w:pPr>
          </w:p>
        </w:tc>
        <w:tc>
          <w:tcPr>
            <w:tcW w:w="6424" w:type="dxa"/>
            <w:gridSpan w:val="7"/>
          </w:tcPr>
          <w:p w:rsidR="003C7CA3" w:rsidRDefault="003454F7">
            <w:pPr>
              <w:keepNext/>
            </w:pPr>
            <w:r>
              <w:rPr>
                <w:b/>
                <w:color w:val="0D5F78"/>
              </w:rPr>
              <w:t>Descriere</w:t>
            </w:r>
          </w:p>
          <w:p w:rsidR="003C7CA3" w:rsidRDefault="003C7CA3">
            <w:pPr>
              <w:keepNext/>
            </w:pPr>
          </w:p>
        </w:tc>
      </w:tr>
      <w:tr w:rsidR="003C7CA3" w:rsidRPr="00F61A70">
        <w:trPr>
          <w:cantSplit/>
        </w:trPr>
        <w:tc>
          <w:tcPr>
            <w:tcW w:w="9636" w:type="dxa"/>
            <w:gridSpan w:val="9"/>
            <w:shd w:val="clear" w:color="auto" w:fill="F4F4F4"/>
          </w:tcPr>
          <w:p w:rsidR="00F61A70" w:rsidRDefault="00F61A70">
            <w:pPr>
              <w:keepNext/>
              <w:rPr>
                <w:sz w:val="16"/>
                <w:lang w:val="fr-FR"/>
              </w:rPr>
            </w:pPr>
            <w:r>
              <w:rPr>
                <w:sz w:val="16"/>
                <w:lang w:val="fr-FR"/>
              </w:rPr>
              <w:t>CARACTERISTICI ALE CLĂDIRII</w:t>
            </w:r>
          </w:p>
          <w:p w:rsidR="0007047E" w:rsidRPr="0007047E" w:rsidRDefault="0007047E">
            <w:pPr>
              <w:keepNext/>
              <w:rPr>
                <w:sz w:val="16"/>
                <w:lang w:val="fr-FR"/>
              </w:rPr>
            </w:pPr>
            <w:r w:rsidRPr="0007047E">
              <w:rPr>
                <w:sz w:val="16"/>
                <w:lang w:val="fr-FR"/>
              </w:rPr>
              <w:t>(</w:t>
            </w:r>
            <w:r w:rsidRPr="0007047E">
              <w:rPr>
                <w:sz w:val="16"/>
                <w:szCs w:val="16"/>
                <w:lang w:val="fr-FR"/>
              </w:rPr>
              <w:t>În cazul intervențiilor asupra clădirilor existente, pentru fiecare câmp, se vor preciza caracteristicile clădirii existente/respectiv</w:t>
            </w:r>
            <w:r w:rsidR="00F61A70">
              <w:rPr>
                <w:sz w:val="16"/>
                <w:szCs w:val="16"/>
                <w:lang w:val="fr-FR"/>
              </w:rPr>
              <w:t xml:space="preserve"> ale celei</w:t>
            </w:r>
            <w:r w:rsidRPr="0007047E">
              <w:rPr>
                <w:sz w:val="16"/>
                <w:szCs w:val="16"/>
                <w:lang w:val="fr-FR"/>
              </w:rPr>
              <w:t xml:space="preserve"> propuse</w:t>
            </w:r>
            <w:r>
              <w:rPr>
                <w:sz w:val="16"/>
                <w:szCs w:val="16"/>
                <w:lang w:val="fr-FR"/>
              </w:rPr>
              <w:t>)</w:t>
            </w:r>
          </w:p>
        </w:tc>
      </w:tr>
      <w:tr w:rsidR="003C7CA3">
        <w:trPr>
          <w:cantSplit/>
          <w:trHeight w:val="510"/>
        </w:trPr>
        <w:tc>
          <w:tcPr>
            <w:tcW w:w="4015" w:type="dxa"/>
            <w:gridSpan w:val="3"/>
          </w:tcPr>
          <w:p w:rsidR="00F61A70" w:rsidRPr="00F61A70" w:rsidRDefault="003454F7" w:rsidP="00F61A70">
            <w:pPr>
              <w:keepNext/>
              <w:rPr>
                <w:lang w:val="fr-FR"/>
              </w:rPr>
            </w:pPr>
            <w:r w:rsidRPr="007E5D45">
              <w:rPr>
                <w:b/>
                <w:color w:val="0D5F78"/>
                <w:lang w:val="fr-FR"/>
              </w:rPr>
              <w:t>Destinația / funcțiunea principală</w:t>
            </w:r>
            <w:r w:rsidR="007E5D45" w:rsidRPr="007E5D45">
              <w:rPr>
                <w:b/>
                <w:color w:val="0D5F78"/>
                <w:lang w:val="fr-FR"/>
              </w:rPr>
              <w:t xml:space="preserve"> </w:t>
            </w:r>
            <w:r w:rsidR="00F61A70" w:rsidRPr="00F61A70">
              <w:rPr>
                <w:bCs/>
                <w:i/>
                <w:iCs/>
                <w:color w:val="808080" w:themeColor="background1" w:themeShade="80"/>
                <w:lang w:val="fr-FR"/>
              </w:rPr>
              <w:t>(existent/propus)</w:t>
            </w:r>
          </w:p>
          <w:p w:rsidR="003C7CA3" w:rsidRPr="007E5D45" w:rsidRDefault="003C7CA3">
            <w:pPr>
              <w:keepNext/>
              <w:rPr>
                <w:lang w:val="fr-FR"/>
              </w:rPr>
            </w:pPr>
          </w:p>
          <w:p w:rsidR="003C7CA3" w:rsidRPr="007E5D45" w:rsidRDefault="003C7CA3">
            <w:pPr>
              <w:keepNext/>
              <w:rPr>
                <w:lang w:val="fr-FR"/>
              </w:rPr>
            </w:pPr>
          </w:p>
        </w:tc>
        <w:tc>
          <w:tcPr>
            <w:tcW w:w="2409" w:type="dxa"/>
            <w:gridSpan w:val="3"/>
          </w:tcPr>
          <w:p w:rsidR="003C7CA3" w:rsidRDefault="003454F7">
            <w:pPr>
              <w:keepNext/>
            </w:pPr>
            <w:r>
              <w:rPr>
                <w:b/>
                <w:color w:val="0D5F78"/>
              </w:rPr>
              <w:t>Funcțiuni secundare</w:t>
            </w:r>
            <w:r w:rsidR="007E5D45">
              <w:rPr>
                <w:b/>
                <w:color w:val="0D5F78"/>
              </w:rPr>
              <w:t xml:space="preserve"> </w:t>
            </w:r>
            <w:r w:rsidR="007E5D45" w:rsidRPr="00F61A70">
              <w:rPr>
                <w:bCs/>
                <w:i/>
                <w:iCs/>
                <w:color w:val="808080" w:themeColor="background1" w:themeShade="80"/>
                <w:lang w:val="fr-FR"/>
              </w:rPr>
              <w:t>(exist</w:t>
            </w:r>
            <w:r w:rsidR="00F61A70" w:rsidRPr="00F61A70">
              <w:rPr>
                <w:bCs/>
                <w:i/>
                <w:iCs/>
                <w:color w:val="808080" w:themeColor="background1" w:themeShade="80"/>
                <w:lang w:val="fr-FR"/>
              </w:rPr>
              <w:t>e</w:t>
            </w:r>
            <w:r w:rsidR="007E5D45" w:rsidRPr="00F61A70">
              <w:rPr>
                <w:bCs/>
                <w:i/>
                <w:iCs/>
                <w:color w:val="808080" w:themeColor="background1" w:themeShade="80"/>
                <w:lang w:val="fr-FR"/>
              </w:rPr>
              <w:t>nt/propus)</w:t>
            </w:r>
          </w:p>
          <w:p w:rsidR="003C7CA3" w:rsidRDefault="003C7CA3">
            <w:pPr>
              <w:keepNext/>
            </w:pPr>
          </w:p>
        </w:tc>
        <w:tc>
          <w:tcPr>
            <w:tcW w:w="1606" w:type="dxa"/>
            <w:gridSpan w:val="2"/>
          </w:tcPr>
          <w:p w:rsidR="003C7CA3" w:rsidRDefault="003454F7">
            <w:pPr>
              <w:keepNext/>
            </w:pPr>
            <w:r>
              <w:rPr>
                <w:b/>
                <w:color w:val="0D5F78"/>
              </w:rPr>
              <w:t>Regim juridic</w:t>
            </w:r>
          </w:p>
          <w:p w:rsidR="003C7CA3" w:rsidRDefault="003C7CA3">
            <w:pPr>
              <w:keepNext/>
            </w:pPr>
          </w:p>
        </w:tc>
        <w:tc>
          <w:tcPr>
            <w:tcW w:w="1606" w:type="dxa"/>
          </w:tcPr>
          <w:p w:rsidR="003C7CA3" w:rsidRDefault="003454F7">
            <w:pPr>
              <w:keepNext/>
            </w:pPr>
            <w:r>
              <w:rPr>
                <w:b/>
                <w:color w:val="0D5F78"/>
              </w:rPr>
              <w:t>Zonă fiscală</w:t>
            </w:r>
          </w:p>
          <w:p w:rsidR="003C7CA3" w:rsidRDefault="003C7CA3">
            <w:pPr>
              <w:keepNext/>
            </w:pPr>
          </w:p>
        </w:tc>
      </w:tr>
      <w:tr w:rsidR="003C7CA3" w:rsidRPr="00F61A70">
        <w:trPr>
          <w:cantSplit/>
          <w:trHeight w:val="510"/>
        </w:trPr>
        <w:tc>
          <w:tcPr>
            <w:tcW w:w="3212" w:type="dxa"/>
            <w:gridSpan w:val="2"/>
          </w:tcPr>
          <w:p w:rsidR="003C7CA3" w:rsidRPr="00F61A70" w:rsidRDefault="003454F7">
            <w:pPr>
              <w:keepNext/>
              <w:rPr>
                <w:lang w:val="fr-FR"/>
              </w:rPr>
            </w:pPr>
            <w:r w:rsidRPr="00F61A70">
              <w:rPr>
                <w:b/>
                <w:color w:val="0D5F78"/>
                <w:lang w:val="fr-FR"/>
              </w:rPr>
              <w:t>Anul construirii</w:t>
            </w:r>
          </w:p>
          <w:p w:rsidR="003C7CA3" w:rsidRPr="00F61A70" w:rsidRDefault="003454F7">
            <w:pPr>
              <w:keepNext/>
              <w:rPr>
                <w:lang w:val="fr-FR"/>
              </w:rPr>
            </w:pPr>
            <w:r w:rsidRPr="00F61A70">
              <w:rPr>
                <w:i/>
                <w:color w:val="7A7A7A"/>
                <w:lang w:val="fr-FR"/>
              </w:rPr>
              <w:t>la clădirile existente</w:t>
            </w:r>
          </w:p>
          <w:p w:rsidR="003C7CA3" w:rsidRPr="00F61A70" w:rsidRDefault="003C7CA3">
            <w:pPr>
              <w:keepNext/>
              <w:rPr>
                <w:lang w:val="fr-FR"/>
              </w:rPr>
            </w:pPr>
          </w:p>
        </w:tc>
        <w:tc>
          <w:tcPr>
            <w:tcW w:w="3212" w:type="dxa"/>
            <w:gridSpan w:val="4"/>
          </w:tcPr>
          <w:p w:rsidR="003C7CA3" w:rsidRPr="005B29C5" w:rsidRDefault="003454F7">
            <w:pPr>
              <w:keepNext/>
              <w:rPr>
                <w:lang w:val="fr-FR"/>
              </w:rPr>
            </w:pPr>
            <w:r w:rsidRPr="005B29C5">
              <w:rPr>
                <w:b/>
                <w:color w:val="0D5F78"/>
                <w:lang w:val="fr-FR"/>
              </w:rPr>
              <w:t>Anul ultimei renovări</w:t>
            </w:r>
          </w:p>
          <w:p w:rsidR="003C7CA3" w:rsidRPr="005B29C5" w:rsidRDefault="003454F7">
            <w:pPr>
              <w:keepNext/>
              <w:rPr>
                <w:lang w:val="fr-FR"/>
              </w:rPr>
            </w:pPr>
            <w:r w:rsidRPr="005B29C5">
              <w:rPr>
                <w:i/>
                <w:color w:val="7A7A7A"/>
                <w:lang w:val="fr-FR"/>
              </w:rPr>
              <w:t>dacă e cazul</w:t>
            </w:r>
          </w:p>
          <w:p w:rsidR="003C7CA3" w:rsidRPr="005B29C5" w:rsidRDefault="003C7CA3">
            <w:pPr>
              <w:keepNext/>
              <w:rPr>
                <w:lang w:val="fr-FR"/>
              </w:rPr>
            </w:pPr>
          </w:p>
        </w:tc>
        <w:tc>
          <w:tcPr>
            <w:tcW w:w="3212" w:type="dxa"/>
            <w:gridSpan w:val="3"/>
          </w:tcPr>
          <w:p w:rsidR="003C7CA3" w:rsidRPr="005B29C5" w:rsidRDefault="003454F7">
            <w:pPr>
              <w:keepNext/>
              <w:rPr>
                <w:lang w:val="fr-FR"/>
              </w:rPr>
            </w:pPr>
            <w:r w:rsidRPr="005B29C5">
              <w:rPr>
                <w:b/>
                <w:color w:val="0D5F78"/>
                <w:lang w:val="fr-FR"/>
              </w:rPr>
              <w:t>Durata de viață estimată (ani)</w:t>
            </w:r>
          </w:p>
          <w:p w:rsidR="003C7CA3" w:rsidRPr="005B29C5" w:rsidRDefault="003C7CA3">
            <w:pPr>
              <w:keepNext/>
              <w:rPr>
                <w:lang w:val="fr-FR"/>
              </w:rPr>
            </w:pPr>
          </w:p>
        </w:tc>
      </w:tr>
      <w:tr w:rsidR="003C7CA3" w:rsidRPr="00F61A70">
        <w:trPr>
          <w:cantSplit/>
          <w:trHeight w:val="510"/>
        </w:trPr>
        <w:tc>
          <w:tcPr>
            <w:tcW w:w="2409" w:type="dxa"/>
          </w:tcPr>
          <w:p w:rsidR="003C7CA3" w:rsidRPr="005B29C5" w:rsidRDefault="003454F7">
            <w:pPr>
              <w:keepNext/>
              <w:rPr>
                <w:lang w:val="fr-FR"/>
              </w:rPr>
            </w:pPr>
            <w:r w:rsidRPr="005B29C5">
              <w:rPr>
                <w:b/>
                <w:color w:val="0D5F78"/>
                <w:lang w:val="fr-FR"/>
              </w:rPr>
              <w:t>Regim de înălțime</w:t>
            </w:r>
            <w:r w:rsidR="00F61A70" w:rsidRPr="00F61A70">
              <w:rPr>
                <w:bCs/>
                <w:i/>
                <w:iCs/>
                <w:color w:val="808080" w:themeColor="background1" w:themeShade="80"/>
                <w:lang w:val="fr-FR"/>
              </w:rPr>
              <w:t>(existent/propus)</w:t>
            </w:r>
          </w:p>
          <w:p w:rsidR="003C7CA3" w:rsidRPr="005B29C5" w:rsidRDefault="003454F7">
            <w:pPr>
              <w:keepNext/>
              <w:rPr>
                <w:lang w:val="fr-FR"/>
              </w:rPr>
            </w:pPr>
            <w:r w:rsidRPr="005B29C5">
              <w:rPr>
                <w:i/>
                <w:color w:val="7A7A7A"/>
                <w:lang w:val="fr-FR"/>
              </w:rPr>
              <w:t>ex. S+P+2E+M</w:t>
            </w:r>
          </w:p>
          <w:p w:rsidR="003C7CA3" w:rsidRPr="005B29C5" w:rsidRDefault="003C7CA3">
            <w:pPr>
              <w:keepNext/>
              <w:rPr>
                <w:lang w:val="fr-FR"/>
              </w:rPr>
            </w:pPr>
          </w:p>
        </w:tc>
        <w:tc>
          <w:tcPr>
            <w:tcW w:w="2409" w:type="dxa"/>
            <w:gridSpan w:val="3"/>
          </w:tcPr>
          <w:p w:rsidR="003C7CA3" w:rsidRPr="00F61A70" w:rsidRDefault="003454F7">
            <w:pPr>
              <w:keepNext/>
              <w:rPr>
                <w:lang w:val="fr-FR"/>
              </w:rPr>
            </w:pPr>
            <w:r w:rsidRPr="00F61A70">
              <w:rPr>
                <w:b/>
                <w:color w:val="0D5F78"/>
                <w:lang w:val="fr-FR"/>
              </w:rPr>
              <w:t>Înălțimea la cornișă (m)</w:t>
            </w:r>
            <w:r w:rsidR="00F61A70" w:rsidRPr="00F61A70">
              <w:rPr>
                <w:bCs/>
                <w:i/>
                <w:iCs/>
                <w:color w:val="808080" w:themeColor="background1" w:themeShade="80"/>
                <w:lang w:val="fr-FR"/>
              </w:rPr>
              <w:t xml:space="preserve"> (existent/propus)</w:t>
            </w:r>
          </w:p>
          <w:p w:rsidR="003C7CA3" w:rsidRPr="00F61A70" w:rsidRDefault="003C7CA3">
            <w:pPr>
              <w:keepNext/>
              <w:rPr>
                <w:lang w:val="fr-FR"/>
              </w:rPr>
            </w:pPr>
          </w:p>
        </w:tc>
        <w:tc>
          <w:tcPr>
            <w:tcW w:w="2409" w:type="dxa"/>
            <w:gridSpan w:val="3"/>
          </w:tcPr>
          <w:p w:rsidR="003C7CA3" w:rsidRPr="00F61A70" w:rsidRDefault="003454F7">
            <w:pPr>
              <w:keepNext/>
              <w:rPr>
                <w:lang w:val="fr-FR"/>
              </w:rPr>
            </w:pPr>
            <w:r w:rsidRPr="00F61A70">
              <w:rPr>
                <w:b/>
                <w:color w:val="0D5F78"/>
                <w:lang w:val="fr-FR"/>
              </w:rPr>
              <w:t>Înălțimea maximă (m)</w:t>
            </w:r>
            <w:r w:rsidR="00F61A70" w:rsidRPr="00F61A70">
              <w:rPr>
                <w:bCs/>
                <w:i/>
                <w:iCs/>
                <w:color w:val="808080" w:themeColor="background1" w:themeShade="80"/>
                <w:lang w:val="fr-FR"/>
              </w:rPr>
              <w:t xml:space="preserve"> (existent/propus)</w:t>
            </w:r>
          </w:p>
          <w:p w:rsidR="003C7CA3" w:rsidRPr="00F61A70" w:rsidRDefault="003C7CA3">
            <w:pPr>
              <w:keepNext/>
              <w:rPr>
                <w:lang w:val="fr-FR"/>
              </w:rPr>
            </w:pPr>
          </w:p>
        </w:tc>
        <w:tc>
          <w:tcPr>
            <w:tcW w:w="2409" w:type="dxa"/>
            <w:gridSpan w:val="2"/>
          </w:tcPr>
          <w:p w:rsidR="003C7CA3" w:rsidRPr="0007047E" w:rsidRDefault="0007047E">
            <w:pPr>
              <w:keepNext/>
              <w:rPr>
                <w:lang w:val="fr-FR"/>
              </w:rPr>
            </w:pPr>
            <w:r w:rsidRPr="003F6F31">
              <w:rPr>
                <w:b/>
                <w:color w:val="0D5F78"/>
                <w:lang w:val="fr-FR"/>
              </w:rPr>
              <w:t>Cota terenului amenajat</w:t>
            </w:r>
            <w:r w:rsidRPr="0007047E">
              <w:rPr>
                <w:b/>
                <w:color w:val="0D5F78"/>
                <w:lang w:val="fr-FR"/>
              </w:rPr>
              <w:t xml:space="preserve"> (m)</w:t>
            </w:r>
            <w:r w:rsidR="00F61A70" w:rsidRPr="00F61A70">
              <w:rPr>
                <w:bCs/>
                <w:i/>
                <w:iCs/>
                <w:color w:val="808080" w:themeColor="background1" w:themeShade="80"/>
                <w:lang w:val="fr-FR"/>
              </w:rPr>
              <w:t xml:space="preserve"> (</w:t>
            </w:r>
            <w:r w:rsidR="00F61A70">
              <w:rPr>
                <w:bCs/>
                <w:i/>
                <w:iCs/>
                <w:color w:val="808080" w:themeColor="background1" w:themeShade="80"/>
                <w:lang w:val="fr-FR"/>
              </w:rPr>
              <w:t>inițială</w:t>
            </w:r>
            <w:r w:rsidR="00F61A70" w:rsidRPr="00F61A70">
              <w:rPr>
                <w:bCs/>
                <w:i/>
                <w:iCs/>
                <w:color w:val="808080" w:themeColor="background1" w:themeShade="80"/>
                <w:lang w:val="fr-FR"/>
              </w:rPr>
              <w:t>t/propus)</w:t>
            </w:r>
          </w:p>
          <w:p w:rsidR="003C7CA3" w:rsidRDefault="003C7CA3" w:rsidP="0007047E">
            <w:pPr>
              <w:keepNext/>
              <w:rPr>
                <w:lang w:val="fr-FR"/>
              </w:rPr>
            </w:pPr>
          </w:p>
          <w:p w:rsidR="0007047E" w:rsidRDefault="0007047E" w:rsidP="0007047E">
            <w:pPr>
              <w:keepNext/>
              <w:rPr>
                <w:b/>
                <w:color w:val="0D5F78"/>
                <w:lang w:val="fr-FR"/>
              </w:rPr>
            </w:pPr>
            <w:r w:rsidRPr="003F6F31">
              <w:rPr>
                <w:b/>
                <w:color w:val="0D5F78"/>
                <w:lang w:val="fr-FR"/>
              </w:rPr>
              <w:t>Cota terenului natural</w:t>
            </w:r>
            <w:r w:rsidRPr="0007047E">
              <w:rPr>
                <w:b/>
                <w:color w:val="0D5F78"/>
                <w:lang w:val="fr-FR"/>
              </w:rPr>
              <w:t xml:space="preserve"> (m)</w:t>
            </w:r>
            <w:r w:rsidR="00F61A70" w:rsidRPr="00F61A70">
              <w:rPr>
                <w:bCs/>
                <w:i/>
                <w:iCs/>
                <w:color w:val="808080" w:themeColor="background1" w:themeShade="80"/>
                <w:lang w:val="fr-FR"/>
              </w:rPr>
              <w:t xml:space="preserve"> </w:t>
            </w:r>
          </w:p>
          <w:p w:rsidR="0007047E" w:rsidRPr="0007047E" w:rsidRDefault="0007047E" w:rsidP="0007047E">
            <w:pPr>
              <w:keepNext/>
              <w:rPr>
                <w:lang w:val="fr-FR"/>
              </w:rPr>
            </w:pPr>
          </w:p>
        </w:tc>
      </w:tr>
      <w:tr w:rsidR="003C7CA3">
        <w:trPr>
          <w:cantSplit/>
        </w:trPr>
        <w:tc>
          <w:tcPr>
            <w:tcW w:w="9636" w:type="dxa"/>
            <w:gridSpan w:val="9"/>
            <w:shd w:val="clear" w:color="auto" w:fill="F4F4F4"/>
          </w:tcPr>
          <w:p w:rsidR="003C7CA3" w:rsidRDefault="003454F7">
            <w:pPr>
              <w:keepNext/>
            </w:pPr>
            <w:r w:rsidRPr="0007047E">
              <w:rPr>
                <w:sz w:val="16"/>
                <w:lang w:val="fr-FR"/>
              </w:rPr>
              <w:t xml:space="preserve"> </w:t>
            </w:r>
            <w:r>
              <w:rPr>
                <w:sz w:val="16"/>
              </w:rPr>
              <w:t>Suprafețe și volum</w:t>
            </w:r>
            <w:r w:rsidR="007E5D45">
              <w:rPr>
                <w:sz w:val="16"/>
              </w:rPr>
              <w:t xml:space="preserve"> </w:t>
            </w:r>
          </w:p>
        </w:tc>
      </w:tr>
      <w:tr w:rsidR="003C7CA3">
        <w:trPr>
          <w:cantSplit/>
          <w:trHeight w:val="510"/>
        </w:trPr>
        <w:tc>
          <w:tcPr>
            <w:tcW w:w="2409" w:type="dxa"/>
          </w:tcPr>
          <w:p w:rsidR="003C7CA3" w:rsidRPr="00F61A70" w:rsidRDefault="003454F7">
            <w:pPr>
              <w:keepNext/>
              <w:rPr>
                <w:lang w:val="fr-FR"/>
              </w:rPr>
            </w:pPr>
            <w:r w:rsidRPr="00F61A70">
              <w:rPr>
                <w:b/>
                <w:color w:val="0D5F78"/>
                <w:lang w:val="fr-FR"/>
              </w:rPr>
              <w:t>Suprafața construită (m²)</w:t>
            </w:r>
            <w:r w:rsidR="00F61A70" w:rsidRPr="00F61A70">
              <w:rPr>
                <w:b/>
                <w:color w:val="0D5F78"/>
                <w:lang w:val="fr-FR"/>
              </w:rPr>
              <w:t xml:space="preserve"> </w:t>
            </w:r>
            <w:r w:rsidR="00F61A70" w:rsidRPr="00F61A70">
              <w:rPr>
                <w:bCs/>
                <w:i/>
                <w:iCs/>
                <w:color w:val="808080" w:themeColor="background1" w:themeShade="80"/>
                <w:lang w:val="fr-FR"/>
              </w:rPr>
              <w:t>(existent/propus)</w:t>
            </w:r>
          </w:p>
          <w:p w:rsidR="003C7CA3" w:rsidRPr="00F61A70" w:rsidRDefault="003C7CA3">
            <w:pPr>
              <w:keepNext/>
              <w:rPr>
                <w:lang w:val="fr-FR"/>
              </w:rPr>
            </w:pPr>
          </w:p>
        </w:tc>
        <w:tc>
          <w:tcPr>
            <w:tcW w:w="2409" w:type="dxa"/>
            <w:gridSpan w:val="3"/>
          </w:tcPr>
          <w:p w:rsidR="003C7CA3" w:rsidRDefault="003454F7">
            <w:pPr>
              <w:keepNext/>
              <w:rPr>
                <w:b/>
                <w:color w:val="0D5F78"/>
              </w:rPr>
            </w:pPr>
            <w:r>
              <w:rPr>
                <w:b/>
                <w:color w:val="0D5F78"/>
              </w:rPr>
              <w:t>Suprafața desfășurată (m²)</w:t>
            </w:r>
          </w:p>
          <w:p w:rsidR="00F61A70" w:rsidRDefault="00F61A70">
            <w:pPr>
              <w:keepNext/>
            </w:pPr>
            <w:r w:rsidRPr="00F61A70">
              <w:rPr>
                <w:bCs/>
                <w:i/>
                <w:iCs/>
                <w:color w:val="808080" w:themeColor="background1" w:themeShade="80"/>
                <w:lang w:val="fr-FR"/>
              </w:rPr>
              <w:t>(existent/propus)</w:t>
            </w:r>
          </w:p>
          <w:p w:rsidR="003C7CA3" w:rsidRDefault="003C7CA3">
            <w:pPr>
              <w:keepNext/>
            </w:pPr>
          </w:p>
        </w:tc>
        <w:tc>
          <w:tcPr>
            <w:tcW w:w="2409" w:type="dxa"/>
            <w:gridSpan w:val="3"/>
          </w:tcPr>
          <w:p w:rsidR="009E435D" w:rsidRDefault="003454F7">
            <w:pPr>
              <w:keepNext/>
              <w:rPr>
                <w:b/>
                <w:color w:val="0D5F78"/>
                <w:lang w:val="fr-FR"/>
              </w:rPr>
            </w:pPr>
            <w:r w:rsidRPr="009E435D">
              <w:rPr>
                <w:b/>
                <w:color w:val="0D5F78"/>
                <w:lang w:val="fr-FR"/>
              </w:rPr>
              <w:t>Suprafața utilă (m²)</w:t>
            </w:r>
          </w:p>
          <w:p w:rsidR="003C7CA3" w:rsidRPr="009E435D" w:rsidRDefault="009E435D">
            <w:pPr>
              <w:keepNext/>
              <w:rPr>
                <w:lang w:val="fr-FR"/>
              </w:rPr>
            </w:pPr>
            <w:r w:rsidRPr="00F61A70">
              <w:rPr>
                <w:bCs/>
                <w:i/>
                <w:iCs/>
                <w:color w:val="808080" w:themeColor="background1" w:themeShade="80"/>
                <w:lang w:val="fr-FR"/>
              </w:rPr>
              <w:t>(existent/propus)</w:t>
            </w:r>
          </w:p>
          <w:p w:rsidR="003C7CA3" w:rsidRPr="009E435D" w:rsidRDefault="003C7CA3">
            <w:pPr>
              <w:keepNext/>
              <w:rPr>
                <w:lang w:val="fr-FR"/>
              </w:rPr>
            </w:pPr>
          </w:p>
        </w:tc>
        <w:tc>
          <w:tcPr>
            <w:tcW w:w="2409" w:type="dxa"/>
            <w:gridSpan w:val="2"/>
          </w:tcPr>
          <w:p w:rsidR="003C7CA3" w:rsidRDefault="003454F7">
            <w:pPr>
              <w:keepNext/>
              <w:rPr>
                <w:b/>
                <w:color w:val="0D5F78"/>
              </w:rPr>
            </w:pPr>
            <w:r>
              <w:rPr>
                <w:b/>
                <w:color w:val="0D5F78"/>
              </w:rPr>
              <w:t>Volum construit (m³)</w:t>
            </w:r>
          </w:p>
          <w:p w:rsidR="009E435D" w:rsidRDefault="009E435D">
            <w:pPr>
              <w:keepNext/>
            </w:pPr>
            <w:r w:rsidRPr="00F61A70">
              <w:rPr>
                <w:bCs/>
                <w:i/>
                <w:iCs/>
                <w:color w:val="808080" w:themeColor="background1" w:themeShade="80"/>
                <w:lang w:val="fr-FR"/>
              </w:rPr>
              <w:t>(existent/propus)</w:t>
            </w:r>
          </w:p>
          <w:p w:rsidR="003C7CA3" w:rsidRDefault="003C7CA3">
            <w:pPr>
              <w:keepNext/>
            </w:pPr>
          </w:p>
        </w:tc>
      </w:tr>
      <w:tr w:rsidR="003C7CA3">
        <w:trPr>
          <w:cantSplit/>
        </w:trPr>
        <w:tc>
          <w:tcPr>
            <w:tcW w:w="9636" w:type="dxa"/>
            <w:gridSpan w:val="9"/>
            <w:shd w:val="clear" w:color="auto" w:fill="F4F4F4"/>
          </w:tcPr>
          <w:p w:rsidR="003C7CA3" w:rsidRDefault="003454F7">
            <w:pPr>
              <w:keepNext/>
            </w:pPr>
            <w:r>
              <w:rPr>
                <w:sz w:val="16"/>
              </w:rPr>
              <w:t xml:space="preserve"> Rezistență mecanică și stabilitate</w:t>
            </w:r>
          </w:p>
        </w:tc>
      </w:tr>
      <w:tr w:rsidR="003C7CA3">
        <w:trPr>
          <w:cantSplit/>
          <w:trHeight w:val="510"/>
        </w:trPr>
        <w:tc>
          <w:tcPr>
            <w:tcW w:w="3212" w:type="dxa"/>
            <w:gridSpan w:val="2"/>
          </w:tcPr>
          <w:p w:rsidR="003C7CA3" w:rsidRDefault="003454F7">
            <w:pPr>
              <w:keepNext/>
            </w:pPr>
            <w:r>
              <w:rPr>
                <w:b/>
                <w:color w:val="0D5F78"/>
              </w:rPr>
              <w:t>Sistem structural</w:t>
            </w:r>
            <w:r w:rsidR="009E435D">
              <w:rPr>
                <w:b/>
                <w:color w:val="0D5F78"/>
              </w:rPr>
              <w:t xml:space="preserve"> </w:t>
            </w:r>
            <w:r w:rsidR="009E435D" w:rsidRPr="00F61A70">
              <w:rPr>
                <w:bCs/>
                <w:i/>
                <w:iCs/>
                <w:color w:val="808080" w:themeColor="background1" w:themeShade="80"/>
                <w:lang w:val="fr-FR"/>
              </w:rPr>
              <w:t>(existent/propus)</w:t>
            </w:r>
          </w:p>
          <w:p w:rsidR="003C7CA3" w:rsidRDefault="003C7CA3">
            <w:pPr>
              <w:keepNext/>
            </w:pPr>
          </w:p>
        </w:tc>
        <w:tc>
          <w:tcPr>
            <w:tcW w:w="3212" w:type="dxa"/>
            <w:gridSpan w:val="4"/>
          </w:tcPr>
          <w:p w:rsidR="003C7CA3" w:rsidRDefault="003454F7">
            <w:pPr>
              <w:keepNext/>
            </w:pPr>
            <w:r>
              <w:rPr>
                <w:b/>
                <w:color w:val="0D5F78"/>
              </w:rPr>
              <w:t>Material structural</w:t>
            </w:r>
            <w:r w:rsidR="009E435D">
              <w:rPr>
                <w:b/>
                <w:color w:val="0D5F78"/>
              </w:rPr>
              <w:t xml:space="preserve"> </w:t>
            </w:r>
            <w:r w:rsidR="009E435D" w:rsidRPr="00F61A70">
              <w:rPr>
                <w:bCs/>
                <w:i/>
                <w:iCs/>
                <w:color w:val="808080" w:themeColor="background1" w:themeShade="80"/>
                <w:lang w:val="fr-FR"/>
              </w:rPr>
              <w:t>(existent/propus)</w:t>
            </w:r>
          </w:p>
          <w:p w:rsidR="003C7CA3" w:rsidRDefault="003C7CA3">
            <w:pPr>
              <w:keepNext/>
            </w:pPr>
          </w:p>
        </w:tc>
        <w:tc>
          <w:tcPr>
            <w:tcW w:w="3212" w:type="dxa"/>
            <w:gridSpan w:val="3"/>
          </w:tcPr>
          <w:p w:rsidR="003C7CA3" w:rsidRPr="009E435D" w:rsidRDefault="003454F7">
            <w:pPr>
              <w:keepNext/>
              <w:rPr>
                <w:lang w:val="fr-FR"/>
              </w:rPr>
            </w:pPr>
            <w:r w:rsidRPr="009E435D">
              <w:rPr>
                <w:b/>
                <w:color w:val="0D5F78"/>
                <w:lang w:val="fr-FR"/>
              </w:rPr>
              <w:t>Clasa de risc seismic</w:t>
            </w:r>
            <w:r w:rsidR="009E435D" w:rsidRPr="009E435D">
              <w:rPr>
                <w:b/>
                <w:color w:val="0D5F78"/>
                <w:lang w:val="fr-FR"/>
              </w:rPr>
              <w:t xml:space="preserve"> </w:t>
            </w:r>
            <w:r w:rsidR="009E435D" w:rsidRPr="00F61A70">
              <w:rPr>
                <w:bCs/>
                <w:i/>
                <w:iCs/>
                <w:color w:val="808080" w:themeColor="background1" w:themeShade="80"/>
                <w:lang w:val="fr-FR"/>
              </w:rPr>
              <w:t>(existent/propus)</w:t>
            </w:r>
          </w:p>
          <w:p w:rsidR="003C7CA3" w:rsidRDefault="003454F7">
            <w:pPr>
              <w:keepNext/>
            </w:pPr>
            <w:r>
              <w:rPr>
                <w:i/>
                <w:color w:val="7A7A7A"/>
              </w:rPr>
              <w:t>Rs I … Rs IV</w:t>
            </w:r>
          </w:p>
          <w:p w:rsidR="003C7CA3" w:rsidRDefault="003C7CA3">
            <w:pPr>
              <w:keepNext/>
            </w:pPr>
          </w:p>
        </w:tc>
      </w:tr>
      <w:tr w:rsidR="003C7CA3">
        <w:trPr>
          <w:cantSplit/>
        </w:trPr>
        <w:tc>
          <w:tcPr>
            <w:tcW w:w="9636" w:type="dxa"/>
            <w:gridSpan w:val="9"/>
            <w:shd w:val="clear" w:color="auto" w:fill="F4F4F4"/>
          </w:tcPr>
          <w:p w:rsidR="003C7CA3" w:rsidRDefault="003454F7">
            <w:pPr>
              <w:keepNext/>
            </w:pPr>
            <w:r>
              <w:rPr>
                <w:sz w:val="16"/>
              </w:rPr>
              <w:t xml:space="preserve"> Anvelopă</w:t>
            </w:r>
          </w:p>
        </w:tc>
      </w:tr>
      <w:tr w:rsidR="003C7CA3" w:rsidRPr="009E435D">
        <w:trPr>
          <w:cantSplit/>
          <w:trHeight w:val="510"/>
        </w:trPr>
        <w:tc>
          <w:tcPr>
            <w:tcW w:w="2409" w:type="dxa"/>
          </w:tcPr>
          <w:p w:rsidR="003C7CA3" w:rsidRDefault="003454F7">
            <w:pPr>
              <w:keepNext/>
            </w:pPr>
            <w:r>
              <w:rPr>
                <w:b/>
                <w:color w:val="0D5F78"/>
              </w:rPr>
              <w:t>Acoperiș / învelitoare</w:t>
            </w:r>
            <w:r w:rsidR="009E435D">
              <w:rPr>
                <w:b/>
                <w:color w:val="0D5F78"/>
              </w:rPr>
              <w:t xml:space="preserve"> </w:t>
            </w:r>
            <w:r w:rsidR="009E435D" w:rsidRPr="00F61A70">
              <w:rPr>
                <w:bCs/>
                <w:i/>
                <w:iCs/>
                <w:color w:val="808080" w:themeColor="background1" w:themeShade="80"/>
                <w:lang w:val="fr-FR"/>
              </w:rPr>
              <w:t>(existent/propus)</w:t>
            </w:r>
          </w:p>
          <w:p w:rsidR="003C7CA3" w:rsidRDefault="003454F7">
            <w:pPr>
              <w:keepNext/>
            </w:pPr>
            <w:r>
              <w:rPr>
                <w:i/>
                <w:color w:val="7A7A7A"/>
              </w:rPr>
              <w:t>șarpantă sau terasă</w:t>
            </w:r>
          </w:p>
          <w:p w:rsidR="003C7CA3" w:rsidRDefault="003C7CA3">
            <w:pPr>
              <w:keepNext/>
            </w:pPr>
          </w:p>
        </w:tc>
        <w:tc>
          <w:tcPr>
            <w:tcW w:w="2409" w:type="dxa"/>
            <w:gridSpan w:val="3"/>
          </w:tcPr>
          <w:p w:rsidR="003C7CA3" w:rsidRDefault="003454F7">
            <w:pPr>
              <w:keepNext/>
              <w:rPr>
                <w:b/>
                <w:color w:val="0D5F78"/>
              </w:rPr>
            </w:pPr>
            <w:r>
              <w:rPr>
                <w:b/>
                <w:color w:val="0D5F78"/>
              </w:rPr>
              <w:t>Învelitoare (material / culoare)</w:t>
            </w:r>
          </w:p>
          <w:p w:rsidR="009E435D" w:rsidRDefault="009E435D">
            <w:pPr>
              <w:keepNext/>
            </w:pPr>
            <w:r w:rsidRPr="00F61A70">
              <w:rPr>
                <w:bCs/>
                <w:i/>
                <w:iCs/>
                <w:color w:val="808080" w:themeColor="background1" w:themeShade="80"/>
                <w:lang w:val="fr-FR"/>
              </w:rPr>
              <w:t>(existent/propus)</w:t>
            </w:r>
          </w:p>
          <w:p w:rsidR="003C7CA3" w:rsidRDefault="003C7CA3">
            <w:pPr>
              <w:keepNext/>
            </w:pPr>
          </w:p>
        </w:tc>
        <w:tc>
          <w:tcPr>
            <w:tcW w:w="2409" w:type="dxa"/>
            <w:gridSpan w:val="3"/>
          </w:tcPr>
          <w:p w:rsidR="009E435D" w:rsidRDefault="003454F7">
            <w:pPr>
              <w:keepNext/>
              <w:rPr>
                <w:b/>
                <w:color w:val="0D5F78"/>
              </w:rPr>
            </w:pPr>
            <w:r>
              <w:rPr>
                <w:b/>
                <w:color w:val="0D5F78"/>
              </w:rPr>
              <w:t>Finisaj / tâmplărie exterioară</w:t>
            </w:r>
          </w:p>
          <w:p w:rsidR="003C7CA3" w:rsidRDefault="009E435D">
            <w:pPr>
              <w:keepNext/>
            </w:pPr>
            <w:r w:rsidRPr="00F61A70">
              <w:rPr>
                <w:bCs/>
                <w:i/>
                <w:iCs/>
                <w:color w:val="808080" w:themeColor="background1" w:themeShade="80"/>
                <w:lang w:val="fr-FR"/>
              </w:rPr>
              <w:t>(existent/propus)</w:t>
            </w:r>
          </w:p>
          <w:p w:rsidR="003C7CA3" w:rsidRDefault="003454F7">
            <w:pPr>
              <w:keepNext/>
            </w:pPr>
            <w:r>
              <w:rPr>
                <w:i/>
                <w:color w:val="7A7A7A"/>
              </w:rPr>
              <w:t>material, culoare</w:t>
            </w:r>
          </w:p>
          <w:p w:rsidR="003C7CA3" w:rsidRDefault="003C7CA3">
            <w:pPr>
              <w:keepNext/>
            </w:pPr>
          </w:p>
        </w:tc>
        <w:tc>
          <w:tcPr>
            <w:tcW w:w="2409" w:type="dxa"/>
            <w:gridSpan w:val="2"/>
          </w:tcPr>
          <w:p w:rsidR="009E435D" w:rsidRDefault="003454F7">
            <w:pPr>
              <w:keepNext/>
              <w:rPr>
                <w:b/>
                <w:color w:val="0D5F78"/>
                <w:lang w:val="fr-FR"/>
              </w:rPr>
            </w:pPr>
            <w:r w:rsidRPr="009E435D">
              <w:rPr>
                <w:b/>
                <w:color w:val="0D5F78"/>
                <w:lang w:val="fr-FR"/>
              </w:rPr>
              <w:t>Sistem de încălzire</w:t>
            </w:r>
          </w:p>
          <w:p w:rsidR="003C7CA3" w:rsidRPr="009E435D" w:rsidRDefault="009E435D">
            <w:pPr>
              <w:keepNext/>
              <w:rPr>
                <w:lang w:val="fr-FR"/>
              </w:rPr>
            </w:pPr>
            <w:r w:rsidRPr="00F61A70">
              <w:rPr>
                <w:bCs/>
                <w:i/>
                <w:iCs/>
                <w:color w:val="808080" w:themeColor="background1" w:themeShade="80"/>
                <w:lang w:val="fr-FR"/>
              </w:rPr>
              <w:t>(existent/propus)</w:t>
            </w:r>
          </w:p>
          <w:p w:rsidR="003C7CA3" w:rsidRPr="009E435D" w:rsidRDefault="003C7CA3">
            <w:pPr>
              <w:keepNext/>
              <w:rPr>
                <w:lang w:val="fr-FR"/>
              </w:rPr>
            </w:pPr>
          </w:p>
        </w:tc>
      </w:tr>
      <w:tr w:rsidR="003C7CA3">
        <w:trPr>
          <w:cantSplit/>
        </w:trPr>
        <w:tc>
          <w:tcPr>
            <w:tcW w:w="9636" w:type="dxa"/>
            <w:gridSpan w:val="9"/>
            <w:shd w:val="clear" w:color="auto" w:fill="F4F4F4"/>
          </w:tcPr>
          <w:p w:rsidR="003C7CA3" w:rsidRDefault="003454F7">
            <w:pPr>
              <w:keepNext/>
            </w:pPr>
            <w:r w:rsidRPr="009E435D">
              <w:rPr>
                <w:sz w:val="16"/>
                <w:lang w:val="fr-FR"/>
              </w:rPr>
              <w:t xml:space="preserve"> </w:t>
            </w:r>
            <w:r>
              <w:rPr>
                <w:sz w:val="16"/>
              </w:rPr>
              <w:t>Siguranță la incendiu</w:t>
            </w:r>
          </w:p>
        </w:tc>
      </w:tr>
      <w:tr w:rsidR="003C7CA3" w:rsidRPr="009E435D">
        <w:trPr>
          <w:cantSplit/>
          <w:trHeight w:val="510"/>
        </w:trPr>
        <w:tc>
          <w:tcPr>
            <w:tcW w:w="5621" w:type="dxa"/>
            <w:gridSpan w:val="5"/>
          </w:tcPr>
          <w:p w:rsidR="003C7CA3" w:rsidRPr="009E435D" w:rsidRDefault="003454F7">
            <w:pPr>
              <w:keepNext/>
              <w:rPr>
                <w:lang w:val="fr-FR"/>
              </w:rPr>
            </w:pPr>
            <w:r w:rsidRPr="009E435D">
              <w:rPr>
                <w:b/>
                <w:color w:val="0D5F78"/>
                <w:lang w:val="fr-FR"/>
              </w:rPr>
              <w:t>Nivel de stabilitate la incendiu</w:t>
            </w:r>
            <w:r w:rsidR="009E435D" w:rsidRPr="009E435D">
              <w:rPr>
                <w:b/>
                <w:color w:val="0D5F78"/>
                <w:lang w:val="fr-FR"/>
              </w:rPr>
              <w:t xml:space="preserve"> </w:t>
            </w:r>
            <w:r w:rsidR="009E435D" w:rsidRPr="00F61A70">
              <w:rPr>
                <w:bCs/>
                <w:i/>
                <w:iCs/>
                <w:color w:val="808080" w:themeColor="background1" w:themeShade="80"/>
                <w:lang w:val="fr-FR"/>
              </w:rPr>
              <w:t>(existent/propus)</w:t>
            </w:r>
          </w:p>
          <w:p w:rsidR="003C7CA3" w:rsidRPr="009E435D" w:rsidRDefault="003C7CA3">
            <w:pPr>
              <w:keepNext/>
              <w:rPr>
                <w:lang w:val="fr-FR"/>
              </w:rPr>
            </w:pPr>
          </w:p>
        </w:tc>
        <w:tc>
          <w:tcPr>
            <w:tcW w:w="4015" w:type="dxa"/>
            <w:gridSpan w:val="4"/>
          </w:tcPr>
          <w:p w:rsidR="003C7CA3" w:rsidRPr="009E435D" w:rsidRDefault="003454F7">
            <w:pPr>
              <w:keepNext/>
              <w:rPr>
                <w:lang w:val="fr-FR"/>
              </w:rPr>
            </w:pPr>
            <w:r w:rsidRPr="009E435D">
              <w:rPr>
                <w:b/>
                <w:color w:val="0D5F78"/>
                <w:lang w:val="fr-FR"/>
              </w:rPr>
              <w:t>Număr maxim utilizatori</w:t>
            </w:r>
            <w:r w:rsidR="009E435D" w:rsidRPr="009E435D">
              <w:rPr>
                <w:b/>
                <w:color w:val="0D5F78"/>
                <w:lang w:val="fr-FR"/>
              </w:rPr>
              <w:t xml:space="preserve"> </w:t>
            </w:r>
            <w:r w:rsidR="009E435D" w:rsidRPr="00F61A70">
              <w:rPr>
                <w:bCs/>
                <w:i/>
                <w:iCs/>
                <w:color w:val="808080" w:themeColor="background1" w:themeShade="80"/>
                <w:lang w:val="fr-FR"/>
              </w:rPr>
              <w:t>(existent/propus)</w:t>
            </w:r>
          </w:p>
          <w:p w:rsidR="003C7CA3" w:rsidRPr="009E435D" w:rsidRDefault="003C7CA3">
            <w:pPr>
              <w:keepNext/>
              <w:rPr>
                <w:lang w:val="fr-FR"/>
              </w:rPr>
            </w:pPr>
          </w:p>
        </w:tc>
      </w:tr>
    </w:tbl>
    <w:p w:rsidR="003C7CA3" w:rsidRPr="009E435D"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803"/>
        <w:gridCol w:w="803"/>
        <w:gridCol w:w="803"/>
        <w:gridCol w:w="803"/>
        <w:gridCol w:w="1606"/>
        <w:gridCol w:w="803"/>
        <w:gridCol w:w="803"/>
        <w:gridCol w:w="1606"/>
      </w:tblGrid>
      <w:tr w:rsidR="003C7CA3" w:rsidRPr="005B29C5">
        <w:trPr>
          <w:cantSplit/>
        </w:trPr>
        <w:tc>
          <w:tcPr>
            <w:tcW w:w="9636" w:type="dxa"/>
            <w:gridSpan w:val="9"/>
            <w:shd w:val="clear" w:color="auto" w:fill="F4F4F4"/>
          </w:tcPr>
          <w:p w:rsidR="003C7CA3" w:rsidRPr="005B29C5" w:rsidRDefault="003454F7">
            <w:pPr>
              <w:keepNext/>
              <w:rPr>
                <w:lang w:val="fr-FR"/>
              </w:rPr>
            </w:pPr>
            <w:r w:rsidRPr="005B29C5">
              <w:rPr>
                <w:b/>
                <w:sz w:val="16"/>
                <w:lang w:val="fr-FR"/>
              </w:rPr>
              <w:t xml:space="preserve"> 5. </w:t>
            </w:r>
            <w:r w:rsidRPr="005B29C5">
              <w:rPr>
                <w:b/>
                <w:color w:val="000000"/>
                <w:sz w:val="18"/>
                <w:lang w:val="fr-FR"/>
              </w:rPr>
              <w:t>CAPACITĂȚILE FUNCȚIONALE ALE CONSTRUCȚIILOR PROIECTATE</w:t>
            </w:r>
          </w:p>
        </w:tc>
      </w:tr>
      <w:tr w:rsidR="003C7CA3">
        <w:trPr>
          <w:cantSplit/>
        </w:trPr>
        <w:tc>
          <w:tcPr>
            <w:tcW w:w="9636" w:type="dxa"/>
            <w:gridSpan w:val="9"/>
            <w:shd w:val="clear" w:color="auto" w:fill="F4F4F4"/>
          </w:tcPr>
          <w:p w:rsidR="003C7CA3" w:rsidRDefault="003454F7">
            <w:pPr>
              <w:keepNext/>
            </w:pPr>
            <w:r w:rsidRPr="005B29C5">
              <w:rPr>
                <w:sz w:val="16"/>
                <w:lang w:val="fr-FR"/>
              </w:rPr>
              <w:t xml:space="preserve"> </w:t>
            </w:r>
            <w:r>
              <w:rPr>
                <w:sz w:val="16"/>
              </w:rPr>
              <w:t>Construcții de locuințe</w:t>
            </w:r>
          </w:p>
        </w:tc>
      </w:tr>
      <w:tr w:rsidR="003C7CA3" w:rsidRPr="00F61A70">
        <w:trPr>
          <w:cantSplit/>
        </w:trPr>
        <w:tc>
          <w:tcPr>
            <w:tcW w:w="9636" w:type="dxa"/>
            <w:gridSpan w:val="9"/>
          </w:tcPr>
          <w:p w:rsidR="003C7CA3" w:rsidRPr="005B29C5" w:rsidRDefault="003454F7">
            <w:pPr>
              <w:keepNext/>
              <w:rPr>
                <w:lang w:val="fr-FR"/>
              </w:rPr>
            </w:pPr>
            <w:r w:rsidRPr="005B29C5">
              <w:rPr>
                <w:sz w:val="16"/>
                <w:lang w:val="fr-FR"/>
              </w:rPr>
              <w:t xml:space="preserve"> ☐ principale (permanente)     ☐ sezoniere (de vacanță)     ☐ pentru închiriere     ☐ sociale     ☐ de serviciu     ☐ de necesitate     </w:t>
            </w:r>
            <w:proofErr w:type="gramStart"/>
            <w:r w:rsidRPr="005B29C5">
              <w:rPr>
                <w:sz w:val="16"/>
                <w:lang w:val="fr-FR"/>
              </w:rPr>
              <w:t xml:space="preserve">☐ de intervenție    </w:t>
            </w:r>
            <w:proofErr w:type="gramEnd"/>
            <w:r w:rsidRPr="005B29C5">
              <w:rPr>
                <w:sz w:val="16"/>
                <w:lang w:val="fr-FR"/>
              </w:rPr>
              <w:t xml:space="preserve"> ☐ de protocol</w:t>
            </w:r>
          </w:p>
        </w:tc>
      </w:tr>
      <w:tr w:rsidR="003C7CA3">
        <w:trPr>
          <w:cantSplit/>
          <w:trHeight w:val="510"/>
        </w:trPr>
        <w:tc>
          <w:tcPr>
            <w:tcW w:w="1606" w:type="dxa"/>
          </w:tcPr>
          <w:p w:rsidR="003C7CA3" w:rsidRDefault="003454F7">
            <w:pPr>
              <w:keepNext/>
            </w:pPr>
            <w:r>
              <w:rPr>
                <w:b/>
                <w:color w:val="0D5F78"/>
              </w:rPr>
              <w:t>Număr de apartamente</w:t>
            </w:r>
          </w:p>
          <w:p w:rsidR="003C7CA3" w:rsidRDefault="003C7CA3">
            <w:pPr>
              <w:keepNext/>
            </w:pPr>
          </w:p>
        </w:tc>
        <w:tc>
          <w:tcPr>
            <w:tcW w:w="1606" w:type="dxa"/>
            <w:gridSpan w:val="2"/>
          </w:tcPr>
          <w:p w:rsidR="003C7CA3" w:rsidRDefault="003454F7">
            <w:pPr>
              <w:keepNext/>
            </w:pPr>
            <w:r>
              <w:rPr>
                <w:b/>
                <w:color w:val="0D5F78"/>
              </w:rPr>
              <w:t>cu 1 cameră</w:t>
            </w:r>
          </w:p>
          <w:p w:rsidR="003C7CA3" w:rsidRDefault="003C7CA3">
            <w:pPr>
              <w:keepNext/>
            </w:pPr>
          </w:p>
        </w:tc>
        <w:tc>
          <w:tcPr>
            <w:tcW w:w="1606" w:type="dxa"/>
            <w:gridSpan w:val="2"/>
          </w:tcPr>
          <w:p w:rsidR="003C7CA3" w:rsidRDefault="003454F7">
            <w:pPr>
              <w:keepNext/>
            </w:pPr>
            <w:r>
              <w:rPr>
                <w:b/>
                <w:color w:val="0D5F78"/>
              </w:rPr>
              <w:t>2 camere</w:t>
            </w:r>
          </w:p>
          <w:p w:rsidR="003C7CA3" w:rsidRDefault="003C7CA3">
            <w:pPr>
              <w:keepNext/>
            </w:pPr>
          </w:p>
        </w:tc>
        <w:tc>
          <w:tcPr>
            <w:tcW w:w="1606" w:type="dxa"/>
          </w:tcPr>
          <w:p w:rsidR="003C7CA3" w:rsidRDefault="003454F7">
            <w:pPr>
              <w:keepNext/>
            </w:pPr>
            <w:r>
              <w:rPr>
                <w:b/>
                <w:color w:val="0D5F78"/>
              </w:rPr>
              <w:t>3 camere</w:t>
            </w:r>
          </w:p>
          <w:p w:rsidR="003C7CA3" w:rsidRDefault="003C7CA3">
            <w:pPr>
              <w:keepNext/>
            </w:pPr>
          </w:p>
        </w:tc>
        <w:tc>
          <w:tcPr>
            <w:tcW w:w="1606" w:type="dxa"/>
            <w:gridSpan w:val="2"/>
          </w:tcPr>
          <w:p w:rsidR="003C7CA3" w:rsidRDefault="003454F7">
            <w:pPr>
              <w:keepNext/>
            </w:pPr>
            <w:r>
              <w:rPr>
                <w:b/>
                <w:color w:val="0D5F78"/>
              </w:rPr>
              <w:t>4 camere</w:t>
            </w:r>
          </w:p>
          <w:p w:rsidR="003C7CA3" w:rsidRDefault="003C7CA3">
            <w:pPr>
              <w:keepNext/>
            </w:pPr>
          </w:p>
        </w:tc>
        <w:tc>
          <w:tcPr>
            <w:tcW w:w="1606" w:type="dxa"/>
          </w:tcPr>
          <w:p w:rsidR="003C7CA3" w:rsidRDefault="003454F7">
            <w:pPr>
              <w:keepNext/>
            </w:pPr>
            <w:r>
              <w:rPr>
                <w:b/>
                <w:color w:val="0D5F78"/>
              </w:rPr>
              <w:t>5+ camere</w:t>
            </w:r>
          </w:p>
          <w:p w:rsidR="003C7CA3" w:rsidRDefault="003C7CA3">
            <w:pPr>
              <w:keepNext/>
            </w:pPr>
          </w:p>
        </w:tc>
      </w:tr>
      <w:tr w:rsidR="003C7CA3" w:rsidRPr="00F61A70">
        <w:trPr>
          <w:cantSplit/>
        </w:trPr>
        <w:tc>
          <w:tcPr>
            <w:tcW w:w="9636" w:type="dxa"/>
            <w:gridSpan w:val="9"/>
            <w:shd w:val="clear" w:color="auto" w:fill="F4F4F4"/>
          </w:tcPr>
          <w:p w:rsidR="003C7CA3" w:rsidRPr="005B29C5" w:rsidRDefault="003454F7">
            <w:pPr>
              <w:keepNext/>
              <w:rPr>
                <w:lang w:val="fr-FR"/>
              </w:rPr>
            </w:pPr>
            <w:r w:rsidRPr="005B29C5">
              <w:rPr>
                <w:sz w:val="16"/>
                <w:lang w:val="fr-FR"/>
              </w:rPr>
              <w:t xml:space="preserve"> Construcții pentru instituții publice și servicii</w:t>
            </w:r>
          </w:p>
        </w:tc>
      </w:tr>
      <w:tr w:rsidR="003C7CA3">
        <w:trPr>
          <w:cantSplit/>
          <w:trHeight w:val="510"/>
        </w:trPr>
        <w:tc>
          <w:tcPr>
            <w:tcW w:w="3212" w:type="dxa"/>
            <w:gridSpan w:val="3"/>
          </w:tcPr>
          <w:p w:rsidR="003C7CA3" w:rsidRDefault="003454F7">
            <w:pPr>
              <w:keepNext/>
            </w:pPr>
            <w:r>
              <w:rPr>
                <w:b/>
                <w:color w:val="0D5F78"/>
              </w:rPr>
              <w:t>sănătate — nr. de paturi</w:t>
            </w:r>
          </w:p>
          <w:p w:rsidR="003C7CA3" w:rsidRDefault="003C7CA3">
            <w:pPr>
              <w:keepNext/>
            </w:pPr>
          </w:p>
        </w:tc>
        <w:tc>
          <w:tcPr>
            <w:tcW w:w="3212" w:type="dxa"/>
            <w:gridSpan w:val="3"/>
          </w:tcPr>
          <w:p w:rsidR="003C7CA3" w:rsidRDefault="003454F7">
            <w:pPr>
              <w:keepNext/>
            </w:pPr>
            <w:r>
              <w:rPr>
                <w:b/>
                <w:color w:val="0D5F78"/>
              </w:rPr>
              <w:t xml:space="preserve">învățământ — </w:t>
            </w:r>
            <w:r w:rsidR="00B0669A">
              <w:rPr>
                <w:b/>
                <w:color w:val="0D5F78"/>
              </w:rPr>
              <w:t>nr. s</w:t>
            </w:r>
            <w:r>
              <w:rPr>
                <w:b/>
                <w:color w:val="0D5F78"/>
              </w:rPr>
              <w:t xml:space="preserve">ăli / </w:t>
            </w:r>
            <w:r w:rsidR="00B0669A">
              <w:rPr>
                <w:b/>
                <w:color w:val="0D5F78"/>
              </w:rPr>
              <w:t xml:space="preserve">nr. </w:t>
            </w:r>
            <w:r>
              <w:rPr>
                <w:b/>
                <w:color w:val="0D5F78"/>
              </w:rPr>
              <w:t xml:space="preserve">locuri / </w:t>
            </w:r>
            <w:r w:rsidR="00B0669A">
              <w:rPr>
                <w:b/>
                <w:color w:val="0D5F78"/>
              </w:rPr>
              <w:t xml:space="preserve">nr. </w:t>
            </w:r>
            <w:r>
              <w:rPr>
                <w:b/>
                <w:color w:val="0D5F78"/>
              </w:rPr>
              <w:t>grupe</w:t>
            </w:r>
          </w:p>
          <w:p w:rsidR="003C7CA3" w:rsidRDefault="003C7CA3">
            <w:pPr>
              <w:keepNext/>
            </w:pPr>
          </w:p>
        </w:tc>
        <w:tc>
          <w:tcPr>
            <w:tcW w:w="3212" w:type="dxa"/>
            <w:gridSpan w:val="3"/>
          </w:tcPr>
          <w:p w:rsidR="003C7CA3" w:rsidRDefault="003454F7">
            <w:pPr>
              <w:keepNext/>
            </w:pPr>
            <w:r>
              <w:rPr>
                <w:b/>
                <w:color w:val="0D5F78"/>
              </w:rPr>
              <w:t>cultură — nr. de locuri</w:t>
            </w:r>
          </w:p>
          <w:p w:rsidR="003C7CA3" w:rsidRDefault="003C7CA3">
            <w:pPr>
              <w:keepNext/>
            </w:pPr>
          </w:p>
        </w:tc>
      </w:tr>
      <w:tr w:rsidR="003C7CA3">
        <w:trPr>
          <w:cantSplit/>
          <w:trHeight w:val="510"/>
        </w:trPr>
        <w:tc>
          <w:tcPr>
            <w:tcW w:w="3212" w:type="dxa"/>
            <w:gridSpan w:val="3"/>
          </w:tcPr>
          <w:p w:rsidR="003C7CA3" w:rsidRDefault="003454F7">
            <w:pPr>
              <w:keepNext/>
            </w:pPr>
            <w:r>
              <w:rPr>
                <w:b/>
                <w:color w:val="0D5F78"/>
              </w:rPr>
              <w:t xml:space="preserve">hoteliere — </w:t>
            </w:r>
            <w:r w:rsidR="00B0669A">
              <w:rPr>
                <w:b/>
                <w:color w:val="0D5F78"/>
              </w:rPr>
              <w:t xml:space="preserve">nr. </w:t>
            </w:r>
            <w:r>
              <w:rPr>
                <w:b/>
                <w:color w:val="0D5F78"/>
              </w:rPr>
              <w:t>camere /</w:t>
            </w:r>
            <w:r w:rsidR="00B0669A">
              <w:rPr>
                <w:b/>
                <w:color w:val="0D5F78"/>
              </w:rPr>
              <w:t>nr.</w:t>
            </w:r>
            <w:r>
              <w:rPr>
                <w:b/>
                <w:color w:val="0D5F78"/>
              </w:rPr>
              <w:t xml:space="preserve"> locuri</w:t>
            </w:r>
          </w:p>
          <w:p w:rsidR="003C7CA3" w:rsidRDefault="003C7CA3">
            <w:pPr>
              <w:keepNext/>
            </w:pPr>
          </w:p>
        </w:tc>
        <w:tc>
          <w:tcPr>
            <w:tcW w:w="3212" w:type="dxa"/>
            <w:gridSpan w:val="3"/>
          </w:tcPr>
          <w:p w:rsidR="003C7CA3" w:rsidRDefault="003454F7">
            <w:pPr>
              <w:keepNext/>
            </w:pPr>
            <w:r>
              <w:rPr>
                <w:b/>
                <w:color w:val="0D5F78"/>
              </w:rPr>
              <w:t>culte — nr. de locuri</w:t>
            </w:r>
          </w:p>
          <w:p w:rsidR="003C7CA3" w:rsidRDefault="003C7CA3">
            <w:pPr>
              <w:keepNext/>
            </w:pPr>
          </w:p>
        </w:tc>
        <w:tc>
          <w:tcPr>
            <w:tcW w:w="3212" w:type="dxa"/>
            <w:gridSpan w:val="3"/>
          </w:tcPr>
          <w:p w:rsidR="003C7CA3" w:rsidRDefault="003454F7">
            <w:pPr>
              <w:keepNext/>
            </w:pPr>
            <w:r>
              <w:rPr>
                <w:b/>
                <w:color w:val="0D5F78"/>
              </w:rPr>
              <w:t xml:space="preserve">administrative și financiare — </w:t>
            </w:r>
            <w:r w:rsidR="00B0669A">
              <w:rPr>
                <w:b/>
                <w:color w:val="0D5F78"/>
              </w:rPr>
              <w:t>nr.</w:t>
            </w:r>
            <w:r>
              <w:rPr>
                <w:b/>
                <w:color w:val="0D5F78"/>
              </w:rPr>
              <w:t>personal</w:t>
            </w:r>
          </w:p>
          <w:p w:rsidR="003C7CA3" w:rsidRDefault="003C7CA3">
            <w:pPr>
              <w:keepNext/>
            </w:pPr>
          </w:p>
        </w:tc>
      </w:tr>
      <w:tr w:rsidR="003C7CA3">
        <w:trPr>
          <w:cantSplit/>
          <w:trHeight w:val="510"/>
        </w:trPr>
        <w:tc>
          <w:tcPr>
            <w:tcW w:w="2409" w:type="dxa"/>
            <w:gridSpan w:val="2"/>
          </w:tcPr>
          <w:p w:rsidR="003C7CA3" w:rsidRDefault="003454F7">
            <w:pPr>
              <w:keepNext/>
            </w:pPr>
            <w:r>
              <w:rPr>
                <w:b/>
                <w:color w:val="0D5F78"/>
              </w:rPr>
              <w:t xml:space="preserve">comerț — </w:t>
            </w:r>
            <w:r w:rsidR="00B0669A">
              <w:rPr>
                <w:b/>
                <w:color w:val="0D5F78"/>
              </w:rPr>
              <w:t>nr.</w:t>
            </w:r>
            <w:r>
              <w:rPr>
                <w:b/>
                <w:color w:val="0D5F78"/>
              </w:rPr>
              <w:t>personal</w:t>
            </w:r>
          </w:p>
          <w:p w:rsidR="003C7CA3" w:rsidRDefault="003C7CA3">
            <w:pPr>
              <w:keepNext/>
            </w:pPr>
          </w:p>
        </w:tc>
        <w:tc>
          <w:tcPr>
            <w:tcW w:w="2409" w:type="dxa"/>
            <w:gridSpan w:val="3"/>
          </w:tcPr>
          <w:p w:rsidR="003C7CA3" w:rsidRPr="00B0669A" w:rsidRDefault="003454F7">
            <w:pPr>
              <w:keepNext/>
              <w:rPr>
                <w:lang w:val="fr-FR"/>
              </w:rPr>
            </w:pPr>
            <w:r w:rsidRPr="00B0669A">
              <w:rPr>
                <w:b/>
                <w:color w:val="0D5F78"/>
                <w:lang w:val="fr-FR"/>
              </w:rPr>
              <w:t xml:space="preserve">alimentație publică — </w:t>
            </w:r>
            <w:r w:rsidR="00B0669A" w:rsidRPr="00B0669A">
              <w:rPr>
                <w:b/>
                <w:color w:val="0D5F78"/>
                <w:lang w:val="fr-FR"/>
              </w:rPr>
              <w:t>nr.</w:t>
            </w:r>
            <w:r w:rsidRPr="00B0669A">
              <w:rPr>
                <w:b/>
                <w:color w:val="0D5F78"/>
                <w:lang w:val="fr-FR"/>
              </w:rPr>
              <w:t xml:space="preserve">locuri / </w:t>
            </w:r>
            <w:r w:rsidR="00B0669A" w:rsidRPr="00B0669A">
              <w:rPr>
                <w:b/>
                <w:color w:val="0D5F78"/>
                <w:lang w:val="fr-FR"/>
              </w:rPr>
              <w:t>nr.</w:t>
            </w:r>
            <w:r w:rsidRPr="00B0669A">
              <w:rPr>
                <w:b/>
                <w:color w:val="0D5F78"/>
                <w:lang w:val="fr-FR"/>
              </w:rPr>
              <w:t>personal</w:t>
            </w:r>
          </w:p>
          <w:p w:rsidR="003C7CA3" w:rsidRPr="00B0669A" w:rsidRDefault="003C7CA3">
            <w:pPr>
              <w:keepNext/>
              <w:rPr>
                <w:lang w:val="fr-FR"/>
              </w:rPr>
            </w:pPr>
          </w:p>
        </w:tc>
        <w:tc>
          <w:tcPr>
            <w:tcW w:w="2409" w:type="dxa"/>
            <w:gridSpan w:val="2"/>
          </w:tcPr>
          <w:p w:rsidR="003C7CA3" w:rsidRDefault="003454F7">
            <w:pPr>
              <w:keepNext/>
            </w:pPr>
            <w:r>
              <w:rPr>
                <w:b/>
                <w:color w:val="0D5F78"/>
              </w:rPr>
              <w:t xml:space="preserve">servicii — </w:t>
            </w:r>
            <w:r w:rsidR="00B0669A">
              <w:rPr>
                <w:b/>
                <w:color w:val="0D5F78"/>
              </w:rPr>
              <w:t>nr.</w:t>
            </w:r>
            <w:r>
              <w:rPr>
                <w:b/>
                <w:color w:val="0D5F78"/>
              </w:rPr>
              <w:t>personal</w:t>
            </w:r>
          </w:p>
          <w:p w:rsidR="003C7CA3" w:rsidRDefault="003C7CA3">
            <w:pPr>
              <w:keepNext/>
            </w:pPr>
          </w:p>
        </w:tc>
        <w:tc>
          <w:tcPr>
            <w:tcW w:w="2409" w:type="dxa"/>
            <w:gridSpan w:val="2"/>
          </w:tcPr>
          <w:p w:rsidR="003C7CA3" w:rsidRDefault="003454F7">
            <w:pPr>
              <w:keepNext/>
            </w:pPr>
            <w:r>
              <w:rPr>
                <w:b/>
                <w:color w:val="0D5F78"/>
              </w:rPr>
              <w:t xml:space="preserve">sport / recreere — </w:t>
            </w:r>
            <w:r w:rsidR="00B0669A">
              <w:rPr>
                <w:b/>
                <w:color w:val="0D5F78"/>
              </w:rPr>
              <w:t>nr.</w:t>
            </w:r>
            <w:r>
              <w:rPr>
                <w:b/>
                <w:color w:val="0D5F78"/>
              </w:rPr>
              <w:t>locuri</w:t>
            </w:r>
          </w:p>
          <w:p w:rsidR="003C7CA3" w:rsidRDefault="003C7CA3">
            <w:pPr>
              <w:keepNext/>
            </w:pPr>
          </w:p>
        </w:tc>
      </w:tr>
      <w:tr w:rsidR="003C7CA3">
        <w:trPr>
          <w:cantSplit/>
          <w:trHeight w:val="510"/>
        </w:trPr>
        <w:tc>
          <w:tcPr>
            <w:tcW w:w="4015" w:type="dxa"/>
            <w:gridSpan w:val="4"/>
          </w:tcPr>
          <w:p w:rsidR="003C7CA3" w:rsidRPr="005B29C5" w:rsidRDefault="003454F7">
            <w:pPr>
              <w:keepNext/>
              <w:rPr>
                <w:lang w:val="fr-FR"/>
              </w:rPr>
            </w:pPr>
            <w:r w:rsidRPr="005B29C5">
              <w:rPr>
                <w:b/>
                <w:color w:val="0D5F78"/>
                <w:lang w:val="fr-FR"/>
              </w:rPr>
              <w:t>agricole — nr. de capete / capacitate</w:t>
            </w:r>
          </w:p>
          <w:p w:rsidR="003C7CA3" w:rsidRPr="005B29C5" w:rsidRDefault="003C7CA3">
            <w:pPr>
              <w:keepNext/>
              <w:rPr>
                <w:lang w:val="fr-FR"/>
              </w:rPr>
            </w:pPr>
          </w:p>
        </w:tc>
        <w:tc>
          <w:tcPr>
            <w:tcW w:w="2409" w:type="dxa"/>
            <w:gridSpan w:val="2"/>
          </w:tcPr>
          <w:p w:rsidR="003C7CA3" w:rsidRDefault="003454F7">
            <w:pPr>
              <w:keepNext/>
            </w:pPr>
            <w:r>
              <w:rPr>
                <w:b/>
                <w:color w:val="0D5F78"/>
              </w:rPr>
              <w:t xml:space="preserve">producție — </w:t>
            </w:r>
            <w:r w:rsidR="00B0669A">
              <w:rPr>
                <w:b/>
                <w:color w:val="0D5F78"/>
              </w:rPr>
              <w:t>nr.</w:t>
            </w:r>
            <w:r>
              <w:rPr>
                <w:b/>
                <w:color w:val="0D5F78"/>
              </w:rPr>
              <w:t>personal</w:t>
            </w:r>
          </w:p>
          <w:p w:rsidR="003C7CA3" w:rsidRDefault="003C7CA3">
            <w:pPr>
              <w:keepNext/>
            </w:pPr>
          </w:p>
        </w:tc>
        <w:tc>
          <w:tcPr>
            <w:tcW w:w="3212" w:type="dxa"/>
            <w:gridSpan w:val="3"/>
          </w:tcPr>
          <w:p w:rsidR="003C7CA3" w:rsidRDefault="003454F7">
            <w:pPr>
              <w:keepNext/>
            </w:pPr>
            <w:r>
              <w:rPr>
                <w:b/>
                <w:color w:val="0D5F78"/>
              </w:rPr>
              <w:t xml:space="preserve">depozitare — </w:t>
            </w:r>
            <w:r w:rsidR="00B0669A">
              <w:rPr>
                <w:b/>
                <w:color w:val="0D5F78"/>
              </w:rPr>
              <w:t>nr.</w:t>
            </w:r>
            <w:r>
              <w:rPr>
                <w:b/>
                <w:color w:val="0D5F78"/>
              </w:rPr>
              <w:t>personal / capacitate</w:t>
            </w:r>
          </w:p>
          <w:p w:rsidR="003C7CA3" w:rsidRDefault="003C7CA3">
            <w:pPr>
              <w:keepNext/>
            </w:pPr>
          </w:p>
        </w:tc>
      </w:tr>
      <w:tr w:rsidR="003C7CA3" w:rsidRPr="00F61A70">
        <w:trPr>
          <w:cantSplit/>
          <w:trHeight w:val="510"/>
        </w:trPr>
        <w:tc>
          <w:tcPr>
            <w:tcW w:w="9636" w:type="dxa"/>
            <w:gridSpan w:val="9"/>
          </w:tcPr>
          <w:p w:rsidR="003C7CA3" w:rsidRPr="005B29C5" w:rsidRDefault="003454F7">
            <w:pPr>
              <w:rPr>
                <w:lang w:val="fr-FR"/>
              </w:rPr>
            </w:pPr>
            <w:r w:rsidRPr="005B29C5">
              <w:rPr>
                <w:b/>
                <w:color w:val="0D5F78"/>
                <w:lang w:val="fr-FR"/>
              </w:rPr>
              <w:t>Alte caracteristici ale capacităților funcționale, necuprinse mai sus</w:t>
            </w:r>
          </w:p>
          <w:p w:rsidR="003C7CA3" w:rsidRPr="005B29C5" w:rsidRDefault="003C7CA3">
            <w:pPr>
              <w:rPr>
                <w:lang w:val="fr-FR"/>
              </w:rPr>
            </w:pPr>
          </w:p>
        </w:tc>
      </w:tr>
    </w:tbl>
    <w:p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629"/>
        <w:gridCol w:w="1842"/>
        <w:gridCol w:w="2347"/>
        <w:gridCol w:w="1606"/>
        <w:gridCol w:w="1606"/>
      </w:tblGrid>
      <w:tr w:rsidR="003C7CA3" w:rsidRPr="00F61A70">
        <w:trPr>
          <w:cantSplit/>
        </w:trPr>
        <w:tc>
          <w:tcPr>
            <w:tcW w:w="9636" w:type="dxa"/>
            <w:gridSpan w:val="6"/>
            <w:shd w:val="clear" w:color="auto" w:fill="F4F4F4"/>
          </w:tcPr>
          <w:p w:rsidR="003C7CA3" w:rsidRPr="005B29C5" w:rsidRDefault="003454F7">
            <w:pPr>
              <w:keepNext/>
              <w:rPr>
                <w:lang w:val="fr-FR"/>
              </w:rPr>
            </w:pPr>
            <w:r w:rsidRPr="005B29C5">
              <w:rPr>
                <w:b/>
                <w:sz w:val="16"/>
                <w:lang w:val="fr-FR"/>
              </w:rPr>
              <w:t xml:space="preserve"> 6. </w:t>
            </w:r>
            <w:r w:rsidRPr="005B29C5">
              <w:rPr>
                <w:b/>
                <w:color w:val="000000"/>
                <w:sz w:val="18"/>
                <w:lang w:val="fr-FR"/>
              </w:rPr>
              <w:t>UTILITĂȚI · GARAJE ȘI PARCAJE · AMENAJĂRI EXTERIOARE</w:t>
            </w:r>
          </w:p>
        </w:tc>
      </w:tr>
      <w:tr w:rsidR="003C7CA3" w:rsidRPr="00F61A70">
        <w:trPr>
          <w:cantSplit/>
        </w:trPr>
        <w:tc>
          <w:tcPr>
            <w:tcW w:w="9636" w:type="dxa"/>
            <w:gridSpan w:val="6"/>
          </w:tcPr>
          <w:p w:rsidR="003C7CA3" w:rsidRPr="005B29C5" w:rsidRDefault="003454F7">
            <w:pPr>
              <w:keepNext/>
              <w:rPr>
                <w:lang w:val="fr-FR"/>
              </w:rPr>
            </w:pPr>
            <w:r w:rsidRPr="005B29C5">
              <w:rPr>
                <w:sz w:val="16"/>
                <w:lang w:val="fr-FR"/>
              </w:rPr>
              <w:t xml:space="preserve"> ☐ apă     ☐ canalizare     ☐ energie electrică     ☐ energie termică     ☐ gaze naturale     ☐ telefonizare     ☐ salubritate     ☐ transport urban     ☐ alte utilități:</w:t>
            </w:r>
          </w:p>
        </w:tc>
      </w:tr>
      <w:tr w:rsidR="00C46767" w:rsidRPr="00F61A70" w:rsidTr="00C46767">
        <w:trPr>
          <w:cantSplit/>
          <w:trHeight w:val="510"/>
        </w:trPr>
        <w:tc>
          <w:tcPr>
            <w:tcW w:w="2235" w:type="dxa"/>
            <w:gridSpan w:val="2"/>
          </w:tcPr>
          <w:p w:rsidR="00C46767" w:rsidRDefault="00C46767">
            <w:pPr>
              <w:keepNext/>
            </w:pPr>
            <w:r>
              <w:rPr>
                <w:b/>
                <w:color w:val="0D5F78"/>
              </w:rPr>
              <w:t xml:space="preserve">garaje — nr. locuri </w:t>
            </w:r>
          </w:p>
          <w:p w:rsidR="00C46767" w:rsidRDefault="00C46767">
            <w:pPr>
              <w:keepNext/>
            </w:pPr>
          </w:p>
        </w:tc>
        <w:tc>
          <w:tcPr>
            <w:tcW w:w="1842" w:type="dxa"/>
          </w:tcPr>
          <w:p w:rsidR="00C46767" w:rsidRPr="00C46767" w:rsidRDefault="00C46767">
            <w:pPr>
              <w:keepNext/>
              <w:rPr>
                <w:lang w:val="fr-FR"/>
              </w:rPr>
            </w:pPr>
            <w:r w:rsidRPr="00C46767">
              <w:rPr>
                <w:b/>
                <w:color w:val="0D5F78"/>
                <w:lang w:val="fr-FR"/>
              </w:rPr>
              <w:t xml:space="preserve">parcaje — nr. locuri </w:t>
            </w:r>
          </w:p>
        </w:tc>
        <w:tc>
          <w:tcPr>
            <w:tcW w:w="2347" w:type="dxa"/>
          </w:tcPr>
          <w:p w:rsidR="00C46767" w:rsidRPr="00C46767" w:rsidRDefault="00C46767" w:rsidP="00C46767">
            <w:pPr>
              <w:rPr>
                <w:lang w:val="fr-FR"/>
              </w:rPr>
            </w:pPr>
            <w:r>
              <w:rPr>
                <w:b/>
                <w:color w:val="0D5F78"/>
                <w:lang w:val="fr-FR"/>
              </w:rPr>
              <w:t>p</w:t>
            </w:r>
            <w:r w:rsidRPr="00C46767">
              <w:rPr>
                <w:b/>
                <w:color w:val="0D5F78"/>
                <w:lang w:val="fr-FR"/>
              </w:rPr>
              <w:t>arc</w:t>
            </w:r>
            <w:r>
              <w:rPr>
                <w:b/>
                <w:color w:val="0D5F78"/>
                <w:lang w:val="fr-FR"/>
              </w:rPr>
              <w:t>aje</w:t>
            </w:r>
            <w:r w:rsidRPr="00C46767">
              <w:rPr>
                <w:b/>
                <w:color w:val="0D5F78"/>
                <w:lang w:val="fr-FR"/>
              </w:rPr>
              <w:t xml:space="preserve"> pentru biciclete – nr. locuri</w:t>
            </w:r>
          </w:p>
          <w:p w:rsidR="00C46767" w:rsidRPr="00C46767" w:rsidRDefault="00C46767">
            <w:pPr>
              <w:keepNext/>
              <w:rPr>
                <w:lang w:val="fr-FR"/>
              </w:rPr>
            </w:pPr>
          </w:p>
        </w:tc>
        <w:tc>
          <w:tcPr>
            <w:tcW w:w="3212" w:type="dxa"/>
            <w:gridSpan w:val="2"/>
          </w:tcPr>
          <w:p w:rsidR="00C46767" w:rsidRPr="005B29C5" w:rsidRDefault="00C46767">
            <w:pPr>
              <w:keepNext/>
              <w:rPr>
                <w:lang w:val="fr-FR"/>
              </w:rPr>
            </w:pPr>
            <w:r w:rsidRPr="005B29C5">
              <w:rPr>
                <w:b/>
                <w:color w:val="0D5F78"/>
                <w:lang w:val="fr-FR"/>
              </w:rPr>
              <w:t xml:space="preserve">alei carosabile, inclusiv parcaje </w:t>
            </w:r>
            <w:proofErr w:type="gramStart"/>
            <w:r w:rsidRPr="005B29C5">
              <w:rPr>
                <w:b/>
                <w:color w:val="0D5F78"/>
                <w:lang w:val="fr-FR"/>
              </w:rPr>
              <w:t>la</w:t>
            </w:r>
            <w:proofErr w:type="gramEnd"/>
            <w:r w:rsidRPr="005B29C5">
              <w:rPr>
                <w:b/>
                <w:color w:val="0D5F78"/>
                <w:lang w:val="fr-FR"/>
              </w:rPr>
              <w:t xml:space="preserve"> sol (m²)</w:t>
            </w:r>
          </w:p>
          <w:p w:rsidR="00C46767" w:rsidRPr="005B29C5" w:rsidRDefault="00C46767">
            <w:pPr>
              <w:keepNext/>
              <w:rPr>
                <w:lang w:val="fr-FR"/>
              </w:rPr>
            </w:pPr>
          </w:p>
        </w:tc>
      </w:tr>
      <w:tr w:rsidR="003C7CA3" w:rsidTr="00C46767">
        <w:trPr>
          <w:cantSplit/>
          <w:trHeight w:val="510"/>
        </w:trPr>
        <w:tc>
          <w:tcPr>
            <w:tcW w:w="1606" w:type="dxa"/>
          </w:tcPr>
          <w:p w:rsidR="003C7CA3" w:rsidRDefault="003454F7">
            <w:r>
              <w:rPr>
                <w:b/>
                <w:color w:val="0D5F78"/>
              </w:rPr>
              <w:t>alei pietonale (m²)</w:t>
            </w:r>
          </w:p>
          <w:p w:rsidR="003C7CA3" w:rsidRDefault="003C7CA3"/>
        </w:tc>
        <w:tc>
          <w:tcPr>
            <w:tcW w:w="2471" w:type="dxa"/>
            <w:gridSpan w:val="2"/>
          </w:tcPr>
          <w:p w:rsidR="003C7CA3" w:rsidRPr="005B29C5" w:rsidRDefault="003454F7">
            <w:pPr>
              <w:rPr>
                <w:lang w:val="fr-FR"/>
              </w:rPr>
            </w:pPr>
            <w:r w:rsidRPr="005B29C5">
              <w:rPr>
                <w:b/>
                <w:color w:val="0D5F78"/>
                <w:lang w:val="fr-FR"/>
              </w:rPr>
              <w:t>alte platforme la nivelul solului (m²)</w:t>
            </w:r>
          </w:p>
          <w:p w:rsidR="003C7CA3" w:rsidRDefault="003454F7">
            <w:r>
              <w:rPr>
                <w:i/>
                <w:color w:val="7A7A7A"/>
              </w:rPr>
              <w:t>deșeuri etc.</w:t>
            </w:r>
          </w:p>
          <w:p w:rsidR="003C7CA3" w:rsidRDefault="003C7CA3"/>
        </w:tc>
        <w:tc>
          <w:tcPr>
            <w:tcW w:w="3953" w:type="dxa"/>
            <w:gridSpan w:val="2"/>
          </w:tcPr>
          <w:p w:rsidR="003C7CA3" w:rsidRPr="005B29C5" w:rsidRDefault="003454F7">
            <w:pPr>
              <w:rPr>
                <w:lang w:val="fr-FR"/>
              </w:rPr>
            </w:pPr>
            <w:r w:rsidRPr="005B29C5">
              <w:rPr>
                <w:b/>
                <w:color w:val="0D5F78"/>
                <w:lang w:val="fr-FR"/>
              </w:rPr>
              <w:t>arbori tăiați / menținuți / plantați (nr.)</w:t>
            </w:r>
          </w:p>
          <w:p w:rsidR="003C7CA3" w:rsidRPr="005B29C5" w:rsidRDefault="003C7CA3">
            <w:pPr>
              <w:rPr>
                <w:lang w:val="fr-FR"/>
              </w:rPr>
            </w:pPr>
          </w:p>
        </w:tc>
        <w:tc>
          <w:tcPr>
            <w:tcW w:w="1606" w:type="dxa"/>
          </w:tcPr>
          <w:p w:rsidR="003C7CA3" w:rsidRDefault="003454F7">
            <w:r>
              <w:rPr>
                <w:b/>
                <w:color w:val="0D5F78"/>
              </w:rPr>
              <w:t>spații verzi (m²)</w:t>
            </w:r>
          </w:p>
          <w:p w:rsidR="003C7CA3" w:rsidRDefault="003C7CA3"/>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4818"/>
        <w:gridCol w:w="4818"/>
      </w:tblGrid>
      <w:tr w:rsidR="003C7CA3" w:rsidRPr="00F61A70">
        <w:trPr>
          <w:cantSplit/>
        </w:trPr>
        <w:tc>
          <w:tcPr>
            <w:tcW w:w="9636" w:type="dxa"/>
            <w:gridSpan w:val="2"/>
            <w:shd w:val="clear" w:color="auto" w:fill="F4F4F4"/>
          </w:tcPr>
          <w:p w:rsidR="003C7CA3" w:rsidRPr="00481869" w:rsidRDefault="003454F7">
            <w:pPr>
              <w:keepNext/>
              <w:rPr>
                <w:lang w:val="fr-FR"/>
              </w:rPr>
            </w:pPr>
            <w:r w:rsidRPr="00481869">
              <w:rPr>
                <w:b/>
                <w:sz w:val="16"/>
                <w:lang w:val="fr-FR"/>
              </w:rPr>
              <w:lastRenderedPageBreak/>
              <w:t xml:space="preserve"> 7. </w:t>
            </w:r>
            <w:r w:rsidRPr="00481869">
              <w:rPr>
                <w:b/>
                <w:color w:val="000000"/>
                <w:sz w:val="18"/>
                <w:lang w:val="fr-FR"/>
              </w:rPr>
              <w:t xml:space="preserve">MĂSURI </w:t>
            </w:r>
            <w:r w:rsidR="00481869" w:rsidRPr="00481869">
              <w:rPr>
                <w:b/>
                <w:color w:val="000000"/>
                <w:sz w:val="18"/>
                <w:lang w:val="fr-FR"/>
              </w:rPr>
              <w:t xml:space="preserve">DE PROTECȚIE </w:t>
            </w:r>
            <w:r w:rsidR="00481869">
              <w:rPr>
                <w:b/>
                <w:color w:val="000000"/>
                <w:sz w:val="18"/>
                <w:lang w:val="fr-FR"/>
              </w:rPr>
              <w:t>A MEDIULUI/SECURITATE LA INCENDIU/PROTECTIE CIVILA</w:t>
            </w:r>
          </w:p>
        </w:tc>
      </w:tr>
      <w:tr w:rsidR="003C7CA3" w:rsidRPr="00F61A70">
        <w:trPr>
          <w:cantSplit/>
          <w:trHeight w:val="510"/>
        </w:trPr>
        <w:tc>
          <w:tcPr>
            <w:tcW w:w="4818" w:type="dxa"/>
          </w:tcPr>
          <w:p w:rsidR="003C7CA3" w:rsidRDefault="003454F7">
            <w:pPr>
              <w:keepNext/>
            </w:pPr>
            <w:r>
              <w:rPr>
                <w:b/>
                <w:color w:val="0D5F78"/>
              </w:rPr>
              <w:t>Modul de evacuare a deșeurilor</w:t>
            </w:r>
          </w:p>
          <w:p w:rsidR="003C7CA3" w:rsidRDefault="003C7CA3">
            <w:pPr>
              <w:keepNext/>
            </w:pPr>
          </w:p>
        </w:tc>
        <w:tc>
          <w:tcPr>
            <w:tcW w:w="4818" w:type="dxa"/>
          </w:tcPr>
          <w:p w:rsidR="003C7CA3" w:rsidRPr="005B29C5" w:rsidRDefault="00B0669A">
            <w:pPr>
              <w:keepNext/>
              <w:rPr>
                <w:lang w:val="fr-FR"/>
              </w:rPr>
            </w:pPr>
            <w:r>
              <w:rPr>
                <w:b/>
                <w:color w:val="0D5F78"/>
                <w:lang w:val="fr-FR"/>
              </w:rPr>
              <w:t>Alte m</w:t>
            </w:r>
            <w:r w:rsidRPr="005B29C5">
              <w:rPr>
                <w:b/>
                <w:color w:val="0D5F78"/>
                <w:lang w:val="fr-FR"/>
              </w:rPr>
              <w:t>ăsuri de securitate la incendiu și protecție civilă</w:t>
            </w:r>
          </w:p>
          <w:p w:rsidR="003C7CA3" w:rsidRPr="005B29C5" w:rsidRDefault="003C7CA3">
            <w:pPr>
              <w:keepNext/>
              <w:rPr>
                <w:lang w:val="fr-FR"/>
              </w:rPr>
            </w:pPr>
          </w:p>
        </w:tc>
      </w:tr>
      <w:tr w:rsidR="003C7CA3">
        <w:trPr>
          <w:cantSplit/>
          <w:trHeight w:val="510"/>
        </w:trPr>
        <w:tc>
          <w:tcPr>
            <w:tcW w:w="4818" w:type="dxa"/>
          </w:tcPr>
          <w:p w:rsidR="003C7CA3" w:rsidRDefault="003454F7">
            <w:r>
              <w:rPr>
                <w:b/>
                <w:color w:val="0D5F78"/>
              </w:rPr>
              <w:t>Măsuri de protecție a mediului</w:t>
            </w:r>
          </w:p>
          <w:p w:rsidR="003C7CA3" w:rsidRDefault="003C7CA3"/>
        </w:tc>
        <w:tc>
          <w:tcPr>
            <w:tcW w:w="4818" w:type="dxa"/>
          </w:tcPr>
          <w:p w:rsidR="003C7CA3" w:rsidRDefault="003454F7">
            <w:r>
              <w:rPr>
                <w:b/>
                <w:color w:val="0D5F78"/>
              </w:rPr>
              <w:t xml:space="preserve">Alte </w:t>
            </w:r>
            <w:r w:rsidR="00481869">
              <w:rPr>
                <w:b/>
                <w:color w:val="0D5F78"/>
              </w:rPr>
              <w:t xml:space="preserve">măsuri </w:t>
            </w:r>
            <w:r w:rsidR="009E435D">
              <w:rPr>
                <w:b/>
                <w:color w:val="0D5F78"/>
              </w:rPr>
              <w:t>specifice:</w:t>
            </w:r>
          </w:p>
          <w:p w:rsidR="003C7CA3" w:rsidRDefault="003C7CA3"/>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4818"/>
        <w:gridCol w:w="1606"/>
        <w:gridCol w:w="3212"/>
      </w:tblGrid>
      <w:tr w:rsidR="003C7CA3">
        <w:trPr>
          <w:cantSplit/>
        </w:trPr>
        <w:tc>
          <w:tcPr>
            <w:tcW w:w="9636" w:type="dxa"/>
            <w:gridSpan w:val="3"/>
            <w:shd w:val="clear" w:color="auto" w:fill="F4F4F4"/>
          </w:tcPr>
          <w:p w:rsidR="003C7CA3" w:rsidRDefault="003454F7">
            <w:pPr>
              <w:keepNext/>
            </w:pPr>
            <w:r>
              <w:rPr>
                <w:b/>
                <w:sz w:val="16"/>
              </w:rPr>
              <w:t xml:space="preserve"> 8. </w:t>
            </w:r>
            <w:r>
              <w:rPr>
                <w:b/>
                <w:color w:val="000000"/>
                <w:sz w:val="18"/>
              </w:rPr>
              <w:t>ÎNTOCMIT</w:t>
            </w:r>
          </w:p>
        </w:tc>
      </w:tr>
      <w:tr w:rsidR="003C7CA3">
        <w:trPr>
          <w:cantSplit/>
          <w:trHeight w:val="510"/>
        </w:trPr>
        <w:tc>
          <w:tcPr>
            <w:tcW w:w="4818" w:type="dxa"/>
          </w:tcPr>
          <w:p w:rsidR="003C7CA3" w:rsidRDefault="003454F7">
            <w:r>
              <w:rPr>
                <w:b/>
                <w:color w:val="0D5F78"/>
              </w:rPr>
              <w:t>Numele și prenumele / firma și reprezentantul</w:t>
            </w:r>
          </w:p>
          <w:p w:rsidR="003C7CA3" w:rsidRDefault="003C7CA3"/>
        </w:tc>
        <w:tc>
          <w:tcPr>
            <w:tcW w:w="1606" w:type="dxa"/>
          </w:tcPr>
          <w:p w:rsidR="003C7CA3" w:rsidRDefault="003454F7">
            <w:r>
              <w:rPr>
                <w:b/>
                <w:color w:val="0D5F78"/>
              </w:rPr>
              <w:t>Data</w:t>
            </w:r>
          </w:p>
          <w:p w:rsidR="003C7CA3" w:rsidRDefault="003C7CA3"/>
        </w:tc>
        <w:tc>
          <w:tcPr>
            <w:tcW w:w="3212" w:type="dxa"/>
          </w:tcPr>
          <w:p w:rsidR="003C7CA3" w:rsidRDefault="003454F7">
            <w:r>
              <w:rPr>
                <w:b/>
                <w:color w:val="0D5F78"/>
              </w:rPr>
              <w:t>Semnătura și parafa</w:t>
            </w:r>
          </w:p>
          <w:p w:rsidR="003C7CA3" w:rsidRDefault="003C7CA3"/>
        </w:tc>
      </w:tr>
    </w:tbl>
    <w:p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2409"/>
        <w:gridCol w:w="1606"/>
        <w:gridCol w:w="1606"/>
        <w:gridCol w:w="803"/>
        <w:gridCol w:w="3212"/>
      </w:tblGrid>
      <w:tr w:rsidR="003C7CA3">
        <w:trPr>
          <w:cantSplit/>
        </w:trPr>
        <w:tc>
          <w:tcPr>
            <w:tcW w:w="9636" w:type="dxa"/>
            <w:gridSpan w:val="5"/>
            <w:shd w:val="clear" w:color="auto" w:fill="F4F4F4"/>
          </w:tcPr>
          <w:p w:rsidR="003C7CA3" w:rsidRDefault="003454F7">
            <w:pPr>
              <w:keepNext/>
            </w:pPr>
            <w:r>
              <w:rPr>
                <w:b/>
                <w:sz w:val="16"/>
              </w:rPr>
              <w:t xml:space="preserve"> 9. </w:t>
            </w:r>
            <w:r>
              <w:rPr>
                <w:b/>
                <w:color w:val="000000"/>
                <w:sz w:val="18"/>
              </w:rPr>
              <w:t>COMUNICAREA ÎN REGISTRUL NAȚIONAL AL CLĂDIRILOR</w:t>
            </w:r>
          </w:p>
        </w:tc>
      </w:tr>
      <w:tr w:rsidR="003C7CA3">
        <w:trPr>
          <w:cantSplit/>
          <w:trHeight w:val="510"/>
        </w:trPr>
        <w:tc>
          <w:tcPr>
            <w:tcW w:w="4015" w:type="dxa"/>
            <w:gridSpan w:val="2"/>
          </w:tcPr>
          <w:p w:rsidR="003C7CA3" w:rsidRDefault="003454F7">
            <w:pPr>
              <w:keepNext/>
            </w:pPr>
            <w:r>
              <w:rPr>
                <w:b/>
                <w:color w:val="0D5F78"/>
              </w:rPr>
              <w:t>Clădirea a fost</w:t>
            </w:r>
          </w:p>
          <w:p w:rsidR="003C7CA3" w:rsidRDefault="003454F7">
            <w:pPr>
              <w:keepNext/>
            </w:pPr>
            <w:r>
              <w:rPr>
                <w:sz w:val="16"/>
              </w:rPr>
              <w:t>☐ identificată în registru     ☐ declarată acum</w:t>
            </w:r>
          </w:p>
        </w:tc>
        <w:tc>
          <w:tcPr>
            <w:tcW w:w="2409" w:type="dxa"/>
            <w:gridSpan w:val="2"/>
          </w:tcPr>
          <w:p w:rsidR="003C7CA3" w:rsidRDefault="003454F7">
            <w:pPr>
              <w:keepNext/>
            </w:pPr>
            <w:r>
              <w:rPr>
                <w:b/>
                <w:color w:val="0D5F78"/>
              </w:rPr>
              <w:t>NIS atribuit / confirmat</w:t>
            </w:r>
          </w:p>
          <w:p w:rsidR="003C7CA3" w:rsidRDefault="003C7CA3">
            <w:pPr>
              <w:keepNext/>
            </w:pPr>
          </w:p>
        </w:tc>
        <w:tc>
          <w:tcPr>
            <w:tcW w:w="3212" w:type="dxa"/>
          </w:tcPr>
          <w:p w:rsidR="003C7CA3" w:rsidRDefault="003454F7">
            <w:pPr>
              <w:keepNext/>
            </w:pPr>
            <w:r>
              <w:rPr>
                <w:b/>
                <w:color w:val="0D5F78"/>
              </w:rPr>
              <w:t>Cod investiție</w:t>
            </w:r>
          </w:p>
          <w:p w:rsidR="003C7CA3" w:rsidRDefault="003454F7">
            <w:pPr>
              <w:keepNext/>
            </w:pPr>
            <w:r>
              <w:rPr>
                <w:i/>
                <w:color w:val="7A7A7A"/>
              </w:rPr>
              <w:t>dacă lucrarea e legată de o investiție</w:t>
            </w:r>
          </w:p>
          <w:p w:rsidR="003C7CA3" w:rsidRDefault="003C7CA3">
            <w:pPr>
              <w:keepNext/>
            </w:pPr>
          </w:p>
        </w:tc>
      </w:tr>
      <w:tr w:rsidR="003C7CA3">
        <w:trPr>
          <w:cantSplit/>
          <w:trHeight w:val="510"/>
        </w:trPr>
        <w:tc>
          <w:tcPr>
            <w:tcW w:w="2409" w:type="dxa"/>
          </w:tcPr>
          <w:p w:rsidR="003C7CA3" w:rsidRDefault="003454F7">
            <w:r>
              <w:rPr>
                <w:b/>
                <w:color w:val="0D5F78"/>
              </w:rPr>
              <w:t>Data comunicării</w:t>
            </w:r>
          </w:p>
          <w:p w:rsidR="003C7CA3" w:rsidRDefault="003C7CA3"/>
        </w:tc>
        <w:tc>
          <w:tcPr>
            <w:tcW w:w="3212" w:type="dxa"/>
            <w:gridSpan w:val="2"/>
          </w:tcPr>
          <w:p w:rsidR="003C7CA3" w:rsidRDefault="003454F7">
            <w:r>
              <w:rPr>
                <w:b/>
                <w:color w:val="0D5F78"/>
              </w:rPr>
              <w:t>Numărul tranzacției</w:t>
            </w:r>
          </w:p>
          <w:p w:rsidR="003C7CA3" w:rsidRDefault="003C7CA3"/>
        </w:tc>
        <w:tc>
          <w:tcPr>
            <w:tcW w:w="4015" w:type="dxa"/>
            <w:gridSpan w:val="2"/>
          </w:tcPr>
          <w:p w:rsidR="003C7CA3" w:rsidRDefault="003454F7">
            <w:r>
              <w:rPr>
                <w:b/>
                <w:color w:val="0D5F78"/>
              </w:rPr>
              <w:t>Comunicat de</w:t>
            </w:r>
          </w:p>
          <w:p w:rsidR="003C7CA3" w:rsidRDefault="003C7CA3"/>
        </w:tc>
      </w:tr>
    </w:tbl>
    <w:p w:rsidR="003C7CA3" w:rsidRDefault="003C7CA3">
      <w:pPr>
        <w:spacing w:line="168" w:lineRule="auto"/>
      </w:pPr>
    </w:p>
    <w:p w:rsidR="00913191" w:rsidRDefault="00913191">
      <w:pPr>
        <w:spacing w:line="168" w:lineRule="auto"/>
      </w:pPr>
    </w:p>
    <w:p w:rsidR="00913191" w:rsidRPr="00913191" w:rsidRDefault="00913191" w:rsidP="00913191">
      <w:pPr>
        <w:rPr>
          <w:sz w:val="20"/>
          <w:szCs w:val="20"/>
          <w:u w:val="single"/>
        </w:rPr>
      </w:pPr>
      <w:r w:rsidRPr="00913191">
        <w:rPr>
          <w:sz w:val="20"/>
          <w:szCs w:val="20"/>
          <w:u w:val="single"/>
        </w:rPr>
        <w:t xml:space="preserve">Punctele </w:t>
      </w:r>
      <w:r>
        <w:rPr>
          <w:sz w:val="20"/>
          <w:szCs w:val="20"/>
          <w:u w:val="single"/>
        </w:rPr>
        <w:t>10</w:t>
      </w:r>
      <w:r w:rsidRPr="00913191">
        <w:rPr>
          <w:sz w:val="20"/>
          <w:szCs w:val="20"/>
          <w:u w:val="single"/>
        </w:rPr>
        <w:t>-</w:t>
      </w:r>
      <w:r>
        <w:rPr>
          <w:sz w:val="20"/>
          <w:szCs w:val="20"/>
          <w:u w:val="single"/>
        </w:rPr>
        <w:t>1</w:t>
      </w:r>
      <w:r w:rsidR="00481869">
        <w:rPr>
          <w:sz w:val="20"/>
          <w:szCs w:val="20"/>
          <w:u w:val="single"/>
        </w:rPr>
        <w:t xml:space="preserve">3 </w:t>
      </w:r>
      <w:r w:rsidRPr="00913191">
        <w:rPr>
          <w:sz w:val="20"/>
          <w:szCs w:val="20"/>
          <w:u w:val="single"/>
        </w:rPr>
        <w:t>se completeaza în cazul amenjărilor /lucrărilor inginerești</w:t>
      </w:r>
    </w:p>
    <w:p w:rsidR="00913191" w:rsidRPr="00913191" w:rsidRDefault="00913191">
      <w:pPr>
        <w:spacing w:line="168" w:lineRule="auto"/>
      </w:pPr>
    </w:p>
    <w:p w:rsidR="00913191" w:rsidRPr="00913191" w:rsidRDefault="00913191">
      <w:pPr>
        <w:spacing w:line="168" w:lineRule="auto"/>
      </w:pPr>
    </w:p>
    <w:p w:rsidR="00913191" w:rsidRPr="00913191" w:rsidRDefault="00913191">
      <w:pPr>
        <w:spacing w:line="168" w:lineRule="auto"/>
      </w:pPr>
    </w:p>
    <w:tbl>
      <w:tblPr>
        <w:tblStyle w:val="TableGrid"/>
        <w:tblW w:w="0" w:type="auto"/>
        <w:tblLayout w:type="fixed"/>
        <w:tblLook w:val="04A0"/>
      </w:tblPr>
      <w:tblGrid>
        <w:gridCol w:w="9636"/>
      </w:tblGrid>
      <w:tr w:rsidR="00913191" w:rsidTr="00303E64">
        <w:tc>
          <w:tcPr>
            <w:tcW w:w="9636" w:type="dxa"/>
            <w:shd w:val="clear" w:color="auto" w:fill="F4F4F4"/>
          </w:tcPr>
          <w:p w:rsidR="00481869" w:rsidRPr="00481869" w:rsidRDefault="00913191" w:rsidP="00303E64">
            <w:pPr>
              <w:rPr>
                <w:b/>
                <w:color w:val="000000"/>
                <w:sz w:val="18"/>
                <w:szCs w:val="18"/>
              </w:rPr>
            </w:pPr>
            <w:r w:rsidRPr="00481869">
              <w:rPr>
                <w:b/>
                <w:sz w:val="18"/>
                <w:szCs w:val="18"/>
              </w:rPr>
              <w:t xml:space="preserve">10.  </w:t>
            </w:r>
            <w:r w:rsidRPr="00481869">
              <w:rPr>
                <w:b/>
                <w:color w:val="000000"/>
                <w:sz w:val="18"/>
                <w:szCs w:val="18"/>
              </w:rPr>
              <w:t>DATELE CARACTERISTICE ALE AMPLASAMENTULUI</w:t>
            </w:r>
          </w:p>
        </w:tc>
      </w:tr>
      <w:tr w:rsidR="00913191" w:rsidTr="00303E64">
        <w:trPr>
          <w:trHeight w:val="311"/>
        </w:trPr>
        <w:tc>
          <w:tcPr>
            <w:tcW w:w="9636" w:type="dxa"/>
          </w:tcPr>
          <w:p w:rsidR="00913191" w:rsidRDefault="00913191" w:rsidP="00303E64"/>
          <w:p w:rsidR="00913191" w:rsidRDefault="00913191" w:rsidP="00303E64"/>
          <w:p w:rsidR="00913191" w:rsidRDefault="00913191" w:rsidP="00303E64"/>
          <w:p w:rsidR="00913191" w:rsidRDefault="00913191" w:rsidP="00303E64"/>
        </w:tc>
      </w:tr>
      <w:tr w:rsidR="00913191" w:rsidRPr="00F61A70" w:rsidTr="00481869">
        <w:trPr>
          <w:trHeight w:val="311"/>
        </w:trPr>
        <w:tc>
          <w:tcPr>
            <w:tcW w:w="9636" w:type="dxa"/>
            <w:shd w:val="clear" w:color="auto" w:fill="F2F2F2" w:themeFill="background1" w:themeFillShade="F2"/>
          </w:tcPr>
          <w:p w:rsidR="00913191" w:rsidRPr="00481869" w:rsidRDefault="00913191" w:rsidP="00303E64">
            <w:pPr>
              <w:rPr>
                <w:sz w:val="18"/>
                <w:szCs w:val="18"/>
                <w:lang w:val="fr-FR"/>
              </w:rPr>
            </w:pPr>
            <w:r w:rsidRPr="00481869">
              <w:rPr>
                <w:b/>
                <w:sz w:val="18"/>
                <w:szCs w:val="18"/>
                <w:lang w:val="fr-FR"/>
              </w:rPr>
              <w:t xml:space="preserve">11.  CARACTERISTICI TEHNICE SI </w:t>
            </w:r>
            <w:r w:rsidRPr="00481869">
              <w:rPr>
                <w:b/>
                <w:color w:val="000000"/>
                <w:sz w:val="18"/>
                <w:szCs w:val="18"/>
                <w:lang w:val="fr-FR"/>
              </w:rPr>
              <w:t xml:space="preserve">CAPACITĂȚI FUNCȚIONALE  SPECIFICE </w:t>
            </w:r>
          </w:p>
        </w:tc>
      </w:tr>
      <w:tr w:rsidR="00913191" w:rsidRPr="00F61A70" w:rsidTr="00303E64">
        <w:trPr>
          <w:trHeight w:val="311"/>
        </w:trPr>
        <w:tc>
          <w:tcPr>
            <w:tcW w:w="9636" w:type="dxa"/>
          </w:tcPr>
          <w:p w:rsidR="00913191" w:rsidRPr="00913191" w:rsidRDefault="00913191" w:rsidP="00303E64">
            <w:pPr>
              <w:rPr>
                <w:lang w:val="fr-FR"/>
              </w:rPr>
            </w:pPr>
          </w:p>
          <w:p w:rsidR="00913191" w:rsidRPr="00913191" w:rsidRDefault="00913191" w:rsidP="00303E64">
            <w:pPr>
              <w:rPr>
                <w:lang w:val="fr-FR"/>
              </w:rPr>
            </w:pPr>
          </w:p>
          <w:p w:rsidR="00913191" w:rsidRPr="00913191" w:rsidRDefault="00913191" w:rsidP="00303E64">
            <w:pPr>
              <w:rPr>
                <w:lang w:val="fr-FR"/>
              </w:rPr>
            </w:pPr>
          </w:p>
        </w:tc>
      </w:tr>
    </w:tbl>
    <w:p w:rsidR="00913191" w:rsidRDefault="00913191">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4818"/>
        <w:gridCol w:w="4818"/>
      </w:tblGrid>
      <w:tr w:rsidR="00481869" w:rsidRPr="00F61A70" w:rsidTr="00303E64">
        <w:trPr>
          <w:cantSplit/>
        </w:trPr>
        <w:tc>
          <w:tcPr>
            <w:tcW w:w="9636" w:type="dxa"/>
            <w:gridSpan w:val="2"/>
            <w:shd w:val="clear" w:color="auto" w:fill="F4F4F4"/>
          </w:tcPr>
          <w:p w:rsidR="00481869" w:rsidRPr="00481869" w:rsidRDefault="00481869" w:rsidP="00303E64">
            <w:pPr>
              <w:keepNext/>
              <w:rPr>
                <w:lang w:val="fr-FR"/>
              </w:rPr>
            </w:pPr>
            <w:r w:rsidRPr="00481869">
              <w:rPr>
                <w:b/>
                <w:sz w:val="16"/>
                <w:lang w:val="fr-FR"/>
              </w:rPr>
              <w:t xml:space="preserve">12. </w:t>
            </w:r>
            <w:r w:rsidRPr="00481869">
              <w:rPr>
                <w:b/>
                <w:color w:val="000000"/>
                <w:sz w:val="18"/>
                <w:lang w:val="fr-FR"/>
              </w:rPr>
              <w:t>MĂSURI DE PROTECTIE A M</w:t>
            </w:r>
            <w:r>
              <w:rPr>
                <w:b/>
                <w:color w:val="000000"/>
                <w:sz w:val="18"/>
                <w:lang w:val="fr-FR"/>
              </w:rPr>
              <w:t>EDIULUI / SECURITATE LA INCENDIU</w:t>
            </w:r>
          </w:p>
        </w:tc>
      </w:tr>
      <w:tr w:rsidR="00481869" w:rsidRPr="005B29C5" w:rsidTr="00303E64">
        <w:trPr>
          <w:cantSplit/>
          <w:trHeight w:val="510"/>
        </w:trPr>
        <w:tc>
          <w:tcPr>
            <w:tcW w:w="4818" w:type="dxa"/>
          </w:tcPr>
          <w:p w:rsidR="00481869" w:rsidRDefault="00481869" w:rsidP="00303E64">
            <w:pPr>
              <w:keepNext/>
            </w:pPr>
            <w:r>
              <w:rPr>
                <w:b/>
                <w:color w:val="0D5F78"/>
              </w:rPr>
              <w:t>Modul de evacuare a deșeurilor</w:t>
            </w:r>
          </w:p>
          <w:p w:rsidR="00481869" w:rsidRDefault="00481869" w:rsidP="00303E64">
            <w:pPr>
              <w:keepNext/>
            </w:pPr>
          </w:p>
        </w:tc>
        <w:tc>
          <w:tcPr>
            <w:tcW w:w="4818" w:type="dxa"/>
          </w:tcPr>
          <w:p w:rsidR="00481869" w:rsidRPr="005B29C5" w:rsidRDefault="00481869" w:rsidP="00303E64">
            <w:pPr>
              <w:keepNext/>
              <w:rPr>
                <w:lang w:val="fr-FR"/>
              </w:rPr>
            </w:pPr>
            <w:r>
              <w:rPr>
                <w:b/>
                <w:color w:val="0D5F78"/>
                <w:lang w:val="fr-FR"/>
              </w:rPr>
              <w:t>M</w:t>
            </w:r>
            <w:r w:rsidRPr="005B29C5">
              <w:rPr>
                <w:b/>
                <w:color w:val="0D5F78"/>
                <w:lang w:val="fr-FR"/>
              </w:rPr>
              <w:t>ăsuri de securitate la incendiu</w:t>
            </w:r>
          </w:p>
          <w:p w:rsidR="00481869" w:rsidRPr="005B29C5" w:rsidRDefault="00481869" w:rsidP="00303E64">
            <w:pPr>
              <w:keepNext/>
              <w:rPr>
                <w:lang w:val="fr-FR"/>
              </w:rPr>
            </w:pPr>
          </w:p>
        </w:tc>
      </w:tr>
      <w:tr w:rsidR="00481869" w:rsidTr="00303E64">
        <w:trPr>
          <w:cantSplit/>
          <w:trHeight w:val="510"/>
        </w:trPr>
        <w:tc>
          <w:tcPr>
            <w:tcW w:w="4818" w:type="dxa"/>
          </w:tcPr>
          <w:p w:rsidR="00481869" w:rsidRDefault="00481869" w:rsidP="00303E64">
            <w:r>
              <w:rPr>
                <w:b/>
                <w:color w:val="0D5F78"/>
              </w:rPr>
              <w:t>Măsuri de protecție a mediului</w:t>
            </w:r>
          </w:p>
          <w:p w:rsidR="00481869" w:rsidRDefault="00481869" w:rsidP="00303E64"/>
        </w:tc>
        <w:tc>
          <w:tcPr>
            <w:tcW w:w="4818" w:type="dxa"/>
          </w:tcPr>
          <w:p w:rsidR="00481869" w:rsidRDefault="00481869" w:rsidP="00303E64">
            <w:r>
              <w:rPr>
                <w:b/>
                <w:color w:val="0D5F78"/>
              </w:rPr>
              <w:t>Alte  măsuri specifice</w:t>
            </w:r>
          </w:p>
          <w:p w:rsidR="00481869" w:rsidRDefault="00481869" w:rsidP="00303E64"/>
        </w:tc>
      </w:tr>
    </w:tbl>
    <w:p w:rsidR="00481869" w:rsidRDefault="00481869">
      <w:pPr>
        <w:spacing w:line="168" w:lineRule="auto"/>
        <w:rPr>
          <w:lang w:val="fr-FR"/>
        </w:rPr>
      </w:pPr>
    </w:p>
    <w:p w:rsidR="00481869" w:rsidRDefault="00481869">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4818"/>
        <w:gridCol w:w="1606"/>
        <w:gridCol w:w="3212"/>
      </w:tblGrid>
      <w:tr w:rsidR="00481869" w:rsidTr="00303E64">
        <w:trPr>
          <w:cantSplit/>
        </w:trPr>
        <w:tc>
          <w:tcPr>
            <w:tcW w:w="9636" w:type="dxa"/>
            <w:gridSpan w:val="3"/>
            <w:shd w:val="clear" w:color="auto" w:fill="F4F4F4"/>
          </w:tcPr>
          <w:p w:rsidR="00481869" w:rsidRDefault="00481869" w:rsidP="00303E64">
            <w:pPr>
              <w:keepNext/>
            </w:pPr>
            <w:r>
              <w:rPr>
                <w:b/>
                <w:sz w:val="16"/>
              </w:rPr>
              <w:t xml:space="preserve">13. </w:t>
            </w:r>
            <w:r>
              <w:rPr>
                <w:b/>
                <w:color w:val="000000"/>
                <w:sz w:val="18"/>
              </w:rPr>
              <w:t>ÎNTOCMIT</w:t>
            </w:r>
          </w:p>
        </w:tc>
      </w:tr>
      <w:tr w:rsidR="00481869" w:rsidTr="00303E64">
        <w:trPr>
          <w:cantSplit/>
          <w:trHeight w:val="510"/>
        </w:trPr>
        <w:tc>
          <w:tcPr>
            <w:tcW w:w="4818" w:type="dxa"/>
          </w:tcPr>
          <w:p w:rsidR="00481869" w:rsidRDefault="00481869" w:rsidP="00303E64">
            <w:r>
              <w:rPr>
                <w:b/>
                <w:color w:val="0D5F78"/>
              </w:rPr>
              <w:t>Numele și prenumele / firma și reprezentantul</w:t>
            </w:r>
          </w:p>
          <w:p w:rsidR="00481869" w:rsidRDefault="00481869" w:rsidP="00303E64"/>
        </w:tc>
        <w:tc>
          <w:tcPr>
            <w:tcW w:w="1606" w:type="dxa"/>
          </w:tcPr>
          <w:p w:rsidR="00481869" w:rsidRDefault="00481869" w:rsidP="00303E64">
            <w:r>
              <w:rPr>
                <w:b/>
                <w:color w:val="0D5F78"/>
              </w:rPr>
              <w:t>Data</w:t>
            </w:r>
          </w:p>
          <w:p w:rsidR="00481869" w:rsidRDefault="00481869" w:rsidP="00303E64"/>
        </w:tc>
        <w:tc>
          <w:tcPr>
            <w:tcW w:w="3212" w:type="dxa"/>
          </w:tcPr>
          <w:p w:rsidR="00481869" w:rsidRDefault="00481869" w:rsidP="00303E64">
            <w:r>
              <w:rPr>
                <w:b/>
                <w:color w:val="0D5F78"/>
              </w:rPr>
              <w:t>Semnătura și parafa</w:t>
            </w:r>
          </w:p>
          <w:p w:rsidR="00481869" w:rsidRDefault="00481869" w:rsidP="00303E64"/>
        </w:tc>
      </w:tr>
    </w:tbl>
    <w:p w:rsidR="00481869" w:rsidRPr="00913191" w:rsidRDefault="00481869">
      <w:pPr>
        <w:spacing w:line="168" w:lineRule="auto"/>
        <w:rPr>
          <w:lang w:val="fr-FR"/>
        </w:rPr>
      </w:pPr>
    </w:p>
    <w:sectPr w:rsidR="00481869" w:rsidRPr="00913191" w:rsidSect="005C7D29">
      <w:pgSz w:w="11906" w:h="16838"/>
      <w:pgMar w:top="810" w:right="1134" w:bottom="454" w:left="1134" w:header="720" w:footer="22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0579" w:rsidRDefault="009F0579">
      <w:r>
        <w:separator/>
      </w:r>
    </w:p>
  </w:endnote>
  <w:endnote w:type="continuationSeparator" w:id="0">
    <w:p w:rsidR="009F0579" w:rsidRDefault="009F057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0579" w:rsidRDefault="009F0579">
      <w:r>
        <w:separator/>
      </w:r>
    </w:p>
  </w:footnote>
  <w:footnote w:type="continuationSeparator" w:id="0">
    <w:p w:rsidR="009F0579" w:rsidRDefault="009F05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55E65C2"/>
    <w:multiLevelType w:val="hybridMultilevel"/>
    <w:tmpl w:val="939C5BF2"/>
    <w:lvl w:ilvl="0" w:tplc="724C5A7A">
      <w:start w:val="1"/>
      <w:numFmt w:val="decimal"/>
      <w:lvlText w:val="%1."/>
      <w:lvlJc w:val="left"/>
      <w:pPr>
        <w:ind w:left="405" w:hanging="360"/>
      </w:pPr>
      <w:rPr>
        <w:rFonts w:hint="default"/>
        <w:color w:val="auto"/>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grammar="clean"/>
  <w:defaultTabStop w:val="720"/>
  <w:characterSpacingControl w:val="doNotCompress"/>
  <w:hdrShapeDefaults>
    <o:shapedefaults v:ext="edit" spidmax="4098"/>
  </w:hdrShapeDefaults>
  <w:footnotePr>
    <w:footnote w:id="-1"/>
    <w:footnote w:id="0"/>
  </w:footnotePr>
  <w:endnotePr>
    <w:endnote w:id="-1"/>
    <w:endnote w:id="0"/>
  </w:endnotePr>
  <w:compat>
    <w:useFELayout/>
  </w:compat>
  <w:rsids>
    <w:rsidRoot w:val="00B47730"/>
    <w:rsid w:val="00034616"/>
    <w:rsid w:val="0006063C"/>
    <w:rsid w:val="0007047E"/>
    <w:rsid w:val="0015074B"/>
    <w:rsid w:val="001531A5"/>
    <w:rsid w:val="001A407C"/>
    <w:rsid w:val="0029639D"/>
    <w:rsid w:val="002B61AC"/>
    <w:rsid w:val="002E47B8"/>
    <w:rsid w:val="0031113E"/>
    <w:rsid w:val="00326F90"/>
    <w:rsid w:val="003454F7"/>
    <w:rsid w:val="003C7CA3"/>
    <w:rsid w:val="003F6F31"/>
    <w:rsid w:val="00481869"/>
    <w:rsid w:val="005375AB"/>
    <w:rsid w:val="005B29C5"/>
    <w:rsid w:val="005C7D29"/>
    <w:rsid w:val="005F71E0"/>
    <w:rsid w:val="006C103E"/>
    <w:rsid w:val="007E5D45"/>
    <w:rsid w:val="00866C1B"/>
    <w:rsid w:val="00913191"/>
    <w:rsid w:val="009E435D"/>
    <w:rsid w:val="009F0579"/>
    <w:rsid w:val="00A80531"/>
    <w:rsid w:val="00AA1D8D"/>
    <w:rsid w:val="00B0669A"/>
    <w:rsid w:val="00B47730"/>
    <w:rsid w:val="00C32AB5"/>
    <w:rsid w:val="00C46767"/>
    <w:rsid w:val="00CB0664"/>
    <w:rsid w:val="00CD3FD2"/>
    <w:rsid w:val="00DB3B82"/>
    <w:rsid w:val="00E61A6B"/>
    <w:rsid w:val="00E9623F"/>
    <w:rsid w:val="00EC2567"/>
    <w:rsid w:val="00F61A70"/>
    <w:rsid w:val="00F97996"/>
    <w:rsid w:val="00FC2F0B"/>
    <w:rsid w:val="00FC693F"/>
    <w:rsid w:val="00FE4C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C7D29"/>
    <w:rPr>
      <w:color w:val="0000FF" w:themeColor="hyperlink"/>
      <w:u w:val="single"/>
    </w:rPr>
  </w:style>
  <w:style w:type="paragraph" w:styleId="BalloonText">
    <w:name w:val="Balloon Text"/>
    <w:basedOn w:val="Normal"/>
    <w:link w:val="BalloonTextChar"/>
    <w:uiPriority w:val="99"/>
    <w:semiHidden/>
    <w:unhideWhenUsed/>
    <w:rsid w:val="001A407C"/>
    <w:rPr>
      <w:rFonts w:ascii="Tahoma" w:hAnsi="Tahoma" w:cs="Tahoma"/>
      <w:sz w:val="16"/>
      <w:szCs w:val="16"/>
    </w:rPr>
  </w:style>
  <w:style w:type="character" w:customStyle="1" w:styleId="BalloonTextChar">
    <w:name w:val="Balloon Text Char"/>
    <w:basedOn w:val="DefaultParagraphFont"/>
    <w:link w:val="BalloonText"/>
    <w:uiPriority w:val="99"/>
    <w:semiHidden/>
    <w:rsid w:val="001A407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D4EF9-449D-4AEF-92F8-E1CEB3A3D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6</Pages>
  <Words>2378</Words>
  <Characters>13560</Characters>
  <Application>Microsoft Office Word</Application>
  <DocSecurity>0</DocSecurity>
  <Lines>113</Lines>
  <Paragraphs>31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15907</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Sorin Gheju</cp:lastModifiedBy>
  <cp:revision>3</cp:revision>
  <cp:lastPrinted>2026-10-06T06:01:00Z</cp:lastPrinted>
  <dcterms:created xsi:type="dcterms:W3CDTF">2013-12-23T23:15:00Z</dcterms:created>
  <dcterms:modified xsi:type="dcterms:W3CDTF">2026-10-06T06:06:00Z</dcterms:modified>
  <cp:category/>
</cp:coreProperties>
</file>