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52"/>
        <w:gridCol w:w="3166"/>
        <w:gridCol w:w="3212"/>
      </w:tblGrid>
      <w:tr w:rsidR="00BD4241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BD4241" w:rsidRDefault="009F4BF9">
            <w:pPr>
              <w:keepNext/>
              <w:jc w:val="center"/>
            </w:pPr>
            <w:r w:rsidRPr="009F4BF9">
              <w:drawing>
                <wp:inline distT="0" distB="0" distL="0" distR="0">
                  <wp:extent cx="952500" cy="1181100"/>
                  <wp:effectExtent l="0" t="0" r="0" b="0"/>
                  <wp:docPr id="12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BD4241" w:rsidRDefault="00944397">
            <w:pPr>
              <w:keepNext/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  <w:vMerge/>
          </w:tcPr>
          <w:p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BD4241" w:rsidRDefault="00944397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9F4BF9">
              <w:rPr>
                <w:sz w:val="20"/>
                <w:szCs w:val="32"/>
              </w:rPr>
              <w:t>COMUNEI PECIU NOU</w:t>
            </w:r>
          </w:p>
        </w:tc>
      </w:tr>
      <w:tr w:rsidR="00BD4241" w:rsidTr="00944397">
        <w:trPr>
          <w:cantSplit/>
          <w:trHeight w:val="510"/>
        </w:trPr>
        <w:tc>
          <w:tcPr>
            <w:tcW w:w="1606" w:type="dxa"/>
            <w:vMerge/>
          </w:tcPr>
          <w:p w:rsidR="00BD4241" w:rsidRDefault="00BD4241"/>
        </w:tc>
        <w:tc>
          <w:tcPr>
            <w:tcW w:w="1652" w:type="dxa"/>
            <w:shd w:val="clear" w:color="auto" w:fill="F0F0F0"/>
          </w:tcPr>
          <w:p w:rsidR="00BD4241" w:rsidRPr="00A256C2" w:rsidRDefault="009B703C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A256C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:rsidR="00BD4241" w:rsidRPr="00A256C2" w:rsidRDefault="009F4BF9">
            <w:pPr>
              <w:keepNext/>
              <w:rPr>
                <w:lang w:val="fr-FR"/>
              </w:rPr>
            </w:pPr>
            <w:r>
              <w:rPr>
                <w:sz w:val="20"/>
                <w:szCs w:val="32"/>
              </w:rPr>
              <w:t>4358207</w:t>
            </w:r>
          </w:p>
        </w:tc>
        <w:tc>
          <w:tcPr>
            <w:tcW w:w="6378" w:type="dxa"/>
            <w:gridSpan w:val="2"/>
            <w:shd w:val="clear" w:color="auto" w:fill="F0F0F0"/>
          </w:tcPr>
          <w:p w:rsidR="009F4BF9" w:rsidRDefault="009F4BF9" w:rsidP="009F4BF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:rsidR="009F4BF9" w:rsidRPr="00CA78D8" w:rsidRDefault="009F4BF9" w:rsidP="009F4BF9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9F4BF9" w:rsidRPr="00CA78D8" w:rsidRDefault="009F4BF9" w:rsidP="009F4BF9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9F4BF9" w:rsidRPr="00CA78D8" w:rsidRDefault="009F4BF9" w:rsidP="009F4BF9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9F4BF9" w:rsidRPr="00CA78D8" w:rsidRDefault="009F4BF9" w:rsidP="009F4BF9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BD4241" w:rsidRDefault="009F4BF9" w:rsidP="009F4BF9">
            <w:pPr>
              <w:keepNext/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  <w:vMerge/>
          </w:tcPr>
          <w:p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BD4241" w:rsidRDefault="00BD4241">
            <w:pPr>
              <w:keepNext/>
            </w:pP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p w:rsidR="00BD4241" w:rsidRPr="00850B64" w:rsidRDefault="009B703C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9B703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>
        <w:trPr>
          <w:cantSplit/>
          <w:trHeight w:val="510"/>
        </w:trPr>
        <w:tc>
          <w:tcPr>
            <w:tcW w:w="9636" w:type="dxa"/>
          </w:tcPr>
          <w:p w:rsidR="00BD4241" w:rsidRPr="00A256C2" w:rsidRDefault="009B703C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</w:t>
            </w:r>
            <w:proofErr w:type="spellEnd"/>
            <w:r w:rsidRPr="00A256C2">
              <w:rPr>
                <w:b/>
                <w:color w:val="0D5F78"/>
                <w:lang w:val="fr-FR"/>
              </w:rPr>
              <w:t>ț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BD4241" w:rsidRPr="00A256C2" w:rsidRDefault="00944397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9F4BF9">
              <w:rPr>
                <w:sz w:val="20"/>
                <w:szCs w:val="32"/>
              </w:rPr>
              <w:t>COMUNEI PECIU NOU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9B703C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</w:t>
            </w:r>
            <w:proofErr w:type="spellEnd"/>
            <w:r w:rsidRPr="00A256C2">
              <w:rPr>
                <w:lang w:val="fr-FR"/>
              </w:rPr>
              <w:t>ș</w:t>
            </w:r>
            <w:proofErr w:type="spellStart"/>
            <w:r w:rsidRPr="00A256C2">
              <w:rPr>
                <w:lang w:val="fr-FR"/>
              </w:rPr>
              <w:t>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</w:t>
            </w:r>
            <w:proofErr w:type="spellEnd"/>
            <w:r w:rsidRPr="00A256C2">
              <w:rPr>
                <w:lang w:val="fr-FR"/>
              </w:rPr>
              <w:t>ț</w:t>
            </w:r>
            <w:proofErr w:type="spellStart"/>
            <w:r w:rsidRPr="00A256C2">
              <w:rPr>
                <w:lang w:val="fr-FR"/>
              </w:rPr>
              <w:t>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</w:t>
            </w:r>
            <w:proofErr w:type="spellEnd"/>
            <w:r w:rsidRPr="00A256C2">
              <w:rPr>
                <w:lang w:val="fr-FR"/>
              </w:rPr>
              <w:t>ș</w:t>
            </w:r>
            <w:proofErr w:type="spellStart"/>
            <w:r w:rsidRPr="00A256C2">
              <w:rPr>
                <w:lang w:val="fr-FR"/>
              </w:rPr>
              <w:t>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9B703C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5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>
        <w:trPr>
          <w:cantSplit/>
          <w:trHeight w:val="510"/>
        </w:trPr>
        <w:tc>
          <w:tcPr>
            <w:tcW w:w="4015" w:type="dxa"/>
            <w:gridSpan w:val="3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6424" w:type="dxa"/>
            <w:gridSpan w:val="6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BD4241" w:rsidRDefault="00BD4241">
            <w:pPr>
              <w:keepNext/>
            </w:pPr>
          </w:p>
        </w:tc>
      </w:tr>
      <w:tr w:rsidR="00BD4241" w:rsidRPr="00917520">
        <w:trPr>
          <w:cantSplit/>
        </w:trPr>
        <w:tc>
          <w:tcPr>
            <w:tcW w:w="9636" w:type="dxa"/>
            <w:gridSpan w:val="8"/>
          </w:tcPr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p w:rsidR="00BD4241" w:rsidRPr="00232B9E" w:rsidRDefault="009B703C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și </w:t>
      </w:r>
      <w:proofErr w:type="spellStart"/>
      <w:r w:rsidRPr="00232B9E">
        <w:rPr>
          <w:sz w:val="18"/>
          <w:lang w:val="fr-FR"/>
        </w:rPr>
        <w:t>construc</w:t>
      </w:r>
      <w:proofErr w:type="spellEnd"/>
      <w:r w:rsidRPr="00232B9E">
        <w:rPr>
          <w:sz w:val="18"/>
          <w:lang w:val="fr-FR"/>
        </w:rPr>
        <w:t>ț</w:t>
      </w:r>
      <w:proofErr w:type="spellStart"/>
      <w:r w:rsidRPr="00232B9E">
        <w:rPr>
          <w:sz w:val="18"/>
          <w:lang w:val="fr-FR"/>
        </w:rPr>
        <w:t>iilor</w:t>
      </w:r>
      <w:proofErr w:type="spellEnd"/>
      <w:r w:rsidRPr="00232B9E">
        <w:rPr>
          <w:sz w:val="18"/>
          <w:lang w:val="fr-FR"/>
        </w:rPr>
        <w:t>,</w:t>
      </w:r>
    </w:p>
    <w:p w:rsidR="00BD4241" w:rsidRPr="00232B9E" w:rsidRDefault="009B703C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:rsidR="00917520" w:rsidRDefault="009B703C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CERTIFICATULUI </w:t>
      </w:r>
      <w:proofErr w:type="gramStart"/>
      <w:r w:rsidRPr="00232B9E">
        <w:rPr>
          <w:b/>
          <w:sz w:val="20"/>
          <w:lang w:val="fr-FR"/>
        </w:rPr>
        <w:t>DE URBANISM</w:t>
      </w:r>
      <w:proofErr w:type="gramEnd"/>
    </w:p>
    <w:p w:rsidR="00BD4241" w:rsidRDefault="009B703C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pentru</w:t>
      </w:r>
      <w:proofErr w:type="spellEnd"/>
      <w:proofErr w:type="gram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și </w:t>
      </w:r>
      <w:proofErr w:type="spell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inginere</w:t>
      </w:r>
      <w:proofErr w:type="spellEnd"/>
      <w:r w:rsidR="00462384">
        <w:rPr>
          <w:sz w:val="16"/>
          <w:lang w:val="fr-FR"/>
        </w:rPr>
        <w:t>ști</w:t>
      </w:r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proofErr w:type="spellEnd"/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 xml:space="preserve">ii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9B703C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:rsidR="00BD4241" w:rsidRDefault="009B703C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>
        <w:trPr>
          <w:cantSplit/>
        </w:trPr>
        <w:tc>
          <w:tcPr>
            <w:tcW w:w="9636" w:type="dxa"/>
            <w:gridSpan w:val="7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2409" w:type="dxa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4"/>
          </w:tcPr>
          <w:p w:rsidR="00BD4241" w:rsidRPr="00A256C2" w:rsidRDefault="009B703C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:rsidR="00BD4241" w:rsidRPr="00A256C2" w:rsidRDefault="00BD4241" w:rsidP="00841EAF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BD4241" w:rsidRDefault="009B703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4818" w:type="dxa"/>
            <w:gridSpan w:val="3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9B703C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:rsidR="00BD4241" w:rsidRDefault="00BD4241">
            <w:pPr>
              <w:keepNext/>
            </w:pPr>
          </w:p>
        </w:tc>
      </w:tr>
    </w:tbl>
    <w:p w:rsidR="00BD4241" w:rsidRDefault="00BD4241">
      <w:pPr>
        <w:spacing w:line="168" w:lineRule="auto"/>
      </w:pPr>
    </w:p>
    <w:p w:rsidR="00BD4241" w:rsidRDefault="009B703C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9B703C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B703C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ții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9B70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</w:t>
            </w:r>
            <w:proofErr w:type="spellEnd"/>
            <w:r w:rsidRPr="00A256C2">
              <w:rPr>
                <w:sz w:val="16"/>
                <w:lang w:val="fr-FR"/>
              </w:rPr>
              <w:t xml:space="preserve">ții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9B70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informaț</w:t>
            </w:r>
            <w:proofErr w:type="spellStart"/>
            <w:r w:rsidR="00A256C2">
              <w:rPr>
                <w:sz w:val="16"/>
                <w:lang w:val="fr-FR"/>
              </w:rPr>
              <w:t>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</w:t>
            </w:r>
            <w:proofErr w:type="spellEnd"/>
            <w:r w:rsidR="00A256C2">
              <w:rPr>
                <w:sz w:val="16"/>
                <w:lang w:val="fr-FR"/>
              </w:rPr>
              <w:t>ț</w:t>
            </w:r>
            <w:proofErr w:type="spellStart"/>
            <w:r w:rsidR="00A256C2">
              <w:rPr>
                <w:sz w:val="16"/>
                <w:lang w:val="fr-FR"/>
              </w:rPr>
              <w:t>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A256C2" w:rsidRDefault="009B703C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</w:t>
            </w:r>
            <w:proofErr w:type="spellEnd"/>
            <w:r w:rsidRPr="00A256C2">
              <w:rPr>
                <w:sz w:val="16"/>
                <w:lang w:val="fr-FR"/>
              </w:rPr>
              <w:t>ț</w:t>
            </w:r>
            <w:proofErr w:type="spellStart"/>
            <w:r w:rsidRPr="00A256C2">
              <w:rPr>
                <w:sz w:val="16"/>
                <w:lang w:val="fr-FR"/>
              </w:rPr>
              <w:t>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a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</w:t>
            </w:r>
            <w:proofErr w:type="spellEnd"/>
            <w:r w:rsidRPr="00A256C2">
              <w:rPr>
                <w:sz w:val="16"/>
                <w:lang w:val="fr-FR"/>
              </w:rPr>
              <w:t>ț</w:t>
            </w:r>
            <w:proofErr w:type="spellStart"/>
            <w:r w:rsidRPr="00A256C2">
              <w:rPr>
                <w:sz w:val="16"/>
                <w:lang w:val="fr-FR"/>
              </w:rPr>
              <w:t>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informații</w:t>
            </w:r>
            <w:proofErr w:type="gram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917520" w:rsidRDefault="009B703C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ții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>ț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 xml:space="preserve">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și B.3)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B703C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</w:t>
            </w:r>
            <w:proofErr w:type="gramEnd"/>
            <w:r w:rsidRPr="00917520">
              <w:rPr>
                <w:b/>
                <w:bCs/>
                <w:sz w:val="16"/>
              </w:rPr>
              <w:t>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☐ </w:t>
            </w:r>
            <w:proofErr w:type="gramStart"/>
            <w:r>
              <w:rPr>
                <w:sz w:val="16"/>
              </w:rPr>
              <w:t>monument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9B70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9B703C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documentații </w:t>
            </w:r>
            <w:proofErr w:type="gramStart"/>
            <w:r w:rsidRPr="00A256C2">
              <w:rPr>
                <w:sz w:val="16"/>
                <w:lang w:val="fr-FR"/>
              </w:rPr>
              <w:t xml:space="preserve">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☐  B.3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ții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917520" w:rsidRDefault="009B703C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9B703C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civile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9B703C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</w:t>
            </w:r>
            <w:proofErr w:type="spellEnd"/>
            <w:r w:rsidRPr="00A256C2">
              <w:rPr>
                <w:sz w:val="16"/>
                <w:lang w:val="fr-FR"/>
              </w:rPr>
              <w:t>ț</w:t>
            </w:r>
            <w:proofErr w:type="spellStart"/>
            <w:r w:rsidRPr="00A256C2">
              <w:rPr>
                <w:sz w:val="16"/>
                <w:lang w:val="fr-FR"/>
              </w:rPr>
              <w:t>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</w:t>
            </w:r>
            <w:proofErr w:type="spellEnd"/>
            <w:r w:rsidRPr="00A256C2">
              <w:rPr>
                <w:sz w:val="16"/>
                <w:lang w:val="fr-FR"/>
              </w:rPr>
              <w:t xml:space="preserve">ții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</w:t>
            </w:r>
            <w:proofErr w:type="spellEnd"/>
            <w:r w:rsidRPr="00A256C2">
              <w:rPr>
                <w:sz w:val="16"/>
                <w:lang w:val="fr-FR"/>
              </w:rPr>
              <w:t xml:space="preserve">ști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 xml:space="preserve">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proofErr w:type="gram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9B703C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200AB0" w:rsidRDefault="009B703C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plan de situaț</w:t>
            </w:r>
            <w:proofErr w:type="spellStart"/>
            <w:r w:rsidRPr="00A256C2">
              <w:rPr>
                <w:sz w:val="16"/>
                <w:lang w:val="fr-FR"/>
              </w:rPr>
              <w:t>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</w:t>
            </w:r>
            <w:proofErr w:type="gramEnd"/>
            <w:r w:rsidRPr="00A256C2">
              <w:rPr>
                <w:sz w:val="16"/>
                <w:lang w:val="fr-FR"/>
              </w:rPr>
              <w:t xml:space="preserve"> sol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</w:t>
            </w:r>
            <w:proofErr w:type="spellEnd"/>
            <w:r>
              <w:rPr>
                <w:sz w:val="16"/>
                <w:lang w:val="fr-FR"/>
              </w:rPr>
              <w:t xml:space="preserve">țare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</w:t>
            </w:r>
            <w:proofErr w:type="gramStart"/>
            <w:r w:rsidRPr="00232B9E">
              <w:rPr>
                <w:sz w:val="16"/>
                <w:lang w:val="fr-FR"/>
              </w:rPr>
              <w:t xml:space="preserve">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</w:t>
            </w:r>
            <w:proofErr w:type="gramEnd"/>
            <w:r w:rsidRPr="00232B9E">
              <w:rPr>
                <w:sz w:val="16"/>
                <w:lang w:val="fr-FR"/>
              </w:rPr>
              <w:t xml:space="preserve">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investiț</w:t>
            </w:r>
            <w:proofErr w:type="spellStart"/>
            <w:r w:rsidRPr="00232B9E">
              <w:rPr>
                <w:sz w:val="16"/>
                <w:lang w:val="fr-FR"/>
              </w:rPr>
              <w:t>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9B703C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9B703C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poș</w:t>
            </w:r>
            <w:proofErr w:type="spellStart"/>
            <w:r w:rsidRPr="00A256C2">
              <w:rPr>
                <w:sz w:val="16"/>
                <w:lang w:val="fr-FR"/>
              </w:rPr>
              <w:t>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de e-mail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</w:t>
            </w:r>
            <w:proofErr w:type="gramEnd"/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</w:t>
            </w:r>
            <w:proofErr w:type="spellEnd"/>
            <w:r w:rsidRPr="00A256C2">
              <w:rPr>
                <w:sz w:val="16"/>
                <w:lang w:val="fr-FR"/>
              </w:rPr>
              <w:t>ții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BD4241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BD4241" w:rsidRDefault="009B703C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9B703C">
            <w:r>
              <w:rPr>
                <w:b/>
                <w:color w:val="0D5F78"/>
              </w:rPr>
              <w:t>Data</w:t>
            </w:r>
          </w:p>
          <w:p w:rsidR="00BD4241" w:rsidRDefault="00BD4241"/>
        </w:tc>
        <w:tc>
          <w:tcPr>
            <w:tcW w:w="4818" w:type="dxa"/>
          </w:tcPr>
          <w:p w:rsidR="00BD4241" w:rsidRDefault="009B703C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BD4241" w:rsidRDefault="00BD4241"/>
        </w:tc>
        <w:tc>
          <w:tcPr>
            <w:tcW w:w="3212" w:type="dxa"/>
          </w:tcPr>
          <w:p w:rsidR="00BD4241" w:rsidRDefault="009B703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BD4241" w:rsidRDefault="00BD4241"/>
        </w:tc>
      </w:tr>
    </w:tbl>
    <w:p w:rsidR="00BD4241" w:rsidRDefault="00BD4241">
      <w:pPr>
        <w:spacing w:line="168" w:lineRule="auto"/>
      </w:pPr>
    </w:p>
    <w:sectPr w:rsidR="00BD4241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D2B" w:rsidRDefault="00140D2B">
      <w:r>
        <w:separator/>
      </w:r>
    </w:p>
  </w:endnote>
  <w:endnote w:type="continuationSeparator" w:id="0">
    <w:p w:rsidR="00140D2B" w:rsidRDefault="00140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D2B" w:rsidRDefault="00140D2B">
      <w:r>
        <w:separator/>
      </w:r>
    </w:p>
  </w:footnote>
  <w:footnote w:type="continuationSeparator" w:id="0">
    <w:p w:rsidR="00140D2B" w:rsidRDefault="00140D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1444F"/>
    <w:rsid w:val="00140D2B"/>
    <w:rsid w:val="001427B6"/>
    <w:rsid w:val="0015074B"/>
    <w:rsid w:val="00200AB0"/>
    <w:rsid w:val="00232B9E"/>
    <w:rsid w:val="0029639D"/>
    <w:rsid w:val="00326F90"/>
    <w:rsid w:val="003B3800"/>
    <w:rsid w:val="004232B2"/>
    <w:rsid w:val="004408E8"/>
    <w:rsid w:val="00462384"/>
    <w:rsid w:val="006C103E"/>
    <w:rsid w:val="00745F29"/>
    <w:rsid w:val="00841EAF"/>
    <w:rsid w:val="00850B64"/>
    <w:rsid w:val="008627D8"/>
    <w:rsid w:val="00917520"/>
    <w:rsid w:val="00944397"/>
    <w:rsid w:val="009511F8"/>
    <w:rsid w:val="009671D7"/>
    <w:rsid w:val="009B703C"/>
    <w:rsid w:val="009F4BF9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4439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B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F508A9-6906-4CCD-AB7B-77E881F0E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4067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4</cp:revision>
  <dcterms:created xsi:type="dcterms:W3CDTF">2013-12-23T23:15:00Z</dcterms:created>
  <dcterms:modified xsi:type="dcterms:W3CDTF">2026-10-08T06:39:00Z</dcterms:modified>
  <cp:category/>
</cp:coreProperties>
</file>