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562"/>
        <w:gridCol w:w="3256"/>
        <w:gridCol w:w="3212"/>
      </w:tblGrid>
      <w:tr w:rsidR="00E25052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F801F2" w:rsidRPr="006E4C61" w:rsidRDefault="00B17385" w:rsidP="006E4C61">
            <w:pPr>
              <w:keepNext/>
              <w:jc w:val="center"/>
              <w:rPr>
                <w:i/>
                <w:color w:val="595959"/>
              </w:rPr>
            </w:pPr>
            <w:r w:rsidRPr="00B17385">
              <w:rPr>
                <w:i/>
                <w:color w:val="595959"/>
              </w:rPr>
              <w:drawing>
                <wp:inline distT="0" distB="0" distL="0" distR="0">
                  <wp:extent cx="952500" cy="1181100"/>
                  <wp:effectExtent l="0" t="0" r="0" b="0"/>
                  <wp:docPr id="10" name="Picture 3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E25052" w:rsidRPr="00191219" w:rsidRDefault="00191219">
            <w:pPr>
              <w:keepNext/>
              <w:rPr>
                <w:lang w:val="ro-RO"/>
              </w:rPr>
            </w:pPr>
            <w:r w:rsidRPr="006E4C61">
              <w:rPr>
                <w:sz w:val="20"/>
                <w:szCs w:val="32"/>
                <w:lang w:val="ro-RO"/>
              </w:rPr>
              <w:t>TIMIȘ</w:t>
            </w:r>
          </w:p>
        </w:tc>
      </w:tr>
      <w:tr w:rsidR="00E25052">
        <w:trPr>
          <w:cantSplit/>
          <w:trHeight w:val="510"/>
        </w:trPr>
        <w:tc>
          <w:tcPr>
            <w:tcW w:w="1606" w:type="dxa"/>
            <w:vMerge/>
          </w:tcPr>
          <w:p w:rsidR="00E25052" w:rsidRDefault="00E25052"/>
        </w:tc>
        <w:tc>
          <w:tcPr>
            <w:tcW w:w="8030" w:type="dxa"/>
            <w:gridSpan w:val="3"/>
            <w:shd w:val="clear" w:color="auto" w:fill="F0F0F0"/>
          </w:tcPr>
          <w:p w:rsidR="00E25052" w:rsidRDefault="000613E7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:rsidR="00E25052" w:rsidRDefault="00191219">
            <w:pPr>
              <w:keepNext/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B17385">
              <w:rPr>
                <w:sz w:val="20"/>
                <w:szCs w:val="32"/>
              </w:rPr>
              <w:t>COMUNEI PECIU NOU</w:t>
            </w:r>
          </w:p>
        </w:tc>
      </w:tr>
      <w:tr w:rsidR="00E25052" w:rsidTr="006E4C61">
        <w:trPr>
          <w:cantSplit/>
          <w:trHeight w:val="510"/>
        </w:trPr>
        <w:tc>
          <w:tcPr>
            <w:tcW w:w="1606" w:type="dxa"/>
            <w:vMerge/>
          </w:tcPr>
          <w:p w:rsidR="00E25052" w:rsidRDefault="00E25052"/>
        </w:tc>
        <w:tc>
          <w:tcPr>
            <w:tcW w:w="1562" w:type="dxa"/>
            <w:shd w:val="clear" w:color="auto" w:fill="F0F0F0"/>
          </w:tcPr>
          <w:p w:rsidR="00E25052" w:rsidRPr="00F801F2" w:rsidRDefault="000613E7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F801F2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:rsidR="00E25052" w:rsidRPr="006E4C61" w:rsidRDefault="00B17385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4358207</w:t>
            </w:r>
          </w:p>
        </w:tc>
        <w:tc>
          <w:tcPr>
            <w:tcW w:w="6468" w:type="dxa"/>
            <w:gridSpan w:val="2"/>
            <w:shd w:val="clear" w:color="auto" w:fill="F0F0F0"/>
          </w:tcPr>
          <w:p w:rsidR="00B17385" w:rsidRDefault="00191219" w:rsidP="00B17385">
            <w:pPr>
              <w:keepNext/>
            </w:pPr>
            <w:r w:rsidRPr="006E4C61">
              <w:rPr>
                <w:iCs/>
                <w:color w:val="7A7A7A"/>
                <w:sz w:val="20"/>
                <w:szCs w:val="20"/>
              </w:rPr>
              <w:t xml:space="preserve"> </w:t>
            </w:r>
            <w:proofErr w:type="spellStart"/>
            <w:r w:rsidR="00B17385">
              <w:rPr>
                <w:b/>
                <w:color w:val="0D5F78"/>
              </w:rPr>
              <w:t>Adresa</w:t>
            </w:r>
            <w:proofErr w:type="spellEnd"/>
            <w:r w:rsidR="00B17385">
              <w:rPr>
                <w:b/>
                <w:color w:val="0D5F78"/>
              </w:rPr>
              <w:t xml:space="preserve"> </w:t>
            </w:r>
            <w:proofErr w:type="spellStart"/>
            <w:r w:rsidR="00B17385">
              <w:rPr>
                <w:b/>
                <w:color w:val="0D5F78"/>
              </w:rPr>
              <w:t>oficială</w:t>
            </w:r>
            <w:proofErr w:type="spellEnd"/>
          </w:p>
          <w:p w:rsidR="00B17385" w:rsidRPr="00CA78D8" w:rsidRDefault="00B17385" w:rsidP="00B17385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Peciu Nou, nr.189,</w:t>
            </w:r>
            <w:r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 xml:space="preserve"> </w:t>
            </w: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307310 - Timiș</w:t>
            </w:r>
          </w:p>
          <w:p w:rsidR="00B17385" w:rsidRPr="00CA78D8" w:rsidRDefault="00B17385" w:rsidP="00B17385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Telefon: 0256.414.500 , 0256.414.201</w:t>
            </w:r>
          </w:p>
          <w:p w:rsidR="00B17385" w:rsidRPr="00CA78D8" w:rsidRDefault="00B17385" w:rsidP="00B17385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Fax: 0256.414.826</w:t>
            </w:r>
          </w:p>
          <w:p w:rsidR="00B17385" w:rsidRPr="00CA78D8" w:rsidRDefault="00B17385" w:rsidP="00B17385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www.primariapeciunou.ro</w:t>
            </w:r>
          </w:p>
          <w:p w:rsidR="00E25052" w:rsidRPr="006E4C61" w:rsidRDefault="00B17385" w:rsidP="00B17385">
            <w:pPr>
              <w:keepNext/>
              <w:rPr>
                <w:iCs/>
                <w:sz w:val="20"/>
                <w:szCs w:val="20"/>
              </w:rPr>
            </w:pPr>
            <w:r w:rsidRPr="00CA78D8">
              <w:rPr>
                <w:rFonts w:eastAsia="Times New Roman" w:cs="Times New Roman"/>
                <w:sz w:val="20"/>
                <w:szCs w:val="20"/>
                <w:lang w:val="ro-RO"/>
              </w:rPr>
              <w:t>e-mail: contact@primariapeciunou.ro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  <w:trHeight w:val="510"/>
        </w:trPr>
        <w:tc>
          <w:tcPr>
            <w:tcW w:w="1606" w:type="dxa"/>
            <w:vMerge/>
          </w:tcPr>
          <w:p w:rsidR="00E25052" w:rsidRDefault="00E25052"/>
        </w:tc>
        <w:tc>
          <w:tcPr>
            <w:tcW w:w="4818" w:type="dxa"/>
            <w:gridSpan w:val="2"/>
            <w:shd w:val="clear" w:color="auto" w:fill="F0F0F0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E25052" w:rsidRDefault="00E2505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E25052" w:rsidRDefault="00E25052">
            <w:pPr>
              <w:keepNext/>
            </w:pPr>
          </w:p>
        </w:tc>
      </w:tr>
    </w:tbl>
    <w:p w:rsidR="00E25052" w:rsidRPr="00F801F2" w:rsidRDefault="00E25052">
      <w:pPr>
        <w:spacing w:line="168" w:lineRule="auto"/>
        <w:rPr>
          <w:lang w:val="fr-FR"/>
        </w:rPr>
      </w:pPr>
    </w:p>
    <w:p w:rsidR="00E25052" w:rsidRPr="0021562A" w:rsidRDefault="000613E7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:rsidR="00E25052" w:rsidRDefault="00E2505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E25052">
        <w:trPr>
          <w:cantSplit/>
        </w:trPr>
        <w:tc>
          <w:tcPr>
            <w:tcW w:w="9636" w:type="dxa"/>
            <w:shd w:val="clear" w:color="auto" w:fill="F4F4F4"/>
          </w:tcPr>
          <w:p w:rsidR="00E25052" w:rsidRDefault="000613E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>
        <w:trPr>
          <w:cantSplit/>
          <w:trHeight w:val="510"/>
        </w:trPr>
        <w:tc>
          <w:tcPr>
            <w:tcW w:w="9636" w:type="dxa"/>
          </w:tcPr>
          <w:p w:rsidR="00E25052" w:rsidRPr="00F801F2" w:rsidRDefault="000613E7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</w:t>
            </w:r>
            <w:proofErr w:type="spellEnd"/>
            <w:r w:rsidRPr="00F801F2">
              <w:rPr>
                <w:b/>
                <w:color w:val="0D5F78"/>
                <w:lang w:val="fr-FR"/>
              </w:rPr>
              <w:t>ț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ia</w:t>
            </w:r>
            <w:proofErr w:type="spellEnd"/>
          </w:p>
          <w:p w:rsidR="00E25052" w:rsidRPr="00F801F2" w:rsidRDefault="00527A1E">
            <w:pPr>
              <w:keepNext/>
              <w:rPr>
                <w:lang w:val="fr-FR"/>
              </w:rPr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B17385">
              <w:rPr>
                <w:sz w:val="20"/>
                <w:szCs w:val="32"/>
              </w:rPr>
              <w:t>COMUNEI PECIU NOU</w:t>
            </w:r>
          </w:p>
        </w:tc>
      </w:tr>
    </w:tbl>
    <w:p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E25052" w:rsidRDefault="000613E7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>
        <w:trPr>
          <w:cantSplit/>
          <w:trHeight w:val="510"/>
        </w:trPr>
        <w:tc>
          <w:tcPr>
            <w:tcW w:w="5621" w:type="dxa"/>
            <w:gridSpan w:val="5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E25052" w:rsidRDefault="000613E7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>
        <w:trPr>
          <w:cantSplit/>
          <w:trHeight w:val="510"/>
        </w:trPr>
        <w:tc>
          <w:tcPr>
            <w:tcW w:w="1606" w:type="dxa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E25052" w:rsidRDefault="00E25052">
            <w:pPr>
              <w:keepNext/>
            </w:pPr>
          </w:p>
        </w:tc>
        <w:tc>
          <w:tcPr>
            <w:tcW w:w="1606" w:type="dxa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E25052" w:rsidRDefault="00E25052">
            <w:pPr>
              <w:keepNext/>
            </w:pPr>
          </w:p>
        </w:tc>
        <w:tc>
          <w:tcPr>
            <w:tcW w:w="1606" w:type="dxa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E25052" w:rsidRDefault="000613E7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>
        <w:trPr>
          <w:cantSplit/>
          <w:trHeight w:val="510"/>
        </w:trPr>
        <w:tc>
          <w:tcPr>
            <w:tcW w:w="3212" w:type="dxa"/>
            <w:gridSpan w:val="2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  <w:trHeight w:val="510"/>
        </w:trPr>
        <w:tc>
          <w:tcPr>
            <w:tcW w:w="3212" w:type="dxa"/>
            <w:gridSpan w:val="2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E25052" w:rsidRDefault="00E25052">
            <w:pPr>
              <w:keepNext/>
            </w:pPr>
          </w:p>
        </w:tc>
        <w:tc>
          <w:tcPr>
            <w:tcW w:w="803" w:type="dxa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E25052" w:rsidRDefault="00E25052">
            <w:pPr>
              <w:keepNext/>
            </w:pPr>
          </w:p>
        </w:tc>
        <w:tc>
          <w:tcPr>
            <w:tcW w:w="803" w:type="dxa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E25052" w:rsidRDefault="00E25052">
            <w:pPr>
              <w:keepNext/>
            </w:pPr>
          </w:p>
        </w:tc>
        <w:tc>
          <w:tcPr>
            <w:tcW w:w="803" w:type="dxa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E25052" w:rsidRDefault="00E25052">
            <w:pPr>
              <w:keepNext/>
            </w:pPr>
          </w:p>
        </w:tc>
        <w:tc>
          <w:tcPr>
            <w:tcW w:w="803" w:type="dxa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E25052" w:rsidRDefault="00E25052">
            <w:pPr>
              <w:keepNext/>
            </w:pPr>
          </w:p>
        </w:tc>
        <w:tc>
          <w:tcPr>
            <w:tcW w:w="1606" w:type="dxa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E25052" w:rsidRDefault="00E25052">
            <w:pPr>
              <w:keepNext/>
            </w:pPr>
          </w:p>
        </w:tc>
        <w:tc>
          <w:tcPr>
            <w:tcW w:w="1606" w:type="dxa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E25052" w:rsidRDefault="000613E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>
        <w:trPr>
          <w:cantSplit/>
          <w:trHeight w:val="510"/>
        </w:trPr>
        <w:tc>
          <w:tcPr>
            <w:tcW w:w="4015" w:type="dxa"/>
            <w:gridSpan w:val="3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E25052" w:rsidRDefault="000613E7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>
        <w:trPr>
          <w:cantSplit/>
          <w:trHeight w:val="510"/>
        </w:trPr>
        <w:tc>
          <w:tcPr>
            <w:tcW w:w="6424" w:type="dxa"/>
            <w:gridSpan w:val="6"/>
          </w:tcPr>
          <w:p w:rsidR="00E25052" w:rsidRDefault="000613E7">
            <w:r>
              <w:rPr>
                <w:b/>
                <w:color w:val="0D5F78"/>
              </w:rPr>
              <w:t>În calitate de reprezentant al</w:t>
            </w:r>
          </w:p>
          <w:p w:rsidR="00E25052" w:rsidRDefault="00E25052"/>
        </w:tc>
        <w:tc>
          <w:tcPr>
            <w:tcW w:w="3212" w:type="dxa"/>
            <w:gridSpan w:val="2"/>
          </w:tcPr>
          <w:p w:rsidR="00E25052" w:rsidRDefault="000613E7">
            <w:r>
              <w:rPr>
                <w:b/>
                <w:color w:val="0D5F78"/>
              </w:rPr>
              <w:t>CUI / CIF</w:t>
            </w:r>
          </w:p>
          <w:p w:rsidR="00E25052" w:rsidRDefault="00E25052"/>
        </w:tc>
      </w:tr>
    </w:tbl>
    <w:p w:rsidR="00E25052" w:rsidRDefault="00E25052">
      <w:pPr>
        <w:spacing w:line="168" w:lineRule="auto"/>
      </w:pPr>
    </w:p>
    <w:p w:rsidR="00E25052" w:rsidRDefault="000613E7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:rsidR="00E25052" w:rsidRDefault="000613E7">
      <w:pPr>
        <w:spacing w:before="80" w:after="60"/>
        <w:jc w:val="center"/>
      </w:pPr>
      <w:r>
        <w:rPr>
          <w:sz w:val="18"/>
        </w:rPr>
        <w:t>solicit emiterea</w:t>
      </w:r>
    </w:p>
    <w:p w:rsidR="00E25052" w:rsidRPr="0021562A" w:rsidRDefault="000613E7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E25052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E25052" w:rsidRDefault="000613E7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>
        <w:trPr>
          <w:cantSplit/>
        </w:trPr>
        <w:tc>
          <w:tcPr>
            <w:tcW w:w="9636" w:type="dxa"/>
            <w:gridSpan w:val="6"/>
          </w:tcPr>
          <w:p w:rsidR="00E25052" w:rsidRDefault="000613E7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>
        <w:trPr>
          <w:cantSplit/>
          <w:trHeight w:val="510"/>
        </w:trPr>
        <w:tc>
          <w:tcPr>
            <w:tcW w:w="3212" w:type="dxa"/>
            <w:gridSpan w:val="2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  <w:trHeight w:val="510"/>
        </w:trPr>
        <w:tc>
          <w:tcPr>
            <w:tcW w:w="1606" w:type="dxa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E25052" w:rsidRDefault="00E25052">
            <w:pPr>
              <w:keepNext/>
            </w:pPr>
          </w:p>
        </w:tc>
        <w:tc>
          <w:tcPr>
            <w:tcW w:w="803" w:type="dxa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E25052" w:rsidRDefault="00E25052">
            <w:pPr>
              <w:keepNext/>
            </w:pPr>
          </w:p>
        </w:tc>
        <w:tc>
          <w:tcPr>
            <w:tcW w:w="2409" w:type="dxa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  <w:trHeight w:val="510"/>
        </w:trPr>
        <w:tc>
          <w:tcPr>
            <w:tcW w:w="9636" w:type="dxa"/>
            <w:gridSpan w:val="6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  <w:trHeight w:val="510"/>
        </w:trPr>
        <w:tc>
          <w:tcPr>
            <w:tcW w:w="5621" w:type="dxa"/>
            <w:gridSpan w:val="3"/>
          </w:tcPr>
          <w:p w:rsidR="00E25052" w:rsidRPr="00F801F2" w:rsidRDefault="000613E7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:rsidR="00E25052" w:rsidRPr="00F801F2" w:rsidRDefault="00E25052" w:rsidP="00527A1E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E25052" w:rsidRDefault="000613E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:rsidR="00E25052" w:rsidRDefault="00E25052">
            <w:pPr>
              <w:keepNext/>
            </w:pPr>
          </w:p>
        </w:tc>
      </w:tr>
      <w:tr w:rsidR="00E25052" w:rsidRPr="0021562A">
        <w:trPr>
          <w:cantSplit/>
        </w:trPr>
        <w:tc>
          <w:tcPr>
            <w:tcW w:w="9636" w:type="dxa"/>
            <w:gridSpan w:val="6"/>
          </w:tcPr>
          <w:p w:rsidR="00F8517F" w:rsidRPr="0021562A" w:rsidRDefault="000613E7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:rsidR="00E25052" w:rsidRPr="00F8517F" w:rsidRDefault="000613E7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 xml:space="preserve">☐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Agenț</w:t>
            </w:r>
            <w:proofErr w:type="spellStart"/>
            <w:r w:rsidR="00F8517F" w:rsidRPr="00F8517F">
              <w:rPr>
                <w:sz w:val="16"/>
                <w:lang w:val="fr-FR"/>
              </w:rPr>
              <w:t>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Naț</w:t>
            </w:r>
            <w:proofErr w:type="spellStart"/>
            <w:r w:rsidR="00F8517F" w:rsidRPr="00F8517F">
              <w:rPr>
                <w:sz w:val="16"/>
                <w:lang w:val="fr-FR"/>
              </w:rPr>
              <w:t>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și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E25052">
        <w:trPr>
          <w:cantSplit/>
        </w:trPr>
        <w:tc>
          <w:tcPr>
            <w:tcW w:w="9636" w:type="dxa"/>
            <w:shd w:val="clear" w:color="auto" w:fill="F4F4F4"/>
          </w:tcPr>
          <w:p w:rsidR="00E25052" w:rsidRDefault="000613E7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>
        <w:trPr>
          <w:cantSplit/>
        </w:trPr>
        <w:tc>
          <w:tcPr>
            <w:tcW w:w="9636" w:type="dxa"/>
          </w:tcPr>
          <w:p w:rsidR="00E25052" w:rsidRPr="00F801F2" w:rsidRDefault="000613E7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</w:t>
            </w:r>
            <w:proofErr w:type="spellStart"/>
            <w:r w:rsidRPr="00F801F2">
              <w:rPr>
                <w:sz w:val="16"/>
                <w:lang w:val="fr-FR"/>
              </w:rPr>
              <w:t>prin</w:t>
            </w:r>
            <w:proofErr w:type="spellEnd"/>
            <w:r w:rsidRPr="00F801F2">
              <w:rPr>
                <w:sz w:val="16"/>
                <w:lang w:val="fr-FR"/>
              </w:rPr>
              <w:t xml:space="preserve"> poș</w:t>
            </w:r>
            <w:proofErr w:type="spellStart"/>
            <w:r w:rsidRPr="00F801F2">
              <w:rPr>
                <w:sz w:val="16"/>
                <w:lang w:val="fr-FR"/>
              </w:rPr>
              <w:t>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proofErr w:type="gram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de e-mail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</w:t>
            </w:r>
            <w:proofErr w:type="gramEnd"/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</w:t>
            </w:r>
            <w:proofErr w:type="spellEnd"/>
            <w:r w:rsidRPr="00F801F2">
              <w:rPr>
                <w:sz w:val="16"/>
                <w:lang w:val="fr-FR"/>
              </w:rPr>
              <w:t>ții</w:t>
            </w:r>
          </w:p>
        </w:tc>
      </w:tr>
    </w:tbl>
    <w:p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E25052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E25052" w:rsidRDefault="000613E7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>
        <w:trPr>
          <w:cantSplit/>
          <w:trHeight w:val="510"/>
        </w:trPr>
        <w:tc>
          <w:tcPr>
            <w:tcW w:w="1606" w:type="dxa"/>
          </w:tcPr>
          <w:p w:rsidR="00E25052" w:rsidRDefault="000613E7">
            <w:r>
              <w:rPr>
                <w:b/>
                <w:color w:val="0D5F78"/>
              </w:rPr>
              <w:t>Data</w:t>
            </w:r>
          </w:p>
          <w:p w:rsidR="00E25052" w:rsidRDefault="00E25052"/>
        </w:tc>
        <w:tc>
          <w:tcPr>
            <w:tcW w:w="4818" w:type="dxa"/>
          </w:tcPr>
          <w:p w:rsidR="00E25052" w:rsidRDefault="000613E7">
            <w:r>
              <w:rPr>
                <w:b/>
                <w:color w:val="0D5F78"/>
              </w:rPr>
              <w:t>Solicitantul</w:t>
            </w:r>
          </w:p>
          <w:p w:rsidR="00E25052" w:rsidRDefault="00E25052"/>
        </w:tc>
        <w:tc>
          <w:tcPr>
            <w:tcW w:w="3212" w:type="dxa"/>
          </w:tcPr>
          <w:p w:rsidR="00E25052" w:rsidRDefault="000613E7">
            <w:r>
              <w:rPr>
                <w:b/>
                <w:color w:val="0D5F78"/>
              </w:rPr>
              <w:t>Semnătura</w:t>
            </w:r>
          </w:p>
          <w:p w:rsidR="00E25052" w:rsidRDefault="00E25052"/>
        </w:tc>
      </w:tr>
    </w:tbl>
    <w:p w:rsidR="00E25052" w:rsidRDefault="00E25052">
      <w:pPr>
        <w:spacing w:line="168" w:lineRule="auto"/>
      </w:pPr>
    </w:p>
    <w:p w:rsidR="00F8517F" w:rsidRPr="00F8517F" w:rsidRDefault="00F8517F" w:rsidP="00F8517F"/>
    <w:p w:rsidR="00F8517F" w:rsidRDefault="00F8517F" w:rsidP="00F8517F"/>
    <w:p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49AA" w:rsidRDefault="001649AA">
      <w:r>
        <w:separator/>
      </w:r>
    </w:p>
  </w:endnote>
  <w:endnote w:type="continuationSeparator" w:id="0">
    <w:p w:rsidR="001649AA" w:rsidRDefault="00164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49AA" w:rsidRDefault="001649AA">
      <w:r>
        <w:separator/>
      </w:r>
    </w:p>
  </w:footnote>
  <w:footnote w:type="continuationSeparator" w:id="0">
    <w:p w:rsidR="001649AA" w:rsidRDefault="001649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0613E7"/>
    <w:rsid w:val="000F55B4"/>
    <w:rsid w:val="0015074B"/>
    <w:rsid w:val="001649AA"/>
    <w:rsid w:val="00191219"/>
    <w:rsid w:val="0021562A"/>
    <w:rsid w:val="0029639D"/>
    <w:rsid w:val="002F2880"/>
    <w:rsid w:val="00326F90"/>
    <w:rsid w:val="0045161F"/>
    <w:rsid w:val="004C426C"/>
    <w:rsid w:val="00527A1E"/>
    <w:rsid w:val="00650E77"/>
    <w:rsid w:val="0068590A"/>
    <w:rsid w:val="006C103E"/>
    <w:rsid w:val="006E4C61"/>
    <w:rsid w:val="00763A7C"/>
    <w:rsid w:val="008523FF"/>
    <w:rsid w:val="00861954"/>
    <w:rsid w:val="009B5021"/>
    <w:rsid w:val="00AA1D8D"/>
    <w:rsid w:val="00B16250"/>
    <w:rsid w:val="00B17385"/>
    <w:rsid w:val="00B47730"/>
    <w:rsid w:val="00B5349C"/>
    <w:rsid w:val="00C3244C"/>
    <w:rsid w:val="00CB0664"/>
    <w:rsid w:val="00DF413B"/>
    <w:rsid w:val="00E25052"/>
    <w:rsid w:val="00E61A6B"/>
    <w:rsid w:val="00F801F2"/>
    <w:rsid w:val="00F8517F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9121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9121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3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3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4712B1-F9AD-4DC3-85A6-6AB9E81B2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1496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Sorin Gheju</cp:lastModifiedBy>
  <cp:revision>6</cp:revision>
  <dcterms:created xsi:type="dcterms:W3CDTF">2013-12-23T23:15:00Z</dcterms:created>
  <dcterms:modified xsi:type="dcterms:W3CDTF">2026-10-08T06:24:00Z</dcterms:modified>
  <cp:category/>
</cp:coreProperties>
</file>