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52"/>
        <w:gridCol w:w="3166"/>
        <w:gridCol w:w="3212"/>
      </w:tblGrid>
      <w:tr w:rsidR="001E1635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1E1635" w:rsidRDefault="00A616F8">
            <w:pPr>
              <w:keepNext/>
              <w:jc w:val="center"/>
            </w:pPr>
            <w:r w:rsidRPr="00A616F8">
              <w:drawing>
                <wp:inline distT="0" distB="0" distL="0" distR="0">
                  <wp:extent cx="952500" cy="1181100"/>
                  <wp:effectExtent l="0" t="0" r="0" b="0"/>
                  <wp:docPr id="11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1E1635" w:rsidRDefault="00C6258D">
            <w:pPr>
              <w:keepNext/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  <w:vMerge/>
          </w:tcPr>
          <w:p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1E1635" w:rsidRDefault="00C6258D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A616F8">
              <w:rPr>
                <w:sz w:val="20"/>
                <w:szCs w:val="32"/>
              </w:rPr>
              <w:t>COMUNEI PECIU NOU</w:t>
            </w:r>
          </w:p>
        </w:tc>
      </w:tr>
      <w:tr w:rsidR="001E1635" w:rsidTr="00C6258D">
        <w:trPr>
          <w:cantSplit/>
          <w:trHeight w:val="510"/>
        </w:trPr>
        <w:tc>
          <w:tcPr>
            <w:tcW w:w="1606" w:type="dxa"/>
            <w:vMerge/>
          </w:tcPr>
          <w:p w:rsidR="001E1635" w:rsidRDefault="001E1635"/>
        </w:tc>
        <w:tc>
          <w:tcPr>
            <w:tcW w:w="1652" w:type="dxa"/>
            <w:shd w:val="clear" w:color="auto" w:fill="F0F0F0"/>
          </w:tcPr>
          <w:p w:rsidR="001E1635" w:rsidRPr="006257CA" w:rsidRDefault="0002542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6257CA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:rsidR="001E1635" w:rsidRPr="006257CA" w:rsidRDefault="00A616F8">
            <w:pPr>
              <w:keepNext/>
              <w:rPr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378" w:type="dxa"/>
            <w:gridSpan w:val="2"/>
            <w:shd w:val="clear" w:color="auto" w:fill="F0F0F0"/>
          </w:tcPr>
          <w:p w:rsidR="00A616F8" w:rsidRDefault="00A616F8" w:rsidP="00A616F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A616F8" w:rsidRPr="00CA78D8" w:rsidRDefault="00A616F8" w:rsidP="00A616F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A616F8" w:rsidRPr="00CA78D8" w:rsidRDefault="00A616F8" w:rsidP="00A616F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A616F8" w:rsidRPr="00CA78D8" w:rsidRDefault="00A616F8" w:rsidP="00A616F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A616F8" w:rsidRPr="00CA78D8" w:rsidRDefault="00A616F8" w:rsidP="00A616F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1E1635" w:rsidRDefault="00A616F8" w:rsidP="00A616F8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  <w:vMerge/>
          </w:tcPr>
          <w:p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E1635" w:rsidRDefault="001E1635">
            <w:pPr>
              <w:keepNext/>
            </w:pP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p w:rsidR="001E1635" w:rsidRPr="00A37FAC" w:rsidRDefault="0002542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02542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>
        <w:trPr>
          <w:cantSplit/>
          <w:trHeight w:val="510"/>
        </w:trPr>
        <w:tc>
          <w:tcPr>
            <w:tcW w:w="9636" w:type="dxa"/>
          </w:tcPr>
          <w:p w:rsidR="001E1635" w:rsidRPr="006257CA" w:rsidRDefault="0002542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</w:t>
            </w:r>
            <w:proofErr w:type="spellEnd"/>
            <w:r w:rsidRPr="006257CA">
              <w:rPr>
                <w:b/>
                <w:color w:val="0D5F78"/>
                <w:lang w:val="fr-FR"/>
              </w:rPr>
              <w:t>ț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1E1635" w:rsidRPr="006257CA" w:rsidRDefault="00C6258D" w:rsidP="003105AC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A616F8">
              <w:rPr>
                <w:sz w:val="20"/>
                <w:szCs w:val="32"/>
              </w:rPr>
              <w:t>COMUNEI PECIU NOU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02542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5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02542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02542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02542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>
        <w:trPr>
          <w:cantSplit/>
          <w:trHeight w:val="510"/>
        </w:trPr>
        <w:tc>
          <w:tcPr>
            <w:tcW w:w="4015" w:type="dxa"/>
            <w:gridSpan w:val="3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02542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1E1635">
        <w:trPr>
          <w:cantSplit/>
          <w:trHeight w:val="510"/>
        </w:trPr>
        <w:tc>
          <w:tcPr>
            <w:tcW w:w="6424" w:type="dxa"/>
            <w:gridSpan w:val="6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1E1635" w:rsidRDefault="001E1635">
            <w:pPr>
              <w:keepNext/>
            </w:pPr>
          </w:p>
        </w:tc>
      </w:tr>
      <w:tr w:rsidR="001E1635" w:rsidRPr="00A37FAC">
        <w:trPr>
          <w:cantSplit/>
        </w:trPr>
        <w:tc>
          <w:tcPr>
            <w:tcW w:w="9636" w:type="dxa"/>
            <w:gridSpan w:val="8"/>
          </w:tcPr>
          <w:p w:rsidR="001E1635" w:rsidRPr="006257CA" w:rsidRDefault="0002542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p w:rsidR="001E1635" w:rsidRPr="006257CA" w:rsidRDefault="0002542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și </w:t>
      </w:r>
      <w:proofErr w:type="spellStart"/>
      <w:r w:rsidRPr="006257CA">
        <w:rPr>
          <w:sz w:val="18"/>
          <w:lang w:val="fr-FR"/>
        </w:rPr>
        <w:t>construc</w:t>
      </w:r>
      <w:proofErr w:type="spellEnd"/>
      <w:r w:rsidRPr="006257CA">
        <w:rPr>
          <w:sz w:val="18"/>
          <w:lang w:val="fr-FR"/>
        </w:rPr>
        <w:t>ț</w:t>
      </w:r>
      <w:proofErr w:type="spellStart"/>
      <w:r w:rsidRPr="006257CA">
        <w:rPr>
          <w:sz w:val="18"/>
          <w:lang w:val="fr-FR"/>
        </w:rPr>
        <w:t>iilor</w:t>
      </w:r>
      <w:proofErr w:type="spellEnd"/>
      <w:r w:rsidRPr="006257CA">
        <w:rPr>
          <w:sz w:val="18"/>
          <w:lang w:val="fr-FR"/>
        </w:rPr>
        <w:t>,</w:t>
      </w:r>
    </w:p>
    <w:p w:rsidR="001E1635" w:rsidRPr="006257CA" w:rsidRDefault="0002542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:rsidR="001E1635" w:rsidRPr="006257CA" w:rsidRDefault="0002542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 xml:space="preserve">CERTIFICATULUI </w:t>
      </w:r>
      <w:proofErr w:type="gramStart"/>
      <w:r w:rsidRPr="006257CA">
        <w:rPr>
          <w:b/>
          <w:sz w:val="20"/>
          <w:lang w:val="fr-FR"/>
        </w:rPr>
        <w:t>DE URBANISM</w:t>
      </w:r>
      <w:proofErr w:type="gramEnd"/>
    </w:p>
    <w:p w:rsidR="001E1635" w:rsidRDefault="0002542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/>
      </w:tblPr>
      <w:tblGrid>
        <w:gridCol w:w="9636"/>
      </w:tblGrid>
      <w:tr w:rsidR="006257CA" w:rsidRPr="006257CA" w:rsidTr="006257CA">
        <w:tc>
          <w:tcPr>
            <w:tcW w:w="9636" w:type="dxa"/>
          </w:tcPr>
          <w:p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proofErr w:type="spellEnd"/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proofErr w:type="spellEnd"/>
            <w:r w:rsidRPr="000F0E2F">
              <w:rPr>
                <w:rFonts w:cs="Times New Roman"/>
                <w:lang w:val="fr-FR"/>
              </w:rPr>
              <w:t>ț</w:t>
            </w:r>
            <w:proofErr w:type="spellStart"/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proofErr w:type="spellEnd"/>
            <w:r w:rsidRPr="000F0E2F">
              <w:rPr>
                <w:rFonts w:cs="Times New Roman"/>
                <w:lang w:val="fr-FR"/>
              </w:rPr>
              <w:t>ț</w:t>
            </w:r>
            <w:proofErr w:type="spellStart"/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gramStart"/>
            <w:r w:rsidRPr="000F0E2F">
              <w:rPr>
                <w:lang w:val="fr-FR"/>
              </w:rPr>
              <w:t xml:space="preserve">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proofErr w:type="gram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</w:t>
            </w:r>
            <w:proofErr w:type="spellEnd"/>
            <w:r>
              <w:rPr>
                <w:sz w:val="16"/>
                <w:lang w:val="fr-FR"/>
              </w:rPr>
              <w:t>ț</w:t>
            </w:r>
            <w:proofErr w:type="spellStart"/>
            <w:r>
              <w:rPr>
                <w:sz w:val="16"/>
                <w:lang w:val="fr-FR"/>
              </w:rPr>
              <w:t>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1E163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E1635" w:rsidRDefault="0002542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>
        <w:trPr>
          <w:cantSplit/>
        </w:trPr>
        <w:tc>
          <w:tcPr>
            <w:tcW w:w="9636" w:type="dxa"/>
            <w:gridSpan w:val="6"/>
          </w:tcPr>
          <w:p w:rsidR="001E1635" w:rsidRDefault="0002542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02542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2409" w:type="dxa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3"/>
          </w:tcPr>
          <w:p w:rsidR="001E1635" w:rsidRPr="006257CA" w:rsidRDefault="0002542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:rsidR="001E1635" w:rsidRPr="006257CA" w:rsidRDefault="001E1635" w:rsidP="0034550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1E1635" w:rsidRDefault="0002542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1E1635" w:rsidRDefault="001E1635">
            <w:pPr>
              <w:keepNext/>
            </w:pPr>
          </w:p>
        </w:tc>
      </w:tr>
    </w:tbl>
    <w:p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02542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6257CA" w:rsidRDefault="0002542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</w:t>
            </w:r>
            <w:proofErr w:type="spellStart"/>
            <w:r w:rsidRPr="006257CA">
              <w:rPr>
                <w:sz w:val="16"/>
                <w:lang w:val="fr-FR"/>
              </w:rPr>
              <w:t>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02542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1E1635" w:rsidRPr="006257CA" w:rsidRDefault="0002542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poș</w:t>
            </w:r>
            <w:proofErr w:type="spellStart"/>
            <w:r w:rsidRPr="006257CA">
              <w:rPr>
                <w:sz w:val="16"/>
                <w:lang w:val="fr-FR"/>
              </w:rPr>
              <w:t>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de e-mail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</w:t>
            </w:r>
            <w:proofErr w:type="gramEnd"/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</w:t>
            </w:r>
            <w:proofErr w:type="spellEnd"/>
            <w:r w:rsidRPr="006257CA">
              <w:rPr>
                <w:sz w:val="16"/>
                <w:lang w:val="fr-FR"/>
              </w:rPr>
              <w:t>ții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1E163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E1635" w:rsidRDefault="00025420">
            <w:pPr>
              <w:keepNext/>
            </w:pPr>
            <w:r w:rsidRPr="006257CA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025420">
            <w:r>
              <w:rPr>
                <w:b/>
                <w:color w:val="0D5F78"/>
              </w:rPr>
              <w:t>Data</w:t>
            </w:r>
          </w:p>
          <w:p w:rsidR="001E1635" w:rsidRDefault="001E1635"/>
        </w:tc>
        <w:tc>
          <w:tcPr>
            <w:tcW w:w="4818" w:type="dxa"/>
          </w:tcPr>
          <w:p w:rsidR="001E1635" w:rsidRDefault="0002542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1E1635" w:rsidRDefault="001E1635"/>
        </w:tc>
        <w:tc>
          <w:tcPr>
            <w:tcW w:w="3212" w:type="dxa"/>
          </w:tcPr>
          <w:p w:rsidR="001E1635" w:rsidRDefault="0002542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1E1635" w:rsidRDefault="001E1635"/>
        </w:tc>
      </w:tr>
    </w:tbl>
    <w:p w:rsidR="001E1635" w:rsidRDefault="001E1635">
      <w:pPr>
        <w:spacing w:line="168" w:lineRule="auto"/>
      </w:pPr>
    </w:p>
    <w:sectPr w:rsidR="001E1635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38F" w:rsidRDefault="0082238F">
      <w:r>
        <w:separator/>
      </w:r>
    </w:p>
  </w:endnote>
  <w:endnote w:type="continuationSeparator" w:id="0">
    <w:p w:rsidR="0082238F" w:rsidRDefault="008223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38F" w:rsidRDefault="0082238F">
      <w:r>
        <w:separator/>
      </w:r>
    </w:p>
  </w:footnote>
  <w:footnote w:type="continuationSeparator" w:id="0">
    <w:p w:rsidR="0082238F" w:rsidRDefault="008223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25420"/>
    <w:rsid w:val="00034616"/>
    <w:rsid w:val="0006063C"/>
    <w:rsid w:val="0015074B"/>
    <w:rsid w:val="001E1635"/>
    <w:rsid w:val="0029639D"/>
    <w:rsid w:val="003105AC"/>
    <w:rsid w:val="00326F90"/>
    <w:rsid w:val="0034550C"/>
    <w:rsid w:val="006257CA"/>
    <w:rsid w:val="00650E77"/>
    <w:rsid w:val="006811C0"/>
    <w:rsid w:val="006C103E"/>
    <w:rsid w:val="0082238F"/>
    <w:rsid w:val="009D782F"/>
    <w:rsid w:val="00A14F0C"/>
    <w:rsid w:val="00A37FAC"/>
    <w:rsid w:val="00A616F8"/>
    <w:rsid w:val="00AA1D8D"/>
    <w:rsid w:val="00AC5F99"/>
    <w:rsid w:val="00B47730"/>
    <w:rsid w:val="00C33D88"/>
    <w:rsid w:val="00C6258D"/>
    <w:rsid w:val="00CB0664"/>
    <w:rsid w:val="00F924C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625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6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DF0287-DF2E-4A48-9829-2B217B9D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5</cp:revision>
  <dcterms:created xsi:type="dcterms:W3CDTF">2013-12-23T23:15:00Z</dcterms:created>
  <dcterms:modified xsi:type="dcterms:W3CDTF">2026-10-08T06:30:00Z</dcterms:modified>
  <cp:category/>
</cp:coreProperties>
</file>