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TableGrid"/>
        <w:tblW w:w="0" w:type="auto"/>
        <w:tblBorders>
          <w:top w:val="single" w:sz="4" w:space="0" w:color="767676"/>
          <w:left w:val="single" w:sz="4" w:space="0" w:color="767676"/>
          <w:bottom w:val="single" w:sz="4" w:space="0" w:color="767676"/>
          <w:right w:val="single" w:sz="4" w:space="0" w:color="767676"/>
          <w:insideH w:val="single" w:sz="4" w:space="0" w:color="767676"/>
          <w:insideV w:val="single" w:sz="4" w:space="0" w:color="767676"/>
        </w:tblBorders>
        <w:tblLayout w:type="fixed"/>
        <w:tblLook w:val="04A0"/>
      </w:tblPr>
      <w:tblGrid>
        <w:gridCol w:w="1606"/>
        <w:gridCol w:w="1562"/>
        <w:gridCol w:w="3256"/>
        <w:gridCol w:w="3212"/>
      </w:tblGrid>
      <w:tr w:rsidR="00227073" w:rsidTr="00366053">
        <w:trPr>
          <w:cantSplit/>
          <w:trHeight w:val="510"/>
        </w:trPr>
        <w:tc>
          <w:tcPr>
            <w:tcW w:w="1606" w:type="dxa"/>
            <w:vMerge w:val="restart"/>
            <w:vAlign w:val="center"/>
          </w:tcPr>
          <w:p w:rsidR="00227073" w:rsidRPr="006E4C61" w:rsidRDefault="00700096" w:rsidP="00366053">
            <w:pPr>
              <w:keepNext/>
              <w:jc w:val="center"/>
              <w:rPr>
                <w:i/>
                <w:color w:val="595959"/>
              </w:rPr>
            </w:pPr>
            <w:r w:rsidRPr="00700096">
              <w:rPr>
                <w:i/>
                <w:noProof/>
                <w:color w:val="595959"/>
              </w:rPr>
              <w:drawing>
                <wp:inline distT="0" distB="0" distL="0" distR="0">
                  <wp:extent cx="952500" cy="1181100"/>
                  <wp:effectExtent l="0" t="0" r="0" b="0"/>
                  <wp:docPr id="20" name="Picture 3" descr="stem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 descr="stema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52500" cy="11811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8030" w:type="dxa"/>
            <w:gridSpan w:val="3"/>
            <w:shd w:val="clear" w:color="auto" w:fill="F0F0F0"/>
          </w:tcPr>
          <w:p w:rsidR="00227073" w:rsidRDefault="00227073" w:rsidP="00366053">
            <w:pPr>
              <w:keepNext/>
            </w:pPr>
            <w:proofErr w:type="spellStart"/>
            <w:r>
              <w:rPr>
                <w:b/>
                <w:color w:val="0D5F78"/>
              </w:rPr>
              <w:t>Județul</w:t>
            </w:r>
            <w:proofErr w:type="spellEnd"/>
          </w:p>
          <w:p w:rsidR="00227073" w:rsidRPr="00191219" w:rsidRDefault="00227073" w:rsidP="00366053">
            <w:pPr>
              <w:keepNext/>
              <w:rPr>
                <w:lang w:val="ro-RO"/>
              </w:rPr>
            </w:pPr>
            <w:r w:rsidRPr="006E4C61">
              <w:rPr>
                <w:sz w:val="20"/>
                <w:szCs w:val="32"/>
                <w:lang w:val="ro-RO"/>
              </w:rPr>
              <w:t>TIMIȘ</w:t>
            </w:r>
          </w:p>
        </w:tc>
      </w:tr>
      <w:tr w:rsidR="00227073" w:rsidTr="00366053">
        <w:trPr>
          <w:cantSplit/>
          <w:trHeight w:val="510"/>
        </w:trPr>
        <w:tc>
          <w:tcPr>
            <w:tcW w:w="1606" w:type="dxa"/>
            <w:vMerge/>
          </w:tcPr>
          <w:p w:rsidR="00227073" w:rsidRDefault="00227073" w:rsidP="00366053"/>
        </w:tc>
        <w:tc>
          <w:tcPr>
            <w:tcW w:w="8030" w:type="dxa"/>
            <w:gridSpan w:val="3"/>
            <w:shd w:val="clear" w:color="auto" w:fill="F0F0F0"/>
          </w:tcPr>
          <w:p w:rsidR="00227073" w:rsidRDefault="00227073" w:rsidP="00366053">
            <w:pPr>
              <w:keepNext/>
            </w:pPr>
            <w:proofErr w:type="spellStart"/>
            <w:r>
              <w:rPr>
                <w:b/>
                <w:color w:val="0D5F78"/>
              </w:rPr>
              <w:t>Autoritatea</w:t>
            </w:r>
            <w:proofErr w:type="spellEnd"/>
            <w:r>
              <w:rPr>
                <w:b/>
                <w:color w:val="0D5F78"/>
              </w:rPr>
              <w:t xml:space="preserve"> </w:t>
            </w:r>
            <w:proofErr w:type="spellStart"/>
            <w:r>
              <w:rPr>
                <w:b/>
                <w:color w:val="0D5F78"/>
              </w:rPr>
              <w:t>administrației</w:t>
            </w:r>
            <w:proofErr w:type="spellEnd"/>
            <w:r>
              <w:rPr>
                <w:b/>
                <w:color w:val="0D5F78"/>
              </w:rPr>
              <w:t xml:space="preserve"> </w:t>
            </w:r>
            <w:proofErr w:type="spellStart"/>
            <w:r>
              <w:rPr>
                <w:b/>
                <w:color w:val="0D5F78"/>
              </w:rPr>
              <w:t>publice</w:t>
            </w:r>
            <w:proofErr w:type="spellEnd"/>
          </w:p>
          <w:p w:rsidR="00227073" w:rsidRDefault="00700096" w:rsidP="00366053">
            <w:pPr>
              <w:keepNext/>
            </w:pPr>
            <w:r>
              <w:rPr>
                <w:sz w:val="20"/>
                <w:szCs w:val="32"/>
              </w:rPr>
              <w:t>PRIMĂRIA COMUNEI PECIU NOU</w:t>
            </w:r>
          </w:p>
        </w:tc>
      </w:tr>
      <w:tr w:rsidR="00700096" w:rsidTr="00366053">
        <w:trPr>
          <w:cantSplit/>
          <w:trHeight w:val="510"/>
        </w:trPr>
        <w:tc>
          <w:tcPr>
            <w:tcW w:w="1606" w:type="dxa"/>
            <w:vMerge/>
          </w:tcPr>
          <w:p w:rsidR="00700096" w:rsidRDefault="00700096" w:rsidP="00366053"/>
        </w:tc>
        <w:tc>
          <w:tcPr>
            <w:tcW w:w="1562" w:type="dxa"/>
            <w:shd w:val="clear" w:color="auto" w:fill="F0F0F0"/>
          </w:tcPr>
          <w:p w:rsidR="00700096" w:rsidRPr="00F801F2" w:rsidRDefault="00700096" w:rsidP="00366053">
            <w:pPr>
              <w:keepNext/>
              <w:rPr>
                <w:lang w:val="fr-FR"/>
              </w:rPr>
            </w:pPr>
            <w:r w:rsidRPr="00F801F2">
              <w:rPr>
                <w:b/>
                <w:color w:val="0D5F78"/>
                <w:lang w:val="fr-FR"/>
              </w:rPr>
              <w:t xml:space="preserve">Cod </w:t>
            </w:r>
            <w:proofErr w:type="gramStart"/>
            <w:r w:rsidRPr="00F801F2">
              <w:rPr>
                <w:b/>
                <w:color w:val="0D5F78"/>
                <w:lang w:val="fr-FR"/>
              </w:rPr>
              <w:t xml:space="preserve">de </w:t>
            </w:r>
            <w:proofErr w:type="spellStart"/>
            <w:r w:rsidRPr="00F801F2">
              <w:rPr>
                <w:b/>
                <w:color w:val="0D5F78"/>
                <w:lang w:val="fr-FR"/>
              </w:rPr>
              <w:t>identificare</w:t>
            </w:r>
            <w:proofErr w:type="spellEnd"/>
            <w:proofErr w:type="gramEnd"/>
            <w:r w:rsidRPr="00F801F2">
              <w:rPr>
                <w:b/>
                <w:color w:val="0D5F78"/>
                <w:lang w:val="fr-FR"/>
              </w:rPr>
              <w:t xml:space="preserve"> </w:t>
            </w:r>
            <w:proofErr w:type="spellStart"/>
            <w:r w:rsidRPr="00F801F2">
              <w:rPr>
                <w:b/>
                <w:color w:val="0D5F78"/>
                <w:lang w:val="fr-FR"/>
              </w:rPr>
              <w:t>fiscală</w:t>
            </w:r>
            <w:proofErr w:type="spellEnd"/>
            <w:r w:rsidRPr="00F801F2">
              <w:rPr>
                <w:b/>
                <w:color w:val="0D5F78"/>
                <w:lang w:val="fr-FR"/>
              </w:rPr>
              <w:t xml:space="preserve"> (CIF)</w:t>
            </w:r>
          </w:p>
          <w:p w:rsidR="00700096" w:rsidRPr="006E4C61" w:rsidRDefault="00700096" w:rsidP="00366053">
            <w:pPr>
              <w:keepNext/>
              <w:rPr>
                <w:sz w:val="20"/>
                <w:szCs w:val="20"/>
                <w:lang w:val="fr-FR"/>
              </w:rPr>
            </w:pPr>
            <w:r>
              <w:rPr>
                <w:sz w:val="20"/>
                <w:szCs w:val="20"/>
                <w:lang w:val="fr-FR"/>
              </w:rPr>
              <w:t>4358207</w:t>
            </w:r>
          </w:p>
        </w:tc>
        <w:tc>
          <w:tcPr>
            <w:tcW w:w="6468" w:type="dxa"/>
            <w:gridSpan w:val="2"/>
            <w:shd w:val="clear" w:color="auto" w:fill="F0F0F0"/>
          </w:tcPr>
          <w:p w:rsidR="00700096" w:rsidRDefault="00700096" w:rsidP="007A7FE2">
            <w:pPr>
              <w:keepNext/>
            </w:pPr>
            <w:proofErr w:type="spellStart"/>
            <w:r>
              <w:rPr>
                <w:b/>
                <w:color w:val="0D5F78"/>
              </w:rPr>
              <w:t>Adresa</w:t>
            </w:r>
            <w:proofErr w:type="spellEnd"/>
            <w:r>
              <w:rPr>
                <w:b/>
                <w:color w:val="0D5F78"/>
              </w:rPr>
              <w:t xml:space="preserve"> </w:t>
            </w:r>
            <w:proofErr w:type="spellStart"/>
            <w:r>
              <w:rPr>
                <w:b/>
                <w:color w:val="0D5F78"/>
              </w:rPr>
              <w:t>oficială</w:t>
            </w:r>
            <w:proofErr w:type="spellEnd"/>
          </w:p>
          <w:p w:rsidR="00700096" w:rsidRPr="00CA78D8" w:rsidRDefault="00700096" w:rsidP="007A7FE2">
            <w:pPr>
              <w:pStyle w:val="NoSpacing"/>
              <w:rPr>
                <w:rFonts w:ascii="Cambria" w:eastAsia="Times New Roman" w:hAnsi="Cambria" w:cs="Times New Roman"/>
                <w:sz w:val="20"/>
                <w:szCs w:val="20"/>
                <w:lang w:val="ro-RO"/>
              </w:rPr>
            </w:pPr>
            <w:r w:rsidRPr="00CA78D8">
              <w:rPr>
                <w:rFonts w:ascii="Cambria" w:eastAsia="Times New Roman" w:hAnsi="Cambria" w:cs="Times New Roman"/>
                <w:sz w:val="20"/>
                <w:szCs w:val="20"/>
                <w:lang w:val="ro-RO"/>
              </w:rPr>
              <w:t>Peciu Nou, nr.189,</w:t>
            </w:r>
            <w:r>
              <w:rPr>
                <w:rFonts w:ascii="Cambria" w:eastAsia="Times New Roman" w:hAnsi="Cambria" w:cs="Times New Roman"/>
                <w:sz w:val="20"/>
                <w:szCs w:val="20"/>
                <w:lang w:val="ro-RO"/>
              </w:rPr>
              <w:t xml:space="preserve"> </w:t>
            </w:r>
            <w:r w:rsidRPr="00CA78D8">
              <w:rPr>
                <w:rFonts w:ascii="Cambria" w:eastAsia="Times New Roman" w:hAnsi="Cambria" w:cs="Times New Roman"/>
                <w:sz w:val="20"/>
                <w:szCs w:val="20"/>
                <w:lang w:val="ro-RO"/>
              </w:rPr>
              <w:t>307310 - Timiș</w:t>
            </w:r>
          </w:p>
          <w:p w:rsidR="00700096" w:rsidRPr="00CA78D8" w:rsidRDefault="00700096" w:rsidP="007A7FE2">
            <w:pPr>
              <w:pStyle w:val="NoSpacing"/>
              <w:rPr>
                <w:rFonts w:ascii="Cambria" w:eastAsia="Times New Roman" w:hAnsi="Cambria" w:cs="Times New Roman"/>
                <w:sz w:val="20"/>
                <w:szCs w:val="20"/>
                <w:lang w:val="ro-RO"/>
              </w:rPr>
            </w:pPr>
            <w:r w:rsidRPr="00CA78D8">
              <w:rPr>
                <w:rFonts w:ascii="Cambria" w:eastAsia="Times New Roman" w:hAnsi="Cambria" w:cs="Times New Roman"/>
                <w:sz w:val="20"/>
                <w:szCs w:val="20"/>
                <w:lang w:val="ro-RO"/>
              </w:rPr>
              <w:t>Telefon: 0256.414.500 , 0256.414.201</w:t>
            </w:r>
          </w:p>
          <w:p w:rsidR="00700096" w:rsidRPr="00CA78D8" w:rsidRDefault="00700096" w:rsidP="007A7FE2">
            <w:pPr>
              <w:pStyle w:val="NoSpacing"/>
              <w:rPr>
                <w:rFonts w:ascii="Cambria" w:eastAsia="Times New Roman" w:hAnsi="Cambria" w:cs="Times New Roman"/>
                <w:sz w:val="20"/>
                <w:szCs w:val="20"/>
                <w:lang w:val="ro-RO"/>
              </w:rPr>
            </w:pPr>
            <w:r w:rsidRPr="00CA78D8">
              <w:rPr>
                <w:rFonts w:ascii="Cambria" w:eastAsia="Times New Roman" w:hAnsi="Cambria" w:cs="Times New Roman"/>
                <w:sz w:val="20"/>
                <w:szCs w:val="20"/>
                <w:lang w:val="ro-RO"/>
              </w:rPr>
              <w:t>Fax: 0256.414.826</w:t>
            </w:r>
          </w:p>
          <w:p w:rsidR="00700096" w:rsidRPr="00CA78D8" w:rsidRDefault="00700096" w:rsidP="007A7FE2">
            <w:pPr>
              <w:pStyle w:val="NoSpacing"/>
              <w:rPr>
                <w:rFonts w:ascii="Cambria" w:eastAsia="Times New Roman" w:hAnsi="Cambria" w:cs="Times New Roman"/>
                <w:sz w:val="20"/>
                <w:szCs w:val="20"/>
                <w:lang w:val="ro-RO"/>
              </w:rPr>
            </w:pPr>
            <w:r w:rsidRPr="00CA78D8">
              <w:rPr>
                <w:rFonts w:ascii="Cambria" w:eastAsia="Times New Roman" w:hAnsi="Cambria" w:cs="Times New Roman"/>
                <w:sz w:val="20"/>
                <w:szCs w:val="20"/>
                <w:lang w:val="ro-RO"/>
              </w:rPr>
              <w:t>www.primariapeciunou.ro</w:t>
            </w:r>
          </w:p>
          <w:p w:rsidR="00700096" w:rsidRDefault="00700096" w:rsidP="007A7FE2">
            <w:pPr>
              <w:keepNext/>
            </w:pPr>
            <w:r w:rsidRPr="00CA78D8">
              <w:rPr>
                <w:rFonts w:eastAsia="Times New Roman" w:cs="Times New Roman"/>
                <w:sz w:val="20"/>
                <w:szCs w:val="20"/>
                <w:lang w:val="ro-RO"/>
              </w:rPr>
              <w:t>e-mail: contact@primariapeciunou.ro</w:t>
            </w:r>
          </w:p>
        </w:tc>
      </w:tr>
      <w:tr w:rsidR="00700096" w:rsidTr="00366053">
        <w:trPr>
          <w:cantSplit/>
          <w:trHeight w:val="510"/>
        </w:trPr>
        <w:tc>
          <w:tcPr>
            <w:tcW w:w="1606" w:type="dxa"/>
            <w:vMerge/>
          </w:tcPr>
          <w:p w:rsidR="00700096" w:rsidRDefault="00700096" w:rsidP="00366053"/>
        </w:tc>
        <w:tc>
          <w:tcPr>
            <w:tcW w:w="4818" w:type="dxa"/>
            <w:gridSpan w:val="2"/>
            <w:shd w:val="clear" w:color="auto" w:fill="F0F0F0"/>
          </w:tcPr>
          <w:p w:rsidR="00700096" w:rsidRDefault="00700096" w:rsidP="00366053">
            <w:pPr>
              <w:keepNext/>
            </w:pPr>
            <w:proofErr w:type="spellStart"/>
            <w:r>
              <w:rPr>
                <w:b/>
                <w:color w:val="0D5F78"/>
              </w:rPr>
              <w:t>Număr</w:t>
            </w:r>
            <w:proofErr w:type="spellEnd"/>
            <w:r>
              <w:rPr>
                <w:b/>
                <w:color w:val="0D5F78"/>
              </w:rPr>
              <w:t xml:space="preserve"> de </w:t>
            </w:r>
            <w:proofErr w:type="spellStart"/>
            <w:r>
              <w:rPr>
                <w:b/>
                <w:color w:val="0D5F78"/>
              </w:rPr>
              <w:t>înregistrare</w:t>
            </w:r>
            <w:proofErr w:type="spellEnd"/>
          </w:p>
          <w:p w:rsidR="00700096" w:rsidRDefault="00700096" w:rsidP="00366053">
            <w:pPr>
              <w:keepNext/>
            </w:pPr>
          </w:p>
        </w:tc>
        <w:tc>
          <w:tcPr>
            <w:tcW w:w="3212" w:type="dxa"/>
            <w:shd w:val="clear" w:color="auto" w:fill="F0F0F0"/>
          </w:tcPr>
          <w:p w:rsidR="00700096" w:rsidRDefault="00700096" w:rsidP="00366053">
            <w:pPr>
              <w:keepNext/>
            </w:pPr>
            <w:r>
              <w:rPr>
                <w:b/>
                <w:color w:val="0D5F78"/>
              </w:rPr>
              <w:t>Data</w:t>
            </w:r>
          </w:p>
          <w:p w:rsidR="00700096" w:rsidRDefault="00700096" w:rsidP="00366053">
            <w:pPr>
              <w:keepNext/>
            </w:pPr>
          </w:p>
        </w:tc>
      </w:tr>
    </w:tbl>
    <w:p w:rsidR="0092490D" w:rsidRPr="00EC2169" w:rsidRDefault="008D3852">
      <w:pPr>
        <w:spacing w:before="140" w:after="40"/>
        <w:jc w:val="center"/>
        <w:rPr>
          <w:sz w:val="28"/>
          <w:szCs w:val="28"/>
        </w:rPr>
      </w:pPr>
      <w:r w:rsidRPr="00EC2169">
        <w:rPr>
          <w:b/>
          <w:sz w:val="28"/>
          <w:szCs w:val="28"/>
        </w:rPr>
        <w:t>CERERE</w:t>
      </w:r>
    </w:p>
    <w:p w:rsidR="0092490D" w:rsidRDefault="0092490D">
      <w:pPr>
        <w:spacing w:after="60" w:line="168" w:lineRule="auto"/>
      </w:pPr>
    </w:p>
    <w:tbl>
      <w:tblPr>
        <w:tblStyle w:val="TableGrid"/>
        <w:tblW w:w="0" w:type="auto"/>
        <w:tblBorders>
          <w:top w:val="single" w:sz="4" w:space="0" w:color="767676"/>
          <w:left w:val="single" w:sz="4" w:space="0" w:color="767676"/>
          <w:bottom w:val="single" w:sz="4" w:space="0" w:color="767676"/>
          <w:right w:val="single" w:sz="4" w:space="0" w:color="767676"/>
          <w:insideH w:val="single" w:sz="4" w:space="0" w:color="767676"/>
          <w:insideV w:val="single" w:sz="4" w:space="0" w:color="767676"/>
        </w:tblBorders>
        <w:tblLayout w:type="fixed"/>
        <w:tblLook w:val="04A0"/>
      </w:tblPr>
      <w:tblGrid>
        <w:gridCol w:w="9636"/>
      </w:tblGrid>
      <w:tr w:rsidR="0092490D">
        <w:trPr>
          <w:cantSplit/>
        </w:trPr>
        <w:tc>
          <w:tcPr>
            <w:tcW w:w="9636" w:type="dxa"/>
            <w:shd w:val="clear" w:color="auto" w:fill="F4F4F4"/>
          </w:tcPr>
          <w:p w:rsidR="0092490D" w:rsidRDefault="008D3852">
            <w:pPr>
              <w:keepNext/>
            </w:pPr>
            <w:r>
              <w:rPr>
                <w:b/>
                <w:sz w:val="16"/>
              </w:rPr>
              <w:t xml:space="preserve"> 1. </w:t>
            </w:r>
            <w:r>
              <w:rPr>
                <w:b/>
                <w:color w:val="000000"/>
                <w:sz w:val="18"/>
              </w:rPr>
              <w:t>CĂTRE</w:t>
            </w:r>
          </w:p>
        </w:tc>
      </w:tr>
      <w:tr w:rsidR="0092490D" w:rsidRPr="00975330">
        <w:trPr>
          <w:cantSplit/>
          <w:trHeight w:val="510"/>
        </w:trPr>
        <w:tc>
          <w:tcPr>
            <w:tcW w:w="9636" w:type="dxa"/>
          </w:tcPr>
          <w:p w:rsidR="0092490D" w:rsidRPr="00990104" w:rsidRDefault="008D3852">
            <w:pPr>
              <w:keepNext/>
              <w:rPr>
                <w:lang w:val="fr-FR"/>
              </w:rPr>
            </w:pPr>
            <w:proofErr w:type="spellStart"/>
            <w:r w:rsidRPr="00990104">
              <w:rPr>
                <w:b/>
                <w:color w:val="0D5F78"/>
                <w:lang w:val="fr-FR"/>
              </w:rPr>
              <w:t>Institu</w:t>
            </w:r>
            <w:proofErr w:type="spellEnd"/>
            <w:r w:rsidRPr="00990104">
              <w:rPr>
                <w:b/>
                <w:color w:val="0D5F78"/>
                <w:lang w:val="fr-FR"/>
              </w:rPr>
              <w:t>ț</w:t>
            </w:r>
            <w:proofErr w:type="spellStart"/>
            <w:r w:rsidRPr="00990104">
              <w:rPr>
                <w:b/>
                <w:color w:val="0D5F78"/>
                <w:lang w:val="fr-FR"/>
              </w:rPr>
              <w:t>ia</w:t>
            </w:r>
            <w:proofErr w:type="spellEnd"/>
          </w:p>
          <w:p w:rsidR="0092490D" w:rsidRPr="00990104" w:rsidRDefault="00227073">
            <w:pPr>
              <w:keepNext/>
              <w:rPr>
                <w:lang w:val="fr-FR"/>
              </w:rPr>
            </w:pPr>
            <w:r w:rsidRPr="006E4C61">
              <w:rPr>
                <w:sz w:val="20"/>
                <w:szCs w:val="32"/>
              </w:rPr>
              <w:t xml:space="preserve">PRIMĂRIA </w:t>
            </w:r>
            <w:r w:rsidR="003C3327">
              <w:rPr>
                <w:sz w:val="20"/>
                <w:szCs w:val="32"/>
              </w:rPr>
              <w:t>COMUNEI PECIU NOU</w:t>
            </w:r>
          </w:p>
        </w:tc>
      </w:tr>
      <w:tr w:rsidR="0092490D" w:rsidRPr="00975330">
        <w:trPr>
          <w:cantSplit/>
        </w:trPr>
        <w:tc>
          <w:tcPr>
            <w:tcW w:w="9636" w:type="dxa"/>
            <w:shd w:val="clear" w:color="auto" w:fill="F4F4F4"/>
          </w:tcPr>
          <w:p w:rsidR="0092490D" w:rsidRPr="00990104" w:rsidRDefault="008D3852">
            <w:pPr>
              <w:spacing w:line="228" w:lineRule="auto"/>
              <w:rPr>
                <w:lang w:val="fr-FR"/>
              </w:rPr>
            </w:pPr>
            <w:proofErr w:type="spellStart"/>
            <w:r w:rsidRPr="00990104">
              <w:rPr>
                <w:lang w:val="fr-FR"/>
              </w:rPr>
              <w:t>Cererea</w:t>
            </w:r>
            <w:proofErr w:type="spellEnd"/>
            <w:r w:rsidRPr="00990104">
              <w:rPr>
                <w:lang w:val="fr-FR"/>
              </w:rPr>
              <w:t xml:space="preserve"> va fi </w:t>
            </w:r>
            <w:proofErr w:type="spellStart"/>
            <w:r w:rsidRPr="00990104">
              <w:rPr>
                <w:lang w:val="fr-FR"/>
              </w:rPr>
              <w:t>transmisă</w:t>
            </w:r>
            <w:proofErr w:type="spellEnd"/>
            <w:r w:rsidRPr="00990104">
              <w:rPr>
                <w:lang w:val="fr-FR"/>
              </w:rPr>
              <w:t xml:space="preserve"> </w:t>
            </w:r>
            <w:proofErr w:type="spellStart"/>
            <w:r w:rsidRPr="00990104">
              <w:rPr>
                <w:lang w:val="fr-FR"/>
              </w:rPr>
              <w:t>către</w:t>
            </w:r>
            <w:proofErr w:type="spellEnd"/>
            <w:r w:rsidRPr="00990104">
              <w:rPr>
                <w:lang w:val="fr-FR"/>
              </w:rPr>
              <w:t xml:space="preserve"> </w:t>
            </w:r>
            <w:proofErr w:type="spellStart"/>
            <w:r w:rsidRPr="00990104">
              <w:rPr>
                <w:lang w:val="fr-FR"/>
              </w:rPr>
              <w:t>pre</w:t>
            </w:r>
            <w:proofErr w:type="spellEnd"/>
            <w:r w:rsidRPr="00990104">
              <w:rPr>
                <w:lang w:val="fr-FR"/>
              </w:rPr>
              <w:t>ș</w:t>
            </w:r>
            <w:proofErr w:type="spellStart"/>
            <w:r w:rsidRPr="00990104">
              <w:rPr>
                <w:lang w:val="fr-FR"/>
              </w:rPr>
              <w:t>edintele</w:t>
            </w:r>
            <w:proofErr w:type="spellEnd"/>
            <w:r w:rsidRPr="00990104">
              <w:rPr>
                <w:lang w:val="fr-FR"/>
              </w:rPr>
              <w:t xml:space="preserve"> </w:t>
            </w:r>
            <w:proofErr w:type="spellStart"/>
            <w:r w:rsidRPr="00990104">
              <w:rPr>
                <w:lang w:val="fr-FR"/>
              </w:rPr>
              <w:t>consiliului</w:t>
            </w:r>
            <w:proofErr w:type="spellEnd"/>
            <w:r w:rsidRPr="00990104">
              <w:rPr>
                <w:lang w:val="fr-FR"/>
              </w:rPr>
              <w:t xml:space="preserve"> </w:t>
            </w:r>
            <w:proofErr w:type="spellStart"/>
            <w:r w:rsidRPr="00990104">
              <w:rPr>
                <w:lang w:val="fr-FR"/>
              </w:rPr>
              <w:t>jude</w:t>
            </w:r>
            <w:proofErr w:type="spellEnd"/>
            <w:r w:rsidRPr="00990104">
              <w:rPr>
                <w:lang w:val="fr-FR"/>
              </w:rPr>
              <w:t>ț</w:t>
            </w:r>
            <w:proofErr w:type="spellStart"/>
            <w:r w:rsidRPr="00990104">
              <w:rPr>
                <w:lang w:val="fr-FR"/>
              </w:rPr>
              <w:t>ean</w:t>
            </w:r>
            <w:proofErr w:type="spellEnd"/>
            <w:r w:rsidRPr="00990104">
              <w:rPr>
                <w:lang w:val="fr-FR"/>
              </w:rPr>
              <w:t xml:space="preserve">, </w:t>
            </w:r>
            <w:proofErr w:type="spellStart"/>
            <w:r w:rsidRPr="00990104">
              <w:rPr>
                <w:lang w:val="fr-FR"/>
              </w:rPr>
              <w:t>primarul</w:t>
            </w:r>
            <w:proofErr w:type="spellEnd"/>
            <w:r w:rsidRPr="00990104">
              <w:rPr>
                <w:lang w:val="fr-FR"/>
              </w:rPr>
              <w:t xml:space="preserve"> </w:t>
            </w:r>
            <w:proofErr w:type="spellStart"/>
            <w:r w:rsidRPr="00990104">
              <w:rPr>
                <w:lang w:val="fr-FR"/>
              </w:rPr>
              <w:t>general</w:t>
            </w:r>
            <w:proofErr w:type="spellEnd"/>
            <w:r w:rsidRPr="00990104">
              <w:rPr>
                <w:lang w:val="fr-FR"/>
              </w:rPr>
              <w:t xml:space="preserve">, </w:t>
            </w:r>
            <w:proofErr w:type="spellStart"/>
            <w:r w:rsidRPr="00990104">
              <w:rPr>
                <w:lang w:val="fr-FR"/>
              </w:rPr>
              <w:t>primarul</w:t>
            </w:r>
            <w:proofErr w:type="spellEnd"/>
            <w:r w:rsidRPr="00990104">
              <w:rPr>
                <w:lang w:val="fr-FR"/>
              </w:rPr>
              <w:t xml:space="preserve"> de </w:t>
            </w:r>
            <w:proofErr w:type="spellStart"/>
            <w:r w:rsidRPr="00990104">
              <w:rPr>
                <w:lang w:val="fr-FR"/>
              </w:rPr>
              <w:t>sector</w:t>
            </w:r>
            <w:proofErr w:type="spellEnd"/>
            <w:r w:rsidRPr="00990104">
              <w:rPr>
                <w:lang w:val="fr-FR"/>
              </w:rPr>
              <w:t xml:space="preserve"> </w:t>
            </w:r>
            <w:proofErr w:type="spellStart"/>
            <w:r w:rsidRPr="00990104">
              <w:rPr>
                <w:lang w:val="fr-FR"/>
              </w:rPr>
              <w:t>sau</w:t>
            </w:r>
            <w:proofErr w:type="spellEnd"/>
            <w:r w:rsidRPr="00990104">
              <w:rPr>
                <w:lang w:val="fr-FR"/>
              </w:rPr>
              <w:t xml:space="preserve"> </w:t>
            </w:r>
            <w:proofErr w:type="spellStart"/>
            <w:r w:rsidRPr="00990104">
              <w:rPr>
                <w:lang w:val="fr-FR"/>
              </w:rPr>
              <w:t>primarul</w:t>
            </w:r>
            <w:proofErr w:type="spellEnd"/>
            <w:r w:rsidRPr="00990104">
              <w:rPr>
                <w:lang w:val="fr-FR"/>
              </w:rPr>
              <w:t xml:space="preserve"> </w:t>
            </w:r>
            <w:proofErr w:type="spellStart"/>
            <w:r w:rsidRPr="00990104">
              <w:rPr>
                <w:lang w:val="fr-FR"/>
              </w:rPr>
              <w:t>municipiului</w:t>
            </w:r>
            <w:proofErr w:type="spellEnd"/>
            <w:r w:rsidRPr="00990104">
              <w:rPr>
                <w:lang w:val="fr-FR"/>
              </w:rPr>
              <w:t xml:space="preserve"> / </w:t>
            </w:r>
            <w:proofErr w:type="spellStart"/>
            <w:r w:rsidRPr="00990104">
              <w:rPr>
                <w:lang w:val="fr-FR"/>
              </w:rPr>
              <w:t>ora</w:t>
            </w:r>
            <w:proofErr w:type="spellEnd"/>
            <w:r w:rsidRPr="00990104">
              <w:rPr>
                <w:lang w:val="fr-FR"/>
              </w:rPr>
              <w:t>ș</w:t>
            </w:r>
            <w:proofErr w:type="spellStart"/>
            <w:r w:rsidRPr="00990104">
              <w:rPr>
                <w:lang w:val="fr-FR"/>
              </w:rPr>
              <w:t>ului</w:t>
            </w:r>
            <w:proofErr w:type="spellEnd"/>
            <w:r w:rsidRPr="00990104">
              <w:rPr>
                <w:lang w:val="fr-FR"/>
              </w:rPr>
              <w:t xml:space="preserve"> / </w:t>
            </w:r>
            <w:proofErr w:type="spellStart"/>
            <w:r w:rsidRPr="00990104">
              <w:rPr>
                <w:lang w:val="fr-FR"/>
              </w:rPr>
              <w:t>comunei</w:t>
            </w:r>
            <w:proofErr w:type="spellEnd"/>
            <w:r w:rsidRPr="00990104">
              <w:rPr>
                <w:lang w:val="fr-FR"/>
              </w:rPr>
              <w:t xml:space="preserve">, </w:t>
            </w:r>
            <w:proofErr w:type="spellStart"/>
            <w:r w:rsidRPr="00990104">
              <w:rPr>
                <w:lang w:val="fr-FR"/>
              </w:rPr>
              <w:t>după</w:t>
            </w:r>
            <w:proofErr w:type="spellEnd"/>
            <w:r w:rsidRPr="00990104">
              <w:rPr>
                <w:lang w:val="fr-FR"/>
              </w:rPr>
              <w:t xml:space="preserve"> </w:t>
            </w:r>
            <w:proofErr w:type="spellStart"/>
            <w:r w:rsidRPr="00990104">
              <w:rPr>
                <w:lang w:val="fr-FR"/>
              </w:rPr>
              <w:t>caz</w:t>
            </w:r>
            <w:proofErr w:type="spellEnd"/>
            <w:r w:rsidRPr="00990104">
              <w:rPr>
                <w:lang w:val="fr-FR"/>
              </w:rPr>
              <w:t>.</w:t>
            </w:r>
          </w:p>
        </w:tc>
      </w:tr>
    </w:tbl>
    <w:p w:rsidR="0092490D" w:rsidRPr="00990104" w:rsidRDefault="0092490D">
      <w:pPr>
        <w:spacing w:line="168" w:lineRule="auto"/>
        <w:rPr>
          <w:lang w:val="fr-FR"/>
        </w:rPr>
      </w:pPr>
    </w:p>
    <w:tbl>
      <w:tblPr>
        <w:tblStyle w:val="TableGrid"/>
        <w:tblW w:w="0" w:type="auto"/>
        <w:tblBorders>
          <w:top w:val="single" w:sz="4" w:space="0" w:color="767676"/>
          <w:left w:val="single" w:sz="4" w:space="0" w:color="767676"/>
          <w:bottom w:val="single" w:sz="4" w:space="0" w:color="767676"/>
          <w:right w:val="single" w:sz="4" w:space="0" w:color="767676"/>
          <w:insideH w:val="single" w:sz="4" w:space="0" w:color="767676"/>
          <w:insideV w:val="single" w:sz="4" w:space="0" w:color="767676"/>
        </w:tblBorders>
        <w:tblLayout w:type="fixed"/>
        <w:tblLook w:val="04A0"/>
      </w:tblPr>
      <w:tblGrid>
        <w:gridCol w:w="1606"/>
        <w:gridCol w:w="1606"/>
        <w:gridCol w:w="803"/>
        <w:gridCol w:w="803"/>
        <w:gridCol w:w="803"/>
        <w:gridCol w:w="803"/>
        <w:gridCol w:w="1606"/>
        <w:gridCol w:w="1606"/>
      </w:tblGrid>
      <w:tr w:rsidR="0092490D">
        <w:trPr>
          <w:cantSplit/>
        </w:trPr>
        <w:tc>
          <w:tcPr>
            <w:tcW w:w="9636" w:type="dxa"/>
            <w:gridSpan w:val="8"/>
            <w:shd w:val="clear" w:color="auto" w:fill="F4F4F4"/>
          </w:tcPr>
          <w:p w:rsidR="0092490D" w:rsidRDefault="008D3852">
            <w:pPr>
              <w:keepNext/>
            </w:pPr>
            <w:r w:rsidRPr="00990104">
              <w:rPr>
                <w:b/>
                <w:sz w:val="16"/>
                <w:lang w:val="fr-FR"/>
              </w:rPr>
              <w:t xml:space="preserve"> </w:t>
            </w:r>
            <w:r>
              <w:rPr>
                <w:b/>
                <w:sz w:val="16"/>
              </w:rPr>
              <w:t xml:space="preserve">2. </w:t>
            </w:r>
            <w:r>
              <w:rPr>
                <w:b/>
                <w:color w:val="000000"/>
                <w:sz w:val="18"/>
              </w:rPr>
              <w:t>SOLICITANTUL</w:t>
            </w:r>
          </w:p>
        </w:tc>
      </w:tr>
      <w:tr w:rsidR="0092490D">
        <w:trPr>
          <w:cantSplit/>
          <w:trHeight w:val="510"/>
        </w:trPr>
        <w:tc>
          <w:tcPr>
            <w:tcW w:w="5621" w:type="dxa"/>
            <w:gridSpan w:val="5"/>
          </w:tcPr>
          <w:p w:rsidR="0092490D" w:rsidRDefault="008D3852">
            <w:pPr>
              <w:keepNext/>
            </w:pPr>
            <w:proofErr w:type="spellStart"/>
            <w:r>
              <w:rPr>
                <w:b/>
                <w:color w:val="0D5F78"/>
              </w:rPr>
              <w:t>Nume</w:t>
            </w:r>
            <w:proofErr w:type="spellEnd"/>
            <w:r>
              <w:rPr>
                <w:b/>
                <w:color w:val="0D5F78"/>
              </w:rPr>
              <w:t xml:space="preserve"> </w:t>
            </w:r>
            <w:proofErr w:type="spellStart"/>
            <w:r>
              <w:rPr>
                <w:b/>
                <w:color w:val="0D5F78"/>
              </w:rPr>
              <w:t>și</w:t>
            </w:r>
            <w:proofErr w:type="spellEnd"/>
            <w:r>
              <w:rPr>
                <w:b/>
                <w:color w:val="0D5F78"/>
              </w:rPr>
              <w:t xml:space="preserve"> </w:t>
            </w:r>
            <w:proofErr w:type="spellStart"/>
            <w:r>
              <w:rPr>
                <w:b/>
                <w:color w:val="0D5F78"/>
              </w:rPr>
              <w:t>prenume</w:t>
            </w:r>
            <w:proofErr w:type="spellEnd"/>
          </w:p>
          <w:p w:rsidR="0092490D" w:rsidRDefault="0092490D">
            <w:pPr>
              <w:keepNext/>
            </w:pPr>
          </w:p>
        </w:tc>
        <w:tc>
          <w:tcPr>
            <w:tcW w:w="4015" w:type="dxa"/>
            <w:gridSpan w:val="3"/>
          </w:tcPr>
          <w:p w:rsidR="0092490D" w:rsidRDefault="008D3852">
            <w:pPr>
              <w:keepNext/>
            </w:pPr>
            <w:r>
              <w:rPr>
                <w:b/>
                <w:color w:val="0D5F78"/>
              </w:rPr>
              <w:t>CNP</w:t>
            </w:r>
          </w:p>
          <w:p w:rsidR="0092490D" w:rsidRDefault="0092490D">
            <w:pPr>
              <w:keepNext/>
            </w:pPr>
          </w:p>
        </w:tc>
      </w:tr>
      <w:tr w:rsidR="0092490D">
        <w:trPr>
          <w:cantSplit/>
        </w:trPr>
        <w:tc>
          <w:tcPr>
            <w:tcW w:w="9636" w:type="dxa"/>
            <w:gridSpan w:val="8"/>
            <w:shd w:val="clear" w:color="auto" w:fill="F4F4F4"/>
          </w:tcPr>
          <w:p w:rsidR="0092490D" w:rsidRDefault="008D3852">
            <w:pPr>
              <w:keepNext/>
            </w:pPr>
            <w:r>
              <w:rPr>
                <w:sz w:val="16"/>
              </w:rPr>
              <w:t xml:space="preserve"> Act de </w:t>
            </w:r>
            <w:proofErr w:type="spellStart"/>
            <w:r>
              <w:rPr>
                <w:sz w:val="16"/>
              </w:rPr>
              <w:t>identitate</w:t>
            </w:r>
            <w:proofErr w:type="spellEnd"/>
          </w:p>
        </w:tc>
      </w:tr>
      <w:tr w:rsidR="0092490D">
        <w:trPr>
          <w:cantSplit/>
          <w:trHeight w:val="510"/>
        </w:trPr>
        <w:tc>
          <w:tcPr>
            <w:tcW w:w="1606" w:type="dxa"/>
          </w:tcPr>
          <w:p w:rsidR="0092490D" w:rsidRDefault="008D3852">
            <w:pPr>
              <w:keepNext/>
            </w:pPr>
            <w:proofErr w:type="spellStart"/>
            <w:r>
              <w:rPr>
                <w:b/>
                <w:color w:val="0D5F78"/>
              </w:rPr>
              <w:t>Seria</w:t>
            </w:r>
            <w:proofErr w:type="spellEnd"/>
          </w:p>
          <w:p w:rsidR="0092490D" w:rsidRDefault="0092490D">
            <w:pPr>
              <w:keepNext/>
            </w:pPr>
          </w:p>
        </w:tc>
        <w:tc>
          <w:tcPr>
            <w:tcW w:w="1606" w:type="dxa"/>
          </w:tcPr>
          <w:p w:rsidR="0092490D" w:rsidRDefault="008D3852">
            <w:pPr>
              <w:keepNext/>
            </w:pPr>
            <w:proofErr w:type="spellStart"/>
            <w:r>
              <w:rPr>
                <w:b/>
                <w:color w:val="0D5F78"/>
              </w:rPr>
              <w:t>Numărul</w:t>
            </w:r>
            <w:proofErr w:type="spellEnd"/>
          </w:p>
          <w:p w:rsidR="0092490D" w:rsidRDefault="0092490D">
            <w:pPr>
              <w:keepNext/>
            </w:pPr>
          </w:p>
        </w:tc>
        <w:tc>
          <w:tcPr>
            <w:tcW w:w="4818" w:type="dxa"/>
            <w:gridSpan w:val="5"/>
          </w:tcPr>
          <w:p w:rsidR="0092490D" w:rsidRDefault="008D3852">
            <w:pPr>
              <w:keepNext/>
            </w:pPr>
            <w:proofErr w:type="spellStart"/>
            <w:r>
              <w:rPr>
                <w:b/>
                <w:color w:val="0D5F78"/>
              </w:rPr>
              <w:t>Eliberat</w:t>
            </w:r>
            <w:proofErr w:type="spellEnd"/>
            <w:r>
              <w:rPr>
                <w:b/>
                <w:color w:val="0D5F78"/>
              </w:rPr>
              <w:t xml:space="preserve"> de</w:t>
            </w:r>
          </w:p>
          <w:p w:rsidR="0092490D" w:rsidRDefault="0092490D">
            <w:pPr>
              <w:keepNext/>
            </w:pPr>
          </w:p>
        </w:tc>
        <w:tc>
          <w:tcPr>
            <w:tcW w:w="1606" w:type="dxa"/>
          </w:tcPr>
          <w:p w:rsidR="0092490D" w:rsidRDefault="008D3852">
            <w:pPr>
              <w:keepNext/>
            </w:pPr>
            <w:r>
              <w:rPr>
                <w:b/>
                <w:color w:val="0D5F78"/>
              </w:rPr>
              <w:t>La data</w:t>
            </w:r>
          </w:p>
          <w:p w:rsidR="0092490D" w:rsidRDefault="0092490D">
            <w:pPr>
              <w:keepNext/>
            </w:pPr>
          </w:p>
        </w:tc>
      </w:tr>
      <w:tr w:rsidR="0092490D">
        <w:trPr>
          <w:cantSplit/>
        </w:trPr>
        <w:tc>
          <w:tcPr>
            <w:tcW w:w="9636" w:type="dxa"/>
            <w:gridSpan w:val="8"/>
            <w:shd w:val="clear" w:color="auto" w:fill="F4F4F4"/>
          </w:tcPr>
          <w:p w:rsidR="0092490D" w:rsidRDefault="008D3852">
            <w:pPr>
              <w:keepNext/>
            </w:pPr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Domiciliul</w:t>
            </w:r>
            <w:proofErr w:type="spellEnd"/>
          </w:p>
        </w:tc>
      </w:tr>
      <w:tr w:rsidR="0092490D">
        <w:trPr>
          <w:cantSplit/>
          <w:trHeight w:val="510"/>
        </w:trPr>
        <w:tc>
          <w:tcPr>
            <w:tcW w:w="3212" w:type="dxa"/>
            <w:gridSpan w:val="2"/>
          </w:tcPr>
          <w:p w:rsidR="0092490D" w:rsidRDefault="008D3852">
            <w:pPr>
              <w:keepNext/>
            </w:pPr>
            <w:proofErr w:type="spellStart"/>
            <w:r>
              <w:rPr>
                <w:b/>
                <w:color w:val="0D5F78"/>
              </w:rPr>
              <w:t>Județul</w:t>
            </w:r>
            <w:proofErr w:type="spellEnd"/>
          </w:p>
          <w:p w:rsidR="0092490D" w:rsidRDefault="0092490D">
            <w:pPr>
              <w:keepNext/>
            </w:pPr>
          </w:p>
        </w:tc>
        <w:tc>
          <w:tcPr>
            <w:tcW w:w="3212" w:type="dxa"/>
            <w:gridSpan w:val="4"/>
          </w:tcPr>
          <w:p w:rsidR="0092490D" w:rsidRDefault="008D3852">
            <w:pPr>
              <w:keepNext/>
            </w:pPr>
            <w:proofErr w:type="spellStart"/>
            <w:r>
              <w:rPr>
                <w:b/>
                <w:color w:val="0D5F78"/>
              </w:rPr>
              <w:t>Municipiul</w:t>
            </w:r>
            <w:proofErr w:type="spellEnd"/>
            <w:r>
              <w:rPr>
                <w:b/>
                <w:color w:val="0D5F78"/>
              </w:rPr>
              <w:t xml:space="preserve"> / </w:t>
            </w:r>
            <w:proofErr w:type="spellStart"/>
            <w:r>
              <w:rPr>
                <w:b/>
                <w:color w:val="0D5F78"/>
              </w:rPr>
              <w:t>orașul</w:t>
            </w:r>
            <w:proofErr w:type="spellEnd"/>
            <w:r>
              <w:rPr>
                <w:b/>
                <w:color w:val="0D5F78"/>
              </w:rPr>
              <w:t xml:space="preserve"> / </w:t>
            </w:r>
            <w:proofErr w:type="spellStart"/>
            <w:r>
              <w:rPr>
                <w:b/>
                <w:color w:val="0D5F78"/>
              </w:rPr>
              <w:t>comuna</w:t>
            </w:r>
            <w:proofErr w:type="spellEnd"/>
          </w:p>
          <w:p w:rsidR="0092490D" w:rsidRDefault="0092490D">
            <w:pPr>
              <w:keepNext/>
            </w:pPr>
          </w:p>
        </w:tc>
        <w:tc>
          <w:tcPr>
            <w:tcW w:w="3212" w:type="dxa"/>
            <w:gridSpan w:val="2"/>
          </w:tcPr>
          <w:p w:rsidR="0092490D" w:rsidRDefault="008D3852">
            <w:pPr>
              <w:keepNext/>
            </w:pPr>
            <w:proofErr w:type="spellStart"/>
            <w:r>
              <w:rPr>
                <w:b/>
                <w:color w:val="0D5F78"/>
              </w:rPr>
              <w:t>Satul</w:t>
            </w:r>
            <w:proofErr w:type="spellEnd"/>
            <w:r>
              <w:rPr>
                <w:b/>
                <w:color w:val="0D5F78"/>
              </w:rPr>
              <w:t xml:space="preserve"> / </w:t>
            </w:r>
            <w:proofErr w:type="spellStart"/>
            <w:r>
              <w:rPr>
                <w:b/>
                <w:color w:val="0D5F78"/>
              </w:rPr>
              <w:t>sectorul</w:t>
            </w:r>
            <w:proofErr w:type="spellEnd"/>
          </w:p>
          <w:p w:rsidR="0092490D" w:rsidRDefault="0092490D">
            <w:pPr>
              <w:keepNext/>
            </w:pPr>
          </w:p>
        </w:tc>
      </w:tr>
      <w:tr w:rsidR="0092490D">
        <w:trPr>
          <w:cantSplit/>
          <w:trHeight w:val="510"/>
        </w:trPr>
        <w:tc>
          <w:tcPr>
            <w:tcW w:w="3212" w:type="dxa"/>
            <w:gridSpan w:val="2"/>
          </w:tcPr>
          <w:p w:rsidR="0092490D" w:rsidRDefault="008D3852">
            <w:pPr>
              <w:keepNext/>
            </w:pPr>
            <w:proofErr w:type="spellStart"/>
            <w:r>
              <w:rPr>
                <w:b/>
                <w:color w:val="0D5F78"/>
              </w:rPr>
              <w:t>Strada</w:t>
            </w:r>
            <w:proofErr w:type="spellEnd"/>
          </w:p>
          <w:p w:rsidR="0092490D" w:rsidRDefault="0092490D">
            <w:pPr>
              <w:keepNext/>
            </w:pPr>
          </w:p>
        </w:tc>
        <w:tc>
          <w:tcPr>
            <w:tcW w:w="803" w:type="dxa"/>
          </w:tcPr>
          <w:p w:rsidR="0092490D" w:rsidRDefault="008D3852">
            <w:pPr>
              <w:keepNext/>
            </w:pPr>
            <w:r>
              <w:rPr>
                <w:b/>
                <w:color w:val="0D5F78"/>
              </w:rPr>
              <w:t>Nr.</w:t>
            </w:r>
          </w:p>
          <w:p w:rsidR="0092490D" w:rsidRDefault="0092490D">
            <w:pPr>
              <w:keepNext/>
            </w:pPr>
          </w:p>
        </w:tc>
        <w:tc>
          <w:tcPr>
            <w:tcW w:w="803" w:type="dxa"/>
          </w:tcPr>
          <w:p w:rsidR="0092490D" w:rsidRDefault="008D3852">
            <w:pPr>
              <w:keepNext/>
            </w:pPr>
            <w:r>
              <w:rPr>
                <w:b/>
                <w:color w:val="0D5F78"/>
              </w:rPr>
              <w:t>Sc.</w:t>
            </w:r>
          </w:p>
          <w:p w:rsidR="0092490D" w:rsidRDefault="0092490D">
            <w:pPr>
              <w:keepNext/>
            </w:pPr>
          </w:p>
        </w:tc>
        <w:tc>
          <w:tcPr>
            <w:tcW w:w="803" w:type="dxa"/>
          </w:tcPr>
          <w:p w:rsidR="0092490D" w:rsidRDefault="008D3852">
            <w:pPr>
              <w:keepNext/>
            </w:pPr>
            <w:r>
              <w:rPr>
                <w:b/>
                <w:color w:val="0D5F78"/>
              </w:rPr>
              <w:t>Et.</w:t>
            </w:r>
          </w:p>
          <w:p w:rsidR="0092490D" w:rsidRDefault="0092490D">
            <w:pPr>
              <w:keepNext/>
            </w:pPr>
          </w:p>
        </w:tc>
        <w:tc>
          <w:tcPr>
            <w:tcW w:w="803" w:type="dxa"/>
          </w:tcPr>
          <w:p w:rsidR="0092490D" w:rsidRDefault="008D3852">
            <w:pPr>
              <w:keepNext/>
            </w:pPr>
            <w:r>
              <w:rPr>
                <w:b/>
                <w:color w:val="0D5F78"/>
              </w:rPr>
              <w:t>Ap.</w:t>
            </w:r>
          </w:p>
          <w:p w:rsidR="0092490D" w:rsidRDefault="0092490D">
            <w:pPr>
              <w:keepNext/>
            </w:pPr>
          </w:p>
        </w:tc>
        <w:tc>
          <w:tcPr>
            <w:tcW w:w="1606" w:type="dxa"/>
          </w:tcPr>
          <w:p w:rsidR="0092490D" w:rsidRDefault="008D3852">
            <w:pPr>
              <w:keepNext/>
            </w:pPr>
            <w:r>
              <w:rPr>
                <w:b/>
                <w:color w:val="0D5F78"/>
              </w:rPr>
              <w:t xml:space="preserve">Cod </w:t>
            </w:r>
            <w:proofErr w:type="spellStart"/>
            <w:r>
              <w:rPr>
                <w:b/>
                <w:color w:val="0D5F78"/>
              </w:rPr>
              <w:t>poștal</w:t>
            </w:r>
            <w:proofErr w:type="spellEnd"/>
          </w:p>
          <w:p w:rsidR="0092490D" w:rsidRDefault="0092490D">
            <w:pPr>
              <w:keepNext/>
            </w:pPr>
          </w:p>
        </w:tc>
        <w:tc>
          <w:tcPr>
            <w:tcW w:w="1606" w:type="dxa"/>
          </w:tcPr>
          <w:p w:rsidR="0092490D" w:rsidRDefault="008D3852">
            <w:pPr>
              <w:keepNext/>
            </w:pPr>
            <w:proofErr w:type="spellStart"/>
            <w:r>
              <w:rPr>
                <w:b/>
                <w:color w:val="0D5F78"/>
              </w:rPr>
              <w:t>Țara</w:t>
            </w:r>
            <w:proofErr w:type="spellEnd"/>
          </w:p>
          <w:p w:rsidR="0092490D" w:rsidRDefault="0092490D">
            <w:pPr>
              <w:keepNext/>
            </w:pPr>
          </w:p>
        </w:tc>
      </w:tr>
      <w:tr w:rsidR="0092490D">
        <w:trPr>
          <w:cantSplit/>
        </w:trPr>
        <w:tc>
          <w:tcPr>
            <w:tcW w:w="9636" w:type="dxa"/>
            <w:gridSpan w:val="8"/>
            <w:shd w:val="clear" w:color="auto" w:fill="F4F4F4"/>
          </w:tcPr>
          <w:p w:rsidR="0092490D" w:rsidRDefault="008D3852">
            <w:pPr>
              <w:keepNext/>
            </w:pPr>
            <w:r>
              <w:rPr>
                <w:sz w:val="16"/>
              </w:rPr>
              <w:t xml:space="preserve"> Date de contact</w:t>
            </w:r>
          </w:p>
        </w:tc>
      </w:tr>
      <w:tr w:rsidR="0092490D">
        <w:trPr>
          <w:cantSplit/>
          <w:trHeight w:val="510"/>
        </w:trPr>
        <w:tc>
          <w:tcPr>
            <w:tcW w:w="4015" w:type="dxa"/>
            <w:gridSpan w:val="3"/>
          </w:tcPr>
          <w:p w:rsidR="0092490D" w:rsidRDefault="008D3852">
            <w:pPr>
              <w:keepNext/>
            </w:pPr>
            <w:proofErr w:type="spellStart"/>
            <w:r>
              <w:rPr>
                <w:b/>
                <w:color w:val="0D5F78"/>
              </w:rPr>
              <w:t>Telefon</w:t>
            </w:r>
            <w:proofErr w:type="spellEnd"/>
            <w:r>
              <w:rPr>
                <w:b/>
                <w:color w:val="0D5F78"/>
              </w:rPr>
              <w:t xml:space="preserve"> / fax</w:t>
            </w:r>
          </w:p>
          <w:p w:rsidR="0092490D" w:rsidRDefault="0092490D">
            <w:pPr>
              <w:keepNext/>
            </w:pPr>
          </w:p>
        </w:tc>
        <w:tc>
          <w:tcPr>
            <w:tcW w:w="5621" w:type="dxa"/>
            <w:gridSpan w:val="5"/>
          </w:tcPr>
          <w:p w:rsidR="0092490D" w:rsidRDefault="008D3852">
            <w:pPr>
              <w:keepNext/>
            </w:pPr>
            <w:r>
              <w:rPr>
                <w:b/>
                <w:color w:val="0D5F78"/>
              </w:rPr>
              <w:t>E-mail</w:t>
            </w:r>
          </w:p>
          <w:p w:rsidR="0092490D" w:rsidRDefault="0092490D">
            <w:pPr>
              <w:keepNext/>
            </w:pPr>
          </w:p>
        </w:tc>
      </w:tr>
      <w:tr w:rsidR="0092490D">
        <w:trPr>
          <w:cantSplit/>
        </w:trPr>
        <w:tc>
          <w:tcPr>
            <w:tcW w:w="9636" w:type="dxa"/>
            <w:gridSpan w:val="8"/>
            <w:shd w:val="clear" w:color="auto" w:fill="F4F4F4"/>
          </w:tcPr>
          <w:p w:rsidR="0092490D" w:rsidRDefault="008D3852">
            <w:pPr>
              <w:keepNext/>
            </w:pPr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Reprezentare</w:t>
            </w:r>
            <w:proofErr w:type="spellEnd"/>
          </w:p>
        </w:tc>
      </w:tr>
      <w:tr w:rsidR="0092490D">
        <w:trPr>
          <w:cantSplit/>
          <w:trHeight w:val="510"/>
        </w:trPr>
        <w:tc>
          <w:tcPr>
            <w:tcW w:w="6424" w:type="dxa"/>
            <w:gridSpan w:val="6"/>
          </w:tcPr>
          <w:p w:rsidR="0092490D" w:rsidRDefault="008D3852">
            <w:proofErr w:type="spellStart"/>
            <w:r>
              <w:rPr>
                <w:b/>
                <w:color w:val="0D5F78"/>
              </w:rPr>
              <w:t>În</w:t>
            </w:r>
            <w:proofErr w:type="spellEnd"/>
            <w:r>
              <w:rPr>
                <w:b/>
                <w:color w:val="0D5F78"/>
              </w:rPr>
              <w:t xml:space="preserve"> </w:t>
            </w:r>
            <w:proofErr w:type="spellStart"/>
            <w:r>
              <w:rPr>
                <w:b/>
                <w:color w:val="0D5F78"/>
              </w:rPr>
              <w:t>calitate</w:t>
            </w:r>
            <w:proofErr w:type="spellEnd"/>
            <w:r>
              <w:rPr>
                <w:b/>
                <w:color w:val="0D5F78"/>
              </w:rPr>
              <w:t xml:space="preserve"> de </w:t>
            </w:r>
            <w:proofErr w:type="spellStart"/>
            <w:r>
              <w:rPr>
                <w:b/>
                <w:color w:val="0D5F78"/>
              </w:rPr>
              <w:t>reprezentant</w:t>
            </w:r>
            <w:proofErr w:type="spellEnd"/>
            <w:r>
              <w:rPr>
                <w:b/>
                <w:color w:val="0D5F78"/>
              </w:rPr>
              <w:t xml:space="preserve"> al</w:t>
            </w:r>
          </w:p>
          <w:p w:rsidR="0092490D" w:rsidRDefault="0092490D"/>
        </w:tc>
        <w:tc>
          <w:tcPr>
            <w:tcW w:w="3212" w:type="dxa"/>
            <w:gridSpan w:val="2"/>
          </w:tcPr>
          <w:p w:rsidR="0092490D" w:rsidRDefault="008D3852">
            <w:r>
              <w:rPr>
                <w:b/>
                <w:color w:val="0D5F78"/>
              </w:rPr>
              <w:t>CUI / CIF</w:t>
            </w:r>
          </w:p>
          <w:p w:rsidR="0092490D" w:rsidRDefault="0092490D"/>
        </w:tc>
      </w:tr>
    </w:tbl>
    <w:p w:rsidR="0092490D" w:rsidRDefault="0092490D">
      <w:pPr>
        <w:spacing w:line="168" w:lineRule="auto"/>
      </w:pPr>
    </w:p>
    <w:p w:rsidR="0092490D" w:rsidRDefault="008D3852">
      <w:pPr>
        <w:spacing w:before="80" w:after="60"/>
        <w:jc w:val="center"/>
      </w:pPr>
      <w:proofErr w:type="spellStart"/>
      <w:proofErr w:type="gramStart"/>
      <w:r>
        <w:rPr>
          <w:sz w:val="18"/>
        </w:rPr>
        <w:t>în</w:t>
      </w:r>
      <w:proofErr w:type="spellEnd"/>
      <w:proofErr w:type="gramEnd"/>
      <w:r>
        <w:rPr>
          <w:sz w:val="18"/>
        </w:rPr>
        <w:t xml:space="preserve"> </w:t>
      </w:r>
      <w:proofErr w:type="spellStart"/>
      <w:r>
        <w:rPr>
          <w:sz w:val="18"/>
        </w:rPr>
        <w:t>conformitate</w:t>
      </w:r>
      <w:proofErr w:type="spellEnd"/>
      <w:r>
        <w:rPr>
          <w:sz w:val="18"/>
        </w:rPr>
        <w:t xml:space="preserve"> cu </w:t>
      </w:r>
      <w:proofErr w:type="spellStart"/>
      <w:r>
        <w:rPr>
          <w:sz w:val="18"/>
        </w:rPr>
        <w:t>prevederile</w:t>
      </w:r>
      <w:proofErr w:type="spellEnd"/>
      <w:r>
        <w:rPr>
          <w:sz w:val="18"/>
        </w:rPr>
        <w:t xml:space="preserve"> art. 300 din </w:t>
      </w:r>
      <w:proofErr w:type="spellStart"/>
      <w:r>
        <w:rPr>
          <w:sz w:val="18"/>
        </w:rPr>
        <w:t>Legea</w:t>
      </w:r>
      <w:proofErr w:type="spellEnd"/>
      <w:r>
        <w:rPr>
          <w:sz w:val="18"/>
        </w:rPr>
        <w:t xml:space="preserve"> nr. 169/2026 </w:t>
      </w:r>
      <w:proofErr w:type="spellStart"/>
      <w:r>
        <w:rPr>
          <w:sz w:val="18"/>
        </w:rPr>
        <w:t>privind</w:t>
      </w:r>
      <w:proofErr w:type="spellEnd"/>
      <w:r>
        <w:rPr>
          <w:sz w:val="18"/>
        </w:rPr>
        <w:t xml:space="preserve"> </w:t>
      </w:r>
      <w:proofErr w:type="spellStart"/>
      <w:r>
        <w:rPr>
          <w:sz w:val="18"/>
        </w:rPr>
        <w:t>Codul</w:t>
      </w:r>
      <w:proofErr w:type="spellEnd"/>
      <w:r>
        <w:rPr>
          <w:sz w:val="18"/>
        </w:rPr>
        <w:t xml:space="preserve"> </w:t>
      </w:r>
      <w:proofErr w:type="spellStart"/>
      <w:r>
        <w:rPr>
          <w:sz w:val="18"/>
        </w:rPr>
        <w:t>amenajării</w:t>
      </w:r>
      <w:proofErr w:type="spellEnd"/>
      <w:r>
        <w:rPr>
          <w:sz w:val="18"/>
        </w:rPr>
        <w:t xml:space="preserve"> </w:t>
      </w:r>
      <w:proofErr w:type="spellStart"/>
      <w:r>
        <w:rPr>
          <w:sz w:val="18"/>
        </w:rPr>
        <w:t>teritoriului</w:t>
      </w:r>
      <w:proofErr w:type="spellEnd"/>
      <w:r>
        <w:rPr>
          <w:sz w:val="18"/>
        </w:rPr>
        <w:t xml:space="preserve">, </w:t>
      </w:r>
      <w:proofErr w:type="spellStart"/>
      <w:r>
        <w:rPr>
          <w:sz w:val="18"/>
        </w:rPr>
        <w:t>urbanismului</w:t>
      </w:r>
      <w:proofErr w:type="spellEnd"/>
      <w:r>
        <w:rPr>
          <w:sz w:val="18"/>
        </w:rPr>
        <w:t xml:space="preserve"> </w:t>
      </w:r>
      <w:proofErr w:type="spellStart"/>
      <w:r>
        <w:rPr>
          <w:sz w:val="18"/>
        </w:rPr>
        <w:t>și</w:t>
      </w:r>
      <w:proofErr w:type="spellEnd"/>
      <w:r>
        <w:rPr>
          <w:sz w:val="18"/>
        </w:rPr>
        <w:t xml:space="preserve"> </w:t>
      </w:r>
      <w:proofErr w:type="spellStart"/>
      <w:r>
        <w:rPr>
          <w:sz w:val="18"/>
        </w:rPr>
        <w:t>construcțiilor</w:t>
      </w:r>
      <w:proofErr w:type="spellEnd"/>
      <w:r>
        <w:rPr>
          <w:sz w:val="18"/>
        </w:rPr>
        <w:t>, solicit</w:t>
      </w:r>
    </w:p>
    <w:p w:rsidR="0092490D" w:rsidRDefault="008D3852">
      <w:pPr>
        <w:spacing w:before="80" w:after="60"/>
        <w:jc w:val="center"/>
      </w:pPr>
      <w:proofErr w:type="gramStart"/>
      <w:r>
        <w:rPr>
          <w:sz w:val="18"/>
        </w:rPr>
        <w:t>solicit</w:t>
      </w:r>
      <w:proofErr w:type="gramEnd"/>
      <w:r>
        <w:rPr>
          <w:sz w:val="18"/>
        </w:rPr>
        <w:t xml:space="preserve"> </w:t>
      </w:r>
      <w:proofErr w:type="spellStart"/>
      <w:r>
        <w:rPr>
          <w:sz w:val="18"/>
        </w:rPr>
        <w:t>emiterea</w:t>
      </w:r>
      <w:proofErr w:type="spellEnd"/>
    </w:p>
    <w:p w:rsidR="0092490D" w:rsidRDefault="008D3852">
      <w:pPr>
        <w:spacing w:after="160"/>
        <w:jc w:val="center"/>
      </w:pPr>
      <w:r>
        <w:rPr>
          <w:b/>
          <w:sz w:val="20"/>
        </w:rPr>
        <w:t>AVIZ DE AMPLASARE</w:t>
      </w:r>
    </w:p>
    <w:p w:rsidR="0092490D" w:rsidRDefault="0092490D"/>
    <w:tbl>
      <w:tblPr>
        <w:tblStyle w:val="TableGrid"/>
        <w:tblW w:w="0" w:type="auto"/>
        <w:tblBorders>
          <w:top w:val="single" w:sz="4" w:space="0" w:color="767676"/>
          <w:left w:val="single" w:sz="4" w:space="0" w:color="767676"/>
          <w:bottom w:val="single" w:sz="4" w:space="0" w:color="767676"/>
          <w:right w:val="single" w:sz="4" w:space="0" w:color="767676"/>
          <w:insideH w:val="single" w:sz="4" w:space="0" w:color="767676"/>
          <w:insideV w:val="single" w:sz="4" w:space="0" w:color="767676"/>
        </w:tblBorders>
        <w:tblLayout w:type="fixed"/>
        <w:tblLook w:val="04A0"/>
      </w:tblPr>
      <w:tblGrid>
        <w:gridCol w:w="9636"/>
      </w:tblGrid>
      <w:tr w:rsidR="0092490D">
        <w:trPr>
          <w:cantSplit/>
        </w:trPr>
        <w:tc>
          <w:tcPr>
            <w:tcW w:w="9636" w:type="dxa"/>
            <w:shd w:val="clear" w:color="auto" w:fill="F4F4F4"/>
          </w:tcPr>
          <w:p w:rsidR="0092490D" w:rsidRDefault="008D3852">
            <w:pPr>
              <w:keepNext/>
            </w:pPr>
            <w:r>
              <w:rPr>
                <w:b/>
                <w:sz w:val="16"/>
              </w:rPr>
              <w:t xml:space="preserve"> 3. </w:t>
            </w:r>
            <w:r w:rsidR="00BC56AE">
              <w:rPr>
                <w:b/>
                <w:sz w:val="16"/>
              </w:rPr>
              <w:t xml:space="preserve">ÎN </w:t>
            </w:r>
            <w:r w:rsidR="00EC2169">
              <w:rPr>
                <w:b/>
                <w:color w:val="000000"/>
                <w:sz w:val="18"/>
              </w:rPr>
              <w:t>VEDEREA</w:t>
            </w:r>
            <w:r>
              <w:rPr>
                <w:b/>
                <w:color w:val="000000"/>
                <w:sz w:val="18"/>
              </w:rPr>
              <w:t xml:space="preserve"> </w:t>
            </w:r>
            <w:r w:rsidR="00EC2169">
              <w:rPr>
                <w:b/>
                <w:color w:val="000000"/>
                <w:sz w:val="18"/>
              </w:rPr>
              <w:t>AMPLASĂRII:</w:t>
            </w:r>
          </w:p>
        </w:tc>
      </w:tr>
      <w:tr w:rsidR="0092490D">
        <w:trPr>
          <w:cantSplit/>
        </w:trPr>
        <w:tc>
          <w:tcPr>
            <w:tcW w:w="9636" w:type="dxa"/>
          </w:tcPr>
          <w:p w:rsidR="0092490D" w:rsidRDefault="008D3852">
            <w:pPr>
              <w:keepNext/>
            </w:pPr>
            <w:r>
              <w:rPr>
                <w:sz w:val="16"/>
              </w:rPr>
              <w:t xml:space="preserve">☐ a) </w:t>
            </w:r>
            <w:proofErr w:type="spellStart"/>
            <w:r>
              <w:rPr>
                <w:sz w:val="16"/>
              </w:rPr>
              <w:t>rastele</w:t>
            </w:r>
            <w:proofErr w:type="spellEnd"/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pentru</w:t>
            </w:r>
            <w:proofErr w:type="spellEnd"/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biciclete</w:t>
            </w:r>
            <w:proofErr w:type="spellEnd"/>
            <w:r>
              <w:rPr>
                <w:sz w:val="16"/>
              </w:rPr>
              <w:t xml:space="preserve">, </w:t>
            </w:r>
            <w:proofErr w:type="spellStart"/>
            <w:r>
              <w:rPr>
                <w:sz w:val="16"/>
              </w:rPr>
              <w:t>trotinete</w:t>
            </w:r>
            <w:proofErr w:type="spellEnd"/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și</w:t>
            </w:r>
            <w:proofErr w:type="spellEnd"/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puncte</w:t>
            </w:r>
            <w:proofErr w:type="spellEnd"/>
            <w:r>
              <w:rPr>
                <w:sz w:val="16"/>
              </w:rPr>
              <w:t xml:space="preserve"> / </w:t>
            </w:r>
            <w:proofErr w:type="spellStart"/>
            <w:r>
              <w:rPr>
                <w:sz w:val="16"/>
              </w:rPr>
              <w:t>stații</w:t>
            </w:r>
            <w:proofErr w:type="spellEnd"/>
            <w:r>
              <w:rPr>
                <w:sz w:val="16"/>
              </w:rPr>
              <w:t xml:space="preserve"> de </w:t>
            </w:r>
            <w:proofErr w:type="spellStart"/>
            <w:r>
              <w:rPr>
                <w:sz w:val="16"/>
              </w:rPr>
              <w:t>încărcare</w:t>
            </w:r>
            <w:proofErr w:type="spellEnd"/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pentru</w:t>
            </w:r>
            <w:proofErr w:type="spellEnd"/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autovehicule</w:t>
            </w:r>
            <w:proofErr w:type="spellEnd"/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electrice</w:t>
            </w:r>
            <w:proofErr w:type="spellEnd"/>
            <w:r>
              <w:rPr>
                <w:sz w:val="16"/>
              </w:rPr>
              <w:t xml:space="preserve"> / </w:t>
            </w:r>
            <w:proofErr w:type="spellStart"/>
            <w:r>
              <w:rPr>
                <w:sz w:val="16"/>
              </w:rPr>
              <w:t>hibride</w:t>
            </w:r>
            <w:proofErr w:type="spellEnd"/>
          </w:p>
        </w:tc>
      </w:tr>
      <w:tr w:rsidR="0092490D">
        <w:trPr>
          <w:cantSplit/>
        </w:trPr>
        <w:tc>
          <w:tcPr>
            <w:tcW w:w="9636" w:type="dxa"/>
          </w:tcPr>
          <w:p w:rsidR="0092490D" w:rsidRDefault="008D3852">
            <w:pPr>
              <w:keepNext/>
            </w:pPr>
            <w:r>
              <w:rPr>
                <w:sz w:val="16"/>
              </w:rPr>
              <w:t xml:space="preserve">☐ b) </w:t>
            </w:r>
            <w:proofErr w:type="spellStart"/>
            <w:r>
              <w:rPr>
                <w:sz w:val="16"/>
              </w:rPr>
              <w:t>punct</w:t>
            </w:r>
            <w:proofErr w:type="spellEnd"/>
            <w:r>
              <w:rPr>
                <w:sz w:val="16"/>
              </w:rPr>
              <w:t xml:space="preserve"> fix de </w:t>
            </w:r>
            <w:proofErr w:type="spellStart"/>
            <w:r>
              <w:rPr>
                <w:sz w:val="16"/>
              </w:rPr>
              <w:t>măsurare</w:t>
            </w:r>
            <w:proofErr w:type="spellEnd"/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și</w:t>
            </w:r>
            <w:proofErr w:type="spellEnd"/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punct</w:t>
            </w:r>
            <w:proofErr w:type="spellEnd"/>
            <w:r>
              <w:rPr>
                <w:sz w:val="16"/>
              </w:rPr>
              <w:t xml:space="preserve"> de </w:t>
            </w:r>
            <w:proofErr w:type="spellStart"/>
            <w:r>
              <w:rPr>
                <w:sz w:val="16"/>
              </w:rPr>
              <w:t>măsurare</w:t>
            </w:r>
            <w:proofErr w:type="spellEnd"/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indicativ</w:t>
            </w:r>
            <w:proofErr w:type="spellEnd"/>
            <w:r>
              <w:rPr>
                <w:sz w:val="16"/>
              </w:rPr>
              <w:t xml:space="preserve"> a </w:t>
            </w:r>
            <w:proofErr w:type="spellStart"/>
            <w:r>
              <w:rPr>
                <w:sz w:val="16"/>
              </w:rPr>
              <w:t>calității</w:t>
            </w:r>
            <w:proofErr w:type="spellEnd"/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aerului</w:t>
            </w:r>
            <w:proofErr w:type="spellEnd"/>
            <w:r>
              <w:rPr>
                <w:sz w:val="16"/>
              </w:rPr>
              <w:t xml:space="preserve">, cu </w:t>
            </w:r>
            <w:proofErr w:type="spellStart"/>
            <w:r>
              <w:rPr>
                <w:sz w:val="16"/>
              </w:rPr>
              <w:t>dotări</w:t>
            </w:r>
            <w:proofErr w:type="spellEnd"/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aferente</w:t>
            </w:r>
            <w:proofErr w:type="spellEnd"/>
            <w:r>
              <w:rPr>
                <w:sz w:val="16"/>
              </w:rPr>
              <w:t xml:space="preserve">, conform </w:t>
            </w:r>
            <w:proofErr w:type="spellStart"/>
            <w:r>
              <w:rPr>
                <w:sz w:val="16"/>
              </w:rPr>
              <w:t>Legii</w:t>
            </w:r>
            <w:proofErr w:type="spellEnd"/>
            <w:r>
              <w:rPr>
                <w:sz w:val="16"/>
              </w:rPr>
              <w:t xml:space="preserve"> nr. 104/2011</w:t>
            </w:r>
            <w:r w:rsidR="00D52CF1">
              <w:rPr>
                <w:sz w:val="16"/>
              </w:rPr>
              <w:t xml:space="preserve"> </w:t>
            </w:r>
            <w:proofErr w:type="spellStart"/>
            <w:r w:rsidR="00D52CF1" w:rsidRPr="00D52CF1">
              <w:rPr>
                <w:sz w:val="16"/>
              </w:rPr>
              <w:t>privind</w:t>
            </w:r>
            <w:proofErr w:type="spellEnd"/>
            <w:r w:rsidR="00D52CF1" w:rsidRPr="00D52CF1">
              <w:rPr>
                <w:sz w:val="16"/>
              </w:rPr>
              <w:t xml:space="preserve"> </w:t>
            </w:r>
            <w:proofErr w:type="spellStart"/>
            <w:r w:rsidR="00D52CF1" w:rsidRPr="00D52CF1">
              <w:rPr>
                <w:sz w:val="16"/>
              </w:rPr>
              <w:t>calitatea</w:t>
            </w:r>
            <w:proofErr w:type="spellEnd"/>
            <w:r w:rsidR="00D52CF1" w:rsidRPr="00D52CF1">
              <w:rPr>
                <w:sz w:val="16"/>
              </w:rPr>
              <w:t xml:space="preserve"> </w:t>
            </w:r>
            <w:proofErr w:type="spellStart"/>
            <w:r w:rsidR="00D52CF1" w:rsidRPr="00D52CF1">
              <w:rPr>
                <w:sz w:val="16"/>
              </w:rPr>
              <w:t>aerului</w:t>
            </w:r>
            <w:proofErr w:type="spellEnd"/>
            <w:r w:rsidR="00D52CF1" w:rsidRPr="00D52CF1">
              <w:rPr>
                <w:sz w:val="16"/>
              </w:rPr>
              <w:t xml:space="preserve"> </w:t>
            </w:r>
            <w:proofErr w:type="spellStart"/>
            <w:r w:rsidR="00D52CF1" w:rsidRPr="00D52CF1">
              <w:rPr>
                <w:sz w:val="16"/>
              </w:rPr>
              <w:t>înconjurător</w:t>
            </w:r>
            <w:proofErr w:type="spellEnd"/>
            <w:r>
              <w:rPr>
                <w:sz w:val="16"/>
              </w:rPr>
              <w:t xml:space="preserve">, cu </w:t>
            </w:r>
            <w:proofErr w:type="spellStart"/>
            <w:r>
              <w:rPr>
                <w:sz w:val="16"/>
              </w:rPr>
              <w:t>modificările</w:t>
            </w:r>
            <w:proofErr w:type="spellEnd"/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ulterioare</w:t>
            </w:r>
            <w:proofErr w:type="spellEnd"/>
          </w:p>
        </w:tc>
      </w:tr>
      <w:tr w:rsidR="0092490D">
        <w:trPr>
          <w:cantSplit/>
        </w:trPr>
        <w:tc>
          <w:tcPr>
            <w:tcW w:w="9636" w:type="dxa"/>
          </w:tcPr>
          <w:p w:rsidR="0092490D" w:rsidRDefault="008D3852">
            <w:pPr>
              <w:keepNext/>
            </w:pPr>
            <w:r>
              <w:rPr>
                <w:sz w:val="16"/>
              </w:rPr>
              <w:t xml:space="preserve">☐ c) </w:t>
            </w:r>
            <w:proofErr w:type="spellStart"/>
            <w:r>
              <w:rPr>
                <w:sz w:val="16"/>
              </w:rPr>
              <w:t>puncte</w:t>
            </w:r>
            <w:proofErr w:type="spellEnd"/>
            <w:r>
              <w:rPr>
                <w:sz w:val="16"/>
              </w:rPr>
              <w:t xml:space="preserve"> / </w:t>
            </w:r>
            <w:proofErr w:type="spellStart"/>
            <w:r>
              <w:rPr>
                <w:sz w:val="16"/>
              </w:rPr>
              <w:t>sisteme</w:t>
            </w:r>
            <w:proofErr w:type="spellEnd"/>
            <w:r>
              <w:rPr>
                <w:sz w:val="16"/>
              </w:rPr>
              <w:t xml:space="preserve"> automate </w:t>
            </w:r>
            <w:proofErr w:type="spellStart"/>
            <w:r>
              <w:rPr>
                <w:sz w:val="16"/>
              </w:rPr>
              <w:t>pentru</w:t>
            </w:r>
            <w:proofErr w:type="spellEnd"/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precolectarea</w:t>
            </w:r>
            <w:proofErr w:type="spellEnd"/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și</w:t>
            </w:r>
            <w:proofErr w:type="spellEnd"/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gestionarea</w:t>
            </w:r>
            <w:proofErr w:type="spellEnd"/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deșeurilor</w:t>
            </w:r>
            <w:proofErr w:type="spellEnd"/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reciclabile</w:t>
            </w:r>
            <w:proofErr w:type="spellEnd"/>
            <w:r>
              <w:rPr>
                <w:sz w:val="16"/>
              </w:rPr>
              <w:t xml:space="preserve">, </w:t>
            </w:r>
            <w:proofErr w:type="spellStart"/>
            <w:r>
              <w:rPr>
                <w:sz w:val="16"/>
              </w:rPr>
              <w:t>recipiente</w:t>
            </w:r>
            <w:proofErr w:type="spellEnd"/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pentru</w:t>
            </w:r>
            <w:proofErr w:type="spellEnd"/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precolectarea</w:t>
            </w:r>
            <w:proofErr w:type="spellEnd"/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deșeurilor</w:t>
            </w:r>
            <w:proofErr w:type="spellEnd"/>
            <w:r>
              <w:rPr>
                <w:sz w:val="16"/>
              </w:rPr>
              <w:t xml:space="preserve">, </w:t>
            </w:r>
            <w:proofErr w:type="spellStart"/>
            <w:r>
              <w:rPr>
                <w:sz w:val="16"/>
              </w:rPr>
              <w:t>inclusiv</w:t>
            </w:r>
            <w:proofErr w:type="spellEnd"/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platforme</w:t>
            </w:r>
            <w:proofErr w:type="spellEnd"/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și</w:t>
            </w:r>
            <w:proofErr w:type="spellEnd"/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dotări</w:t>
            </w:r>
            <w:proofErr w:type="spellEnd"/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tehnico-edilitare</w:t>
            </w:r>
            <w:proofErr w:type="spellEnd"/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aferente</w:t>
            </w:r>
            <w:proofErr w:type="spellEnd"/>
          </w:p>
        </w:tc>
      </w:tr>
      <w:tr w:rsidR="0092490D" w:rsidRPr="00975330">
        <w:trPr>
          <w:cantSplit/>
        </w:trPr>
        <w:tc>
          <w:tcPr>
            <w:tcW w:w="9636" w:type="dxa"/>
          </w:tcPr>
          <w:p w:rsidR="0092490D" w:rsidRPr="00990104" w:rsidRDefault="008D3852">
            <w:pPr>
              <w:keepNext/>
              <w:rPr>
                <w:lang w:val="fr-FR"/>
              </w:rPr>
            </w:pPr>
            <w:r w:rsidRPr="00990104">
              <w:rPr>
                <w:sz w:val="16"/>
                <w:lang w:val="fr-FR"/>
              </w:rPr>
              <w:t xml:space="preserve">☐ d) </w:t>
            </w:r>
            <w:proofErr w:type="spellStart"/>
            <w:r w:rsidRPr="00990104">
              <w:rPr>
                <w:sz w:val="16"/>
                <w:lang w:val="fr-FR"/>
              </w:rPr>
              <w:t>elemente</w:t>
            </w:r>
            <w:proofErr w:type="spellEnd"/>
            <w:r w:rsidRPr="00990104">
              <w:rPr>
                <w:sz w:val="16"/>
                <w:lang w:val="fr-FR"/>
              </w:rPr>
              <w:t xml:space="preserve"> de </w:t>
            </w:r>
            <w:proofErr w:type="spellStart"/>
            <w:r w:rsidRPr="00990104">
              <w:rPr>
                <w:sz w:val="16"/>
                <w:lang w:val="fr-FR"/>
              </w:rPr>
              <w:t>semnalizare</w:t>
            </w:r>
            <w:proofErr w:type="spellEnd"/>
            <w:r w:rsidRPr="00990104">
              <w:rPr>
                <w:sz w:val="16"/>
                <w:lang w:val="fr-FR"/>
              </w:rPr>
              <w:t xml:space="preserve"> </w:t>
            </w:r>
            <w:proofErr w:type="spellStart"/>
            <w:r w:rsidRPr="00990104">
              <w:rPr>
                <w:sz w:val="16"/>
                <w:lang w:val="fr-FR"/>
              </w:rPr>
              <w:t>rutieră</w:t>
            </w:r>
            <w:proofErr w:type="spellEnd"/>
            <w:r w:rsidRPr="00990104">
              <w:rPr>
                <w:sz w:val="16"/>
                <w:lang w:val="fr-FR"/>
              </w:rPr>
              <w:t xml:space="preserve">, </w:t>
            </w:r>
            <w:proofErr w:type="spellStart"/>
            <w:r w:rsidRPr="00990104">
              <w:rPr>
                <w:sz w:val="16"/>
                <w:lang w:val="fr-FR"/>
              </w:rPr>
              <w:t>plăcu</w:t>
            </w:r>
            <w:proofErr w:type="spellEnd"/>
            <w:r w:rsidRPr="00990104">
              <w:rPr>
                <w:sz w:val="16"/>
                <w:lang w:val="fr-FR"/>
              </w:rPr>
              <w:t xml:space="preserve">țe de </w:t>
            </w:r>
            <w:proofErr w:type="spellStart"/>
            <w:r w:rsidRPr="00990104">
              <w:rPr>
                <w:sz w:val="16"/>
                <w:lang w:val="fr-FR"/>
              </w:rPr>
              <w:t>nomenclatură</w:t>
            </w:r>
            <w:proofErr w:type="spellEnd"/>
            <w:r w:rsidRPr="00990104">
              <w:rPr>
                <w:sz w:val="16"/>
                <w:lang w:val="fr-FR"/>
              </w:rPr>
              <w:t xml:space="preserve"> / </w:t>
            </w:r>
            <w:proofErr w:type="spellStart"/>
            <w:r w:rsidRPr="00990104">
              <w:rPr>
                <w:sz w:val="16"/>
                <w:lang w:val="fr-FR"/>
              </w:rPr>
              <w:t>identificare</w:t>
            </w:r>
            <w:proofErr w:type="spellEnd"/>
            <w:r w:rsidRPr="00990104">
              <w:rPr>
                <w:sz w:val="16"/>
                <w:lang w:val="fr-FR"/>
              </w:rPr>
              <w:t xml:space="preserve"> </w:t>
            </w:r>
            <w:proofErr w:type="spellStart"/>
            <w:r w:rsidRPr="00990104">
              <w:rPr>
                <w:sz w:val="16"/>
                <w:lang w:val="fr-FR"/>
              </w:rPr>
              <w:t>stradală</w:t>
            </w:r>
            <w:proofErr w:type="spellEnd"/>
            <w:r w:rsidRPr="00990104">
              <w:rPr>
                <w:sz w:val="16"/>
                <w:lang w:val="fr-FR"/>
              </w:rPr>
              <w:t xml:space="preserve"> și </w:t>
            </w:r>
            <w:proofErr w:type="spellStart"/>
            <w:r w:rsidRPr="00990104">
              <w:rPr>
                <w:sz w:val="16"/>
                <w:lang w:val="fr-FR"/>
              </w:rPr>
              <w:t>sisteme</w:t>
            </w:r>
            <w:proofErr w:type="spellEnd"/>
            <w:r w:rsidRPr="00990104">
              <w:rPr>
                <w:sz w:val="16"/>
                <w:lang w:val="fr-FR"/>
              </w:rPr>
              <w:t xml:space="preserve"> de </w:t>
            </w:r>
            <w:proofErr w:type="spellStart"/>
            <w:r w:rsidRPr="00990104">
              <w:rPr>
                <w:sz w:val="16"/>
                <w:lang w:val="fr-FR"/>
              </w:rPr>
              <w:t>monitorizare</w:t>
            </w:r>
            <w:proofErr w:type="spellEnd"/>
            <w:r w:rsidRPr="00990104">
              <w:rPr>
                <w:sz w:val="16"/>
                <w:lang w:val="fr-FR"/>
              </w:rPr>
              <w:t xml:space="preserve"> </w:t>
            </w:r>
            <w:proofErr w:type="spellStart"/>
            <w:r w:rsidRPr="00990104">
              <w:rPr>
                <w:sz w:val="16"/>
                <w:lang w:val="fr-FR"/>
              </w:rPr>
              <w:t>video</w:t>
            </w:r>
            <w:proofErr w:type="spellEnd"/>
            <w:r w:rsidRPr="00990104">
              <w:rPr>
                <w:sz w:val="16"/>
                <w:lang w:val="fr-FR"/>
              </w:rPr>
              <w:t xml:space="preserve"> a </w:t>
            </w:r>
            <w:proofErr w:type="spellStart"/>
            <w:r w:rsidRPr="00990104">
              <w:rPr>
                <w:sz w:val="16"/>
                <w:lang w:val="fr-FR"/>
              </w:rPr>
              <w:t>traficului</w:t>
            </w:r>
            <w:proofErr w:type="spellEnd"/>
            <w:r w:rsidRPr="00990104">
              <w:rPr>
                <w:sz w:val="16"/>
                <w:lang w:val="fr-FR"/>
              </w:rPr>
              <w:t xml:space="preserve"> </w:t>
            </w:r>
            <w:proofErr w:type="spellStart"/>
            <w:r w:rsidRPr="00990104">
              <w:rPr>
                <w:sz w:val="16"/>
                <w:lang w:val="fr-FR"/>
              </w:rPr>
              <w:t>rutier</w:t>
            </w:r>
            <w:proofErr w:type="spellEnd"/>
            <w:r w:rsidRPr="00990104">
              <w:rPr>
                <w:sz w:val="16"/>
                <w:lang w:val="fr-FR"/>
              </w:rPr>
              <w:t xml:space="preserve"> și a </w:t>
            </w:r>
            <w:proofErr w:type="spellStart"/>
            <w:r w:rsidRPr="00990104">
              <w:rPr>
                <w:sz w:val="16"/>
                <w:lang w:val="fr-FR"/>
              </w:rPr>
              <w:t>siguran</w:t>
            </w:r>
            <w:proofErr w:type="spellEnd"/>
            <w:r w:rsidRPr="00990104">
              <w:rPr>
                <w:sz w:val="16"/>
                <w:lang w:val="fr-FR"/>
              </w:rPr>
              <w:t>ț</w:t>
            </w:r>
            <w:proofErr w:type="spellStart"/>
            <w:r w:rsidRPr="00990104">
              <w:rPr>
                <w:sz w:val="16"/>
                <w:lang w:val="fr-FR"/>
              </w:rPr>
              <w:t>ei</w:t>
            </w:r>
            <w:proofErr w:type="spellEnd"/>
            <w:r w:rsidRPr="00990104">
              <w:rPr>
                <w:sz w:val="16"/>
                <w:lang w:val="fr-FR"/>
              </w:rPr>
              <w:t xml:space="preserve"> </w:t>
            </w:r>
            <w:proofErr w:type="spellStart"/>
            <w:r w:rsidRPr="00990104">
              <w:rPr>
                <w:sz w:val="16"/>
                <w:lang w:val="fr-FR"/>
              </w:rPr>
              <w:t>publice</w:t>
            </w:r>
            <w:proofErr w:type="spellEnd"/>
          </w:p>
        </w:tc>
      </w:tr>
      <w:tr w:rsidR="0092490D">
        <w:trPr>
          <w:cantSplit/>
        </w:trPr>
        <w:tc>
          <w:tcPr>
            <w:tcW w:w="9636" w:type="dxa"/>
          </w:tcPr>
          <w:p w:rsidR="0092490D" w:rsidRDefault="008D3852">
            <w:pPr>
              <w:keepNext/>
            </w:pPr>
            <w:r w:rsidRPr="00990104">
              <w:rPr>
                <w:sz w:val="16"/>
                <w:lang w:val="fr-FR"/>
              </w:rPr>
              <w:t xml:space="preserve"> </w:t>
            </w:r>
            <w:r>
              <w:rPr>
                <w:sz w:val="16"/>
              </w:rPr>
              <w:t xml:space="preserve">☐ e) </w:t>
            </w:r>
            <w:proofErr w:type="spellStart"/>
            <w:r>
              <w:rPr>
                <w:sz w:val="16"/>
              </w:rPr>
              <w:t>toalete</w:t>
            </w:r>
            <w:proofErr w:type="spellEnd"/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ecologice</w:t>
            </w:r>
            <w:proofErr w:type="spellEnd"/>
            <w:r>
              <w:rPr>
                <w:sz w:val="16"/>
              </w:rPr>
              <w:t xml:space="preserve"> mobile </w:t>
            </w:r>
            <w:proofErr w:type="spellStart"/>
            <w:r>
              <w:rPr>
                <w:sz w:val="16"/>
              </w:rPr>
              <w:t>și</w:t>
            </w:r>
            <w:proofErr w:type="spellEnd"/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dotările</w:t>
            </w:r>
            <w:proofErr w:type="spellEnd"/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aferente</w:t>
            </w:r>
            <w:proofErr w:type="spellEnd"/>
          </w:p>
        </w:tc>
      </w:tr>
      <w:tr w:rsidR="0092490D">
        <w:trPr>
          <w:cantSplit/>
        </w:trPr>
        <w:tc>
          <w:tcPr>
            <w:tcW w:w="9636" w:type="dxa"/>
          </w:tcPr>
          <w:p w:rsidR="0092490D" w:rsidRDefault="008D3852">
            <w:pPr>
              <w:keepNext/>
            </w:pPr>
            <w:r>
              <w:rPr>
                <w:sz w:val="16"/>
              </w:rPr>
              <w:t xml:space="preserve">☐ f) </w:t>
            </w:r>
            <w:proofErr w:type="spellStart"/>
            <w:r>
              <w:rPr>
                <w:sz w:val="16"/>
              </w:rPr>
              <w:t>lucrări</w:t>
            </w:r>
            <w:proofErr w:type="spellEnd"/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pentru</w:t>
            </w:r>
            <w:proofErr w:type="spellEnd"/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amplasarea</w:t>
            </w:r>
            <w:proofErr w:type="spellEnd"/>
            <w:r>
              <w:rPr>
                <w:sz w:val="16"/>
              </w:rPr>
              <w:t xml:space="preserve"> de </w:t>
            </w:r>
            <w:proofErr w:type="spellStart"/>
            <w:r>
              <w:rPr>
                <w:sz w:val="16"/>
              </w:rPr>
              <w:t>tonete</w:t>
            </w:r>
            <w:proofErr w:type="spellEnd"/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și</w:t>
            </w:r>
            <w:proofErr w:type="spellEnd"/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pupitre</w:t>
            </w:r>
            <w:proofErr w:type="spellEnd"/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acoperite</w:t>
            </w:r>
            <w:proofErr w:type="spellEnd"/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sau</w:t>
            </w:r>
            <w:proofErr w:type="spellEnd"/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închise</w:t>
            </w:r>
            <w:proofErr w:type="spellEnd"/>
            <w:r>
              <w:rPr>
                <w:sz w:val="16"/>
              </w:rPr>
              <w:t xml:space="preserve">, </w:t>
            </w:r>
            <w:proofErr w:type="spellStart"/>
            <w:r>
              <w:rPr>
                <w:sz w:val="16"/>
              </w:rPr>
              <w:t>destinate</w:t>
            </w:r>
            <w:proofErr w:type="spellEnd"/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difuzării</w:t>
            </w:r>
            <w:proofErr w:type="spellEnd"/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și</w:t>
            </w:r>
            <w:proofErr w:type="spellEnd"/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comercializării</w:t>
            </w:r>
            <w:proofErr w:type="spellEnd"/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presei</w:t>
            </w:r>
            <w:proofErr w:type="spellEnd"/>
            <w:r>
              <w:rPr>
                <w:sz w:val="16"/>
              </w:rPr>
              <w:t xml:space="preserve">, </w:t>
            </w:r>
            <w:proofErr w:type="spellStart"/>
            <w:r>
              <w:rPr>
                <w:sz w:val="16"/>
              </w:rPr>
              <w:t>cărților</w:t>
            </w:r>
            <w:proofErr w:type="spellEnd"/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și</w:t>
            </w:r>
            <w:proofErr w:type="spellEnd"/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florilor</w:t>
            </w:r>
            <w:proofErr w:type="spellEnd"/>
            <w:r>
              <w:rPr>
                <w:sz w:val="16"/>
              </w:rPr>
              <w:t xml:space="preserve">, </w:t>
            </w:r>
            <w:proofErr w:type="spellStart"/>
            <w:r>
              <w:rPr>
                <w:sz w:val="16"/>
              </w:rPr>
              <w:t>sisteme</w:t>
            </w:r>
            <w:proofErr w:type="spellEnd"/>
            <w:r>
              <w:rPr>
                <w:sz w:val="16"/>
              </w:rPr>
              <w:t xml:space="preserve"> automate </w:t>
            </w:r>
            <w:proofErr w:type="spellStart"/>
            <w:r>
              <w:rPr>
                <w:sz w:val="16"/>
              </w:rPr>
              <w:t>pentru</w:t>
            </w:r>
            <w:proofErr w:type="spellEnd"/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colectarea</w:t>
            </w:r>
            <w:proofErr w:type="spellEnd"/>
            <w:r>
              <w:rPr>
                <w:sz w:val="16"/>
              </w:rPr>
              <w:t xml:space="preserve"> / </w:t>
            </w:r>
            <w:proofErr w:type="spellStart"/>
            <w:r>
              <w:rPr>
                <w:sz w:val="16"/>
              </w:rPr>
              <w:t>livrarea</w:t>
            </w:r>
            <w:proofErr w:type="spellEnd"/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trimiterilor</w:t>
            </w:r>
            <w:proofErr w:type="spellEnd"/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poștale</w:t>
            </w:r>
            <w:proofErr w:type="spellEnd"/>
            <w:r>
              <w:rPr>
                <w:sz w:val="16"/>
              </w:rPr>
              <w:t xml:space="preserve">, </w:t>
            </w:r>
            <w:proofErr w:type="spellStart"/>
            <w:r>
              <w:rPr>
                <w:sz w:val="16"/>
              </w:rPr>
              <w:t>pentru</w:t>
            </w:r>
            <w:proofErr w:type="spellEnd"/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servicii</w:t>
            </w:r>
            <w:proofErr w:type="spellEnd"/>
            <w:r>
              <w:rPr>
                <w:sz w:val="16"/>
              </w:rPr>
              <w:t xml:space="preserve"> de </w:t>
            </w:r>
            <w:proofErr w:type="spellStart"/>
            <w:r>
              <w:rPr>
                <w:sz w:val="16"/>
              </w:rPr>
              <w:t>curierat</w:t>
            </w:r>
            <w:proofErr w:type="spellEnd"/>
            <w:r>
              <w:rPr>
                <w:sz w:val="16"/>
              </w:rPr>
              <w:t xml:space="preserve">, </w:t>
            </w:r>
            <w:proofErr w:type="spellStart"/>
            <w:r>
              <w:rPr>
                <w:sz w:val="16"/>
              </w:rPr>
              <w:t>precum</w:t>
            </w:r>
            <w:proofErr w:type="spellEnd"/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și</w:t>
            </w:r>
            <w:proofErr w:type="spellEnd"/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rulote</w:t>
            </w:r>
            <w:proofErr w:type="spellEnd"/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și</w:t>
            </w:r>
            <w:proofErr w:type="spellEnd"/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agregate</w:t>
            </w:r>
            <w:proofErr w:type="spellEnd"/>
            <w:r>
              <w:rPr>
                <w:sz w:val="16"/>
              </w:rPr>
              <w:t xml:space="preserve"> automate de </w:t>
            </w:r>
            <w:proofErr w:type="spellStart"/>
            <w:r>
              <w:rPr>
                <w:sz w:val="16"/>
              </w:rPr>
              <w:t>vânzare</w:t>
            </w:r>
            <w:proofErr w:type="spellEnd"/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amplasate</w:t>
            </w:r>
            <w:proofErr w:type="spellEnd"/>
            <w:r>
              <w:rPr>
                <w:sz w:val="16"/>
              </w:rPr>
              <w:t xml:space="preserve"> direct </w:t>
            </w:r>
            <w:proofErr w:type="spellStart"/>
            <w:r>
              <w:rPr>
                <w:sz w:val="16"/>
              </w:rPr>
              <w:t>pe</w:t>
            </w:r>
            <w:proofErr w:type="spellEnd"/>
            <w:r>
              <w:rPr>
                <w:sz w:val="16"/>
              </w:rPr>
              <w:t xml:space="preserve"> sol, </w:t>
            </w:r>
            <w:proofErr w:type="spellStart"/>
            <w:r>
              <w:rPr>
                <w:sz w:val="16"/>
              </w:rPr>
              <w:t>fără</w:t>
            </w:r>
            <w:proofErr w:type="spellEnd"/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fundații</w:t>
            </w:r>
            <w:proofErr w:type="spellEnd"/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și</w:t>
            </w:r>
            <w:proofErr w:type="spellEnd"/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platforme</w:t>
            </w:r>
            <w:proofErr w:type="spellEnd"/>
            <w:r>
              <w:rPr>
                <w:sz w:val="16"/>
              </w:rPr>
              <w:t xml:space="preserve">, </w:t>
            </w:r>
            <w:proofErr w:type="spellStart"/>
            <w:r>
              <w:rPr>
                <w:sz w:val="16"/>
              </w:rPr>
              <w:t>în</w:t>
            </w:r>
            <w:proofErr w:type="spellEnd"/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suprafață</w:t>
            </w:r>
            <w:proofErr w:type="spellEnd"/>
            <w:r>
              <w:rPr>
                <w:sz w:val="16"/>
              </w:rPr>
              <w:t xml:space="preserve"> de maximum 12 mp, care nu </w:t>
            </w:r>
            <w:proofErr w:type="spellStart"/>
            <w:r>
              <w:rPr>
                <w:sz w:val="16"/>
              </w:rPr>
              <w:t>determină</w:t>
            </w:r>
            <w:proofErr w:type="spellEnd"/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congestionarea</w:t>
            </w:r>
            <w:proofErr w:type="spellEnd"/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sau</w:t>
            </w:r>
            <w:proofErr w:type="spellEnd"/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blocarea</w:t>
            </w:r>
            <w:proofErr w:type="spellEnd"/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traficului</w:t>
            </w:r>
            <w:proofErr w:type="spellEnd"/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pietonal</w:t>
            </w:r>
            <w:proofErr w:type="spellEnd"/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pe</w:t>
            </w:r>
            <w:proofErr w:type="spellEnd"/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trotuar</w:t>
            </w:r>
            <w:proofErr w:type="spellEnd"/>
            <w:r>
              <w:rPr>
                <w:sz w:val="16"/>
              </w:rPr>
              <w:t xml:space="preserve">, </w:t>
            </w:r>
            <w:proofErr w:type="spellStart"/>
            <w:r>
              <w:rPr>
                <w:sz w:val="16"/>
              </w:rPr>
              <w:t>fără</w:t>
            </w:r>
            <w:proofErr w:type="spellEnd"/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racorduri</w:t>
            </w:r>
            <w:proofErr w:type="spellEnd"/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și</w:t>
            </w:r>
            <w:proofErr w:type="spellEnd"/>
            <w:r>
              <w:rPr>
                <w:sz w:val="16"/>
              </w:rPr>
              <w:t>/</w:t>
            </w:r>
            <w:proofErr w:type="spellStart"/>
            <w:r>
              <w:rPr>
                <w:sz w:val="16"/>
              </w:rPr>
              <w:t>sau</w:t>
            </w:r>
            <w:proofErr w:type="spellEnd"/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branșamente</w:t>
            </w:r>
            <w:proofErr w:type="spellEnd"/>
            <w:r>
              <w:rPr>
                <w:sz w:val="16"/>
              </w:rPr>
              <w:t xml:space="preserve"> la </w:t>
            </w:r>
            <w:proofErr w:type="spellStart"/>
            <w:r>
              <w:rPr>
                <w:sz w:val="16"/>
              </w:rPr>
              <w:t>utilități</w:t>
            </w:r>
            <w:proofErr w:type="spellEnd"/>
            <w:r>
              <w:rPr>
                <w:sz w:val="16"/>
              </w:rPr>
              <w:t xml:space="preserve"> urbane, cu </w:t>
            </w:r>
            <w:proofErr w:type="spellStart"/>
            <w:r>
              <w:rPr>
                <w:sz w:val="16"/>
              </w:rPr>
              <w:t>excepția</w:t>
            </w:r>
            <w:proofErr w:type="spellEnd"/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energiei</w:t>
            </w:r>
            <w:proofErr w:type="spellEnd"/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electrice</w:t>
            </w:r>
            <w:proofErr w:type="spellEnd"/>
          </w:p>
        </w:tc>
      </w:tr>
      <w:tr w:rsidR="0092490D">
        <w:trPr>
          <w:cantSplit/>
        </w:trPr>
        <w:tc>
          <w:tcPr>
            <w:tcW w:w="9636" w:type="dxa"/>
          </w:tcPr>
          <w:p w:rsidR="0092490D" w:rsidRDefault="008D3852">
            <w:pPr>
              <w:keepNext/>
            </w:pPr>
            <w:r>
              <w:rPr>
                <w:sz w:val="16"/>
              </w:rPr>
              <w:t xml:space="preserve">☐ g) </w:t>
            </w:r>
            <w:proofErr w:type="spellStart"/>
            <w:r>
              <w:rPr>
                <w:sz w:val="16"/>
              </w:rPr>
              <w:t>mobilier</w:t>
            </w:r>
            <w:proofErr w:type="spellEnd"/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necesar</w:t>
            </w:r>
            <w:proofErr w:type="spellEnd"/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practicării</w:t>
            </w:r>
            <w:proofErr w:type="spellEnd"/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comerțului</w:t>
            </w:r>
            <w:proofErr w:type="spellEnd"/>
            <w:r>
              <w:rPr>
                <w:sz w:val="16"/>
              </w:rPr>
              <w:t xml:space="preserve"> de </w:t>
            </w:r>
            <w:proofErr w:type="spellStart"/>
            <w:r>
              <w:rPr>
                <w:sz w:val="16"/>
              </w:rPr>
              <w:t>întâmpinare</w:t>
            </w:r>
            <w:proofErr w:type="spellEnd"/>
            <w:r>
              <w:rPr>
                <w:sz w:val="16"/>
              </w:rPr>
              <w:t xml:space="preserve">, </w:t>
            </w:r>
            <w:proofErr w:type="spellStart"/>
            <w:r>
              <w:rPr>
                <w:sz w:val="16"/>
              </w:rPr>
              <w:t>în</w:t>
            </w:r>
            <w:proofErr w:type="spellEnd"/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baza</w:t>
            </w:r>
            <w:proofErr w:type="spellEnd"/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unui</w:t>
            </w:r>
            <w:proofErr w:type="spellEnd"/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regulament</w:t>
            </w:r>
            <w:proofErr w:type="spellEnd"/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aprobat</w:t>
            </w:r>
            <w:proofErr w:type="spellEnd"/>
            <w:r>
              <w:rPr>
                <w:sz w:val="16"/>
              </w:rPr>
              <w:t xml:space="preserve"> de </w:t>
            </w:r>
            <w:proofErr w:type="spellStart"/>
            <w:r>
              <w:rPr>
                <w:sz w:val="16"/>
              </w:rPr>
              <w:t>consiliul</w:t>
            </w:r>
            <w:proofErr w:type="spellEnd"/>
            <w:r>
              <w:rPr>
                <w:sz w:val="16"/>
              </w:rPr>
              <w:t xml:space="preserve"> local al </w:t>
            </w:r>
            <w:proofErr w:type="spellStart"/>
            <w:r>
              <w:rPr>
                <w:sz w:val="16"/>
              </w:rPr>
              <w:t>unității</w:t>
            </w:r>
            <w:proofErr w:type="spellEnd"/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administrativ-teritoriale</w:t>
            </w:r>
            <w:proofErr w:type="spellEnd"/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sau</w:t>
            </w:r>
            <w:proofErr w:type="spellEnd"/>
            <w:r>
              <w:rPr>
                <w:sz w:val="16"/>
              </w:rPr>
              <w:t xml:space="preserve"> al </w:t>
            </w:r>
            <w:proofErr w:type="spellStart"/>
            <w:r>
              <w:rPr>
                <w:sz w:val="16"/>
              </w:rPr>
              <w:t>sectorului</w:t>
            </w:r>
            <w:proofErr w:type="spellEnd"/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municipiului</w:t>
            </w:r>
            <w:proofErr w:type="spellEnd"/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București</w:t>
            </w:r>
            <w:proofErr w:type="spellEnd"/>
          </w:p>
        </w:tc>
      </w:tr>
      <w:tr w:rsidR="0092490D" w:rsidRPr="00975330">
        <w:trPr>
          <w:cantSplit/>
        </w:trPr>
        <w:tc>
          <w:tcPr>
            <w:tcW w:w="9636" w:type="dxa"/>
          </w:tcPr>
          <w:p w:rsidR="0092490D" w:rsidRPr="00990104" w:rsidRDefault="008D3852">
            <w:pPr>
              <w:keepNext/>
              <w:rPr>
                <w:lang w:val="fr-FR"/>
              </w:rPr>
            </w:pPr>
            <w:r w:rsidRPr="00990104">
              <w:rPr>
                <w:sz w:val="16"/>
                <w:lang w:val="fr-FR"/>
              </w:rPr>
              <w:t xml:space="preserve">☐ h) </w:t>
            </w:r>
            <w:proofErr w:type="spellStart"/>
            <w:r w:rsidRPr="00990104">
              <w:rPr>
                <w:sz w:val="16"/>
                <w:lang w:val="fr-FR"/>
              </w:rPr>
              <w:t>amenajări</w:t>
            </w:r>
            <w:proofErr w:type="spellEnd"/>
            <w:r w:rsidRPr="00990104">
              <w:rPr>
                <w:sz w:val="16"/>
                <w:lang w:val="fr-FR"/>
              </w:rPr>
              <w:t xml:space="preserve"> </w:t>
            </w:r>
            <w:proofErr w:type="spellStart"/>
            <w:r w:rsidRPr="00990104">
              <w:rPr>
                <w:sz w:val="16"/>
                <w:lang w:val="fr-FR"/>
              </w:rPr>
              <w:t>temporare</w:t>
            </w:r>
            <w:proofErr w:type="spellEnd"/>
            <w:r w:rsidRPr="00990104">
              <w:rPr>
                <w:sz w:val="16"/>
                <w:lang w:val="fr-FR"/>
              </w:rPr>
              <w:t xml:space="preserve"> </w:t>
            </w:r>
            <w:proofErr w:type="spellStart"/>
            <w:r w:rsidRPr="00990104">
              <w:rPr>
                <w:sz w:val="16"/>
                <w:lang w:val="fr-FR"/>
              </w:rPr>
              <w:t>în</w:t>
            </w:r>
            <w:proofErr w:type="spellEnd"/>
            <w:r w:rsidRPr="00990104">
              <w:rPr>
                <w:sz w:val="16"/>
                <w:lang w:val="fr-FR"/>
              </w:rPr>
              <w:t xml:space="preserve"> </w:t>
            </w:r>
            <w:proofErr w:type="spellStart"/>
            <w:r w:rsidRPr="00990104">
              <w:rPr>
                <w:sz w:val="16"/>
                <w:lang w:val="fr-FR"/>
              </w:rPr>
              <w:t>aer</w:t>
            </w:r>
            <w:proofErr w:type="spellEnd"/>
            <w:r w:rsidRPr="00990104">
              <w:rPr>
                <w:sz w:val="16"/>
                <w:lang w:val="fr-FR"/>
              </w:rPr>
              <w:t xml:space="preserve"> liber </w:t>
            </w:r>
            <w:proofErr w:type="spellStart"/>
            <w:r w:rsidRPr="00990104">
              <w:rPr>
                <w:sz w:val="16"/>
                <w:lang w:val="fr-FR"/>
              </w:rPr>
              <w:t>pentru</w:t>
            </w:r>
            <w:proofErr w:type="spellEnd"/>
            <w:r w:rsidRPr="00990104">
              <w:rPr>
                <w:sz w:val="16"/>
                <w:lang w:val="fr-FR"/>
              </w:rPr>
              <w:t xml:space="preserve"> </w:t>
            </w:r>
            <w:proofErr w:type="spellStart"/>
            <w:r w:rsidRPr="00990104">
              <w:rPr>
                <w:sz w:val="16"/>
                <w:lang w:val="fr-FR"/>
              </w:rPr>
              <w:t>activită</w:t>
            </w:r>
            <w:proofErr w:type="spellEnd"/>
            <w:r w:rsidRPr="00990104">
              <w:rPr>
                <w:sz w:val="16"/>
                <w:lang w:val="fr-FR"/>
              </w:rPr>
              <w:t xml:space="preserve">țile de </w:t>
            </w:r>
            <w:proofErr w:type="spellStart"/>
            <w:r w:rsidRPr="00990104">
              <w:rPr>
                <w:sz w:val="16"/>
                <w:lang w:val="fr-FR"/>
              </w:rPr>
              <w:t>spectacole</w:t>
            </w:r>
            <w:proofErr w:type="spellEnd"/>
            <w:r w:rsidRPr="00990104">
              <w:rPr>
                <w:sz w:val="16"/>
                <w:lang w:val="fr-FR"/>
              </w:rPr>
              <w:t xml:space="preserve">, </w:t>
            </w:r>
            <w:proofErr w:type="spellStart"/>
            <w:r w:rsidRPr="00990104">
              <w:rPr>
                <w:sz w:val="16"/>
                <w:lang w:val="fr-FR"/>
              </w:rPr>
              <w:t>întruniri</w:t>
            </w:r>
            <w:proofErr w:type="spellEnd"/>
            <w:r w:rsidRPr="00990104">
              <w:rPr>
                <w:sz w:val="16"/>
                <w:lang w:val="fr-FR"/>
              </w:rPr>
              <w:t xml:space="preserve">, concerte, </w:t>
            </w:r>
            <w:proofErr w:type="spellStart"/>
            <w:r w:rsidRPr="00990104">
              <w:rPr>
                <w:sz w:val="16"/>
                <w:lang w:val="fr-FR"/>
              </w:rPr>
              <w:t>proiec</w:t>
            </w:r>
            <w:proofErr w:type="spellEnd"/>
            <w:r w:rsidRPr="00990104">
              <w:rPr>
                <w:sz w:val="16"/>
                <w:lang w:val="fr-FR"/>
              </w:rPr>
              <w:t xml:space="preserve">ții de filme, </w:t>
            </w:r>
            <w:proofErr w:type="spellStart"/>
            <w:r w:rsidRPr="00990104">
              <w:rPr>
                <w:sz w:val="16"/>
                <w:lang w:val="fr-FR"/>
              </w:rPr>
              <w:t>târguri</w:t>
            </w:r>
            <w:proofErr w:type="spellEnd"/>
            <w:r w:rsidRPr="00990104">
              <w:rPr>
                <w:sz w:val="16"/>
                <w:lang w:val="fr-FR"/>
              </w:rPr>
              <w:t xml:space="preserve">, </w:t>
            </w:r>
            <w:proofErr w:type="spellStart"/>
            <w:r w:rsidRPr="00990104">
              <w:rPr>
                <w:sz w:val="16"/>
                <w:lang w:val="fr-FR"/>
              </w:rPr>
              <w:t>expozi</w:t>
            </w:r>
            <w:proofErr w:type="spellEnd"/>
            <w:r w:rsidRPr="00990104">
              <w:rPr>
                <w:sz w:val="16"/>
                <w:lang w:val="fr-FR"/>
              </w:rPr>
              <w:t xml:space="preserve">ții, </w:t>
            </w:r>
            <w:proofErr w:type="spellStart"/>
            <w:r w:rsidRPr="00990104">
              <w:rPr>
                <w:sz w:val="16"/>
                <w:lang w:val="fr-FR"/>
              </w:rPr>
              <w:t>jocuri</w:t>
            </w:r>
            <w:proofErr w:type="spellEnd"/>
            <w:r w:rsidRPr="00990104">
              <w:rPr>
                <w:sz w:val="16"/>
                <w:lang w:val="fr-FR"/>
              </w:rPr>
              <w:t xml:space="preserve"> de </w:t>
            </w:r>
            <w:proofErr w:type="spellStart"/>
            <w:r w:rsidRPr="00990104">
              <w:rPr>
                <w:sz w:val="16"/>
                <w:lang w:val="fr-FR"/>
              </w:rPr>
              <w:t>artificii</w:t>
            </w:r>
            <w:proofErr w:type="spellEnd"/>
            <w:r w:rsidRPr="00990104">
              <w:rPr>
                <w:sz w:val="16"/>
                <w:lang w:val="fr-FR"/>
              </w:rPr>
              <w:t xml:space="preserve"> </w:t>
            </w:r>
            <w:proofErr w:type="spellStart"/>
            <w:r w:rsidRPr="00990104">
              <w:rPr>
                <w:sz w:val="16"/>
                <w:lang w:val="fr-FR"/>
              </w:rPr>
              <w:t>sau</w:t>
            </w:r>
            <w:proofErr w:type="spellEnd"/>
            <w:r w:rsidRPr="00990104">
              <w:rPr>
                <w:sz w:val="16"/>
                <w:lang w:val="fr-FR"/>
              </w:rPr>
              <w:t xml:space="preserve"> </w:t>
            </w:r>
            <w:proofErr w:type="spellStart"/>
            <w:r w:rsidRPr="00990104">
              <w:rPr>
                <w:sz w:val="16"/>
                <w:lang w:val="fr-FR"/>
              </w:rPr>
              <w:t>spectacole</w:t>
            </w:r>
            <w:proofErr w:type="spellEnd"/>
            <w:r w:rsidRPr="00990104">
              <w:rPr>
                <w:sz w:val="16"/>
                <w:lang w:val="fr-FR"/>
              </w:rPr>
              <w:t xml:space="preserve"> </w:t>
            </w:r>
            <w:proofErr w:type="spellStart"/>
            <w:r w:rsidRPr="00990104">
              <w:rPr>
                <w:sz w:val="16"/>
                <w:lang w:val="fr-FR"/>
              </w:rPr>
              <w:t>pirotehnice</w:t>
            </w:r>
            <w:proofErr w:type="spellEnd"/>
            <w:r w:rsidRPr="00990104">
              <w:rPr>
                <w:sz w:val="16"/>
                <w:lang w:val="fr-FR"/>
              </w:rPr>
              <w:t xml:space="preserve">, </w:t>
            </w:r>
            <w:proofErr w:type="spellStart"/>
            <w:r w:rsidRPr="00990104">
              <w:rPr>
                <w:sz w:val="16"/>
                <w:lang w:val="fr-FR"/>
              </w:rPr>
              <w:t>circuri</w:t>
            </w:r>
            <w:proofErr w:type="spellEnd"/>
            <w:r w:rsidRPr="00990104">
              <w:rPr>
                <w:sz w:val="16"/>
                <w:lang w:val="fr-FR"/>
              </w:rPr>
              <w:t>, alimentaț</w:t>
            </w:r>
            <w:proofErr w:type="spellStart"/>
            <w:r w:rsidRPr="00990104">
              <w:rPr>
                <w:sz w:val="16"/>
                <w:lang w:val="fr-FR"/>
              </w:rPr>
              <w:t>ie</w:t>
            </w:r>
            <w:proofErr w:type="spellEnd"/>
            <w:r w:rsidRPr="00990104">
              <w:rPr>
                <w:sz w:val="16"/>
                <w:lang w:val="fr-FR"/>
              </w:rPr>
              <w:t xml:space="preserve"> </w:t>
            </w:r>
            <w:proofErr w:type="spellStart"/>
            <w:r w:rsidRPr="00990104">
              <w:rPr>
                <w:sz w:val="16"/>
                <w:lang w:val="fr-FR"/>
              </w:rPr>
              <w:t>publică</w:t>
            </w:r>
            <w:proofErr w:type="spellEnd"/>
            <w:r w:rsidRPr="00990104">
              <w:rPr>
                <w:sz w:val="16"/>
                <w:lang w:val="fr-FR"/>
              </w:rPr>
              <w:t xml:space="preserve">, </w:t>
            </w:r>
            <w:proofErr w:type="spellStart"/>
            <w:r w:rsidRPr="00990104">
              <w:rPr>
                <w:sz w:val="16"/>
                <w:lang w:val="fr-FR"/>
              </w:rPr>
              <w:t>patinoare</w:t>
            </w:r>
            <w:proofErr w:type="spellEnd"/>
            <w:r w:rsidRPr="00990104">
              <w:rPr>
                <w:sz w:val="16"/>
                <w:lang w:val="fr-FR"/>
              </w:rPr>
              <w:t xml:space="preserve">, </w:t>
            </w:r>
            <w:proofErr w:type="spellStart"/>
            <w:r w:rsidRPr="00990104">
              <w:rPr>
                <w:sz w:val="16"/>
                <w:lang w:val="fr-FR"/>
              </w:rPr>
              <w:t>parcuri</w:t>
            </w:r>
            <w:proofErr w:type="spellEnd"/>
            <w:r w:rsidRPr="00990104">
              <w:rPr>
                <w:sz w:val="16"/>
                <w:lang w:val="fr-FR"/>
              </w:rPr>
              <w:t xml:space="preserve"> de </w:t>
            </w:r>
            <w:proofErr w:type="spellStart"/>
            <w:r w:rsidRPr="00990104">
              <w:rPr>
                <w:sz w:val="16"/>
                <w:lang w:val="fr-FR"/>
              </w:rPr>
              <w:t>distrac</w:t>
            </w:r>
            <w:proofErr w:type="spellEnd"/>
            <w:r w:rsidRPr="00990104">
              <w:rPr>
                <w:sz w:val="16"/>
                <w:lang w:val="fr-FR"/>
              </w:rPr>
              <w:t>ții</w:t>
            </w:r>
          </w:p>
        </w:tc>
      </w:tr>
      <w:tr w:rsidR="0092490D" w:rsidRPr="00975330">
        <w:trPr>
          <w:cantSplit/>
        </w:trPr>
        <w:tc>
          <w:tcPr>
            <w:tcW w:w="9636" w:type="dxa"/>
          </w:tcPr>
          <w:p w:rsidR="0092490D" w:rsidRPr="00990104" w:rsidRDefault="008D3852">
            <w:pPr>
              <w:rPr>
                <w:lang w:val="fr-FR"/>
              </w:rPr>
            </w:pPr>
            <w:r w:rsidRPr="00990104">
              <w:rPr>
                <w:sz w:val="16"/>
                <w:lang w:val="fr-FR"/>
              </w:rPr>
              <w:t xml:space="preserve">☐ i) </w:t>
            </w:r>
            <w:proofErr w:type="spellStart"/>
            <w:r w:rsidRPr="00990104">
              <w:rPr>
                <w:sz w:val="16"/>
                <w:lang w:val="fr-FR"/>
              </w:rPr>
              <w:t>sta</w:t>
            </w:r>
            <w:proofErr w:type="spellEnd"/>
            <w:r w:rsidRPr="00990104">
              <w:rPr>
                <w:sz w:val="16"/>
                <w:lang w:val="fr-FR"/>
              </w:rPr>
              <w:t>ț</w:t>
            </w:r>
            <w:proofErr w:type="spellStart"/>
            <w:r w:rsidRPr="00990104">
              <w:rPr>
                <w:sz w:val="16"/>
                <w:lang w:val="fr-FR"/>
              </w:rPr>
              <w:t>ie</w:t>
            </w:r>
            <w:proofErr w:type="spellEnd"/>
            <w:r w:rsidRPr="00990104">
              <w:rPr>
                <w:sz w:val="16"/>
                <w:lang w:val="fr-FR"/>
              </w:rPr>
              <w:t xml:space="preserve"> </w:t>
            </w:r>
            <w:proofErr w:type="spellStart"/>
            <w:r w:rsidRPr="00990104">
              <w:rPr>
                <w:sz w:val="16"/>
                <w:lang w:val="fr-FR"/>
              </w:rPr>
              <w:t>automată</w:t>
            </w:r>
            <w:proofErr w:type="spellEnd"/>
            <w:r w:rsidRPr="00990104">
              <w:rPr>
                <w:sz w:val="16"/>
                <w:lang w:val="fr-FR"/>
              </w:rPr>
              <w:t xml:space="preserve"> </w:t>
            </w:r>
            <w:proofErr w:type="spellStart"/>
            <w:r w:rsidRPr="00990104">
              <w:rPr>
                <w:sz w:val="16"/>
                <w:lang w:val="fr-FR"/>
              </w:rPr>
              <w:t>fixă</w:t>
            </w:r>
            <w:proofErr w:type="spellEnd"/>
            <w:r w:rsidRPr="00990104">
              <w:rPr>
                <w:sz w:val="16"/>
                <w:lang w:val="fr-FR"/>
              </w:rPr>
              <w:t xml:space="preserve"> de </w:t>
            </w:r>
            <w:proofErr w:type="spellStart"/>
            <w:r w:rsidRPr="00990104">
              <w:rPr>
                <w:sz w:val="16"/>
                <w:lang w:val="fr-FR"/>
              </w:rPr>
              <w:t>monitorizare</w:t>
            </w:r>
            <w:proofErr w:type="spellEnd"/>
            <w:r w:rsidRPr="00990104">
              <w:rPr>
                <w:sz w:val="16"/>
                <w:lang w:val="fr-FR"/>
              </w:rPr>
              <w:t xml:space="preserve"> a </w:t>
            </w:r>
            <w:proofErr w:type="spellStart"/>
            <w:r w:rsidRPr="00990104">
              <w:rPr>
                <w:sz w:val="16"/>
                <w:lang w:val="fr-FR"/>
              </w:rPr>
              <w:t>nivelului</w:t>
            </w:r>
            <w:proofErr w:type="spellEnd"/>
            <w:r w:rsidRPr="00990104">
              <w:rPr>
                <w:sz w:val="16"/>
                <w:lang w:val="fr-FR"/>
              </w:rPr>
              <w:t xml:space="preserve"> de </w:t>
            </w:r>
            <w:proofErr w:type="spellStart"/>
            <w:r w:rsidRPr="00990104">
              <w:rPr>
                <w:sz w:val="16"/>
                <w:lang w:val="fr-FR"/>
              </w:rPr>
              <w:t>zgomot</w:t>
            </w:r>
            <w:proofErr w:type="spellEnd"/>
            <w:r w:rsidRPr="00990104">
              <w:rPr>
                <w:sz w:val="16"/>
                <w:lang w:val="fr-FR"/>
              </w:rPr>
              <w:t xml:space="preserve"> ambiant</w:t>
            </w:r>
          </w:p>
        </w:tc>
      </w:tr>
    </w:tbl>
    <w:p w:rsidR="0092490D" w:rsidRPr="00990104" w:rsidRDefault="0092490D">
      <w:pPr>
        <w:spacing w:line="168" w:lineRule="auto"/>
        <w:rPr>
          <w:lang w:val="fr-FR"/>
        </w:rPr>
      </w:pPr>
    </w:p>
    <w:tbl>
      <w:tblPr>
        <w:tblStyle w:val="TableGrid"/>
        <w:tblW w:w="0" w:type="auto"/>
        <w:tblBorders>
          <w:top w:val="single" w:sz="4" w:space="0" w:color="767676"/>
          <w:left w:val="single" w:sz="4" w:space="0" w:color="767676"/>
          <w:bottom w:val="single" w:sz="4" w:space="0" w:color="767676"/>
          <w:right w:val="single" w:sz="4" w:space="0" w:color="767676"/>
          <w:insideH w:val="single" w:sz="4" w:space="0" w:color="767676"/>
          <w:insideV w:val="single" w:sz="4" w:space="0" w:color="767676"/>
        </w:tblBorders>
        <w:tblLayout w:type="fixed"/>
        <w:tblLook w:val="04A0"/>
      </w:tblPr>
      <w:tblGrid>
        <w:gridCol w:w="1606"/>
        <w:gridCol w:w="1606"/>
        <w:gridCol w:w="2409"/>
        <w:gridCol w:w="803"/>
        <w:gridCol w:w="803"/>
        <w:gridCol w:w="2409"/>
      </w:tblGrid>
      <w:tr w:rsidR="0092490D">
        <w:trPr>
          <w:cantSplit/>
        </w:trPr>
        <w:tc>
          <w:tcPr>
            <w:tcW w:w="9636" w:type="dxa"/>
            <w:gridSpan w:val="6"/>
            <w:shd w:val="clear" w:color="auto" w:fill="F4F4F4"/>
          </w:tcPr>
          <w:p w:rsidR="0092490D" w:rsidRDefault="008D3852">
            <w:pPr>
              <w:keepNext/>
            </w:pPr>
            <w:r w:rsidRPr="00990104">
              <w:rPr>
                <w:b/>
                <w:sz w:val="16"/>
                <w:lang w:val="fr-FR"/>
              </w:rPr>
              <w:lastRenderedPageBreak/>
              <w:t xml:space="preserve"> </w:t>
            </w:r>
            <w:r>
              <w:rPr>
                <w:b/>
                <w:sz w:val="16"/>
              </w:rPr>
              <w:t xml:space="preserve">4. </w:t>
            </w:r>
            <w:r>
              <w:rPr>
                <w:b/>
                <w:color w:val="000000"/>
                <w:sz w:val="18"/>
              </w:rPr>
              <w:t>IMOBILUL</w:t>
            </w:r>
          </w:p>
        </w:tc>
      </w:tr>
      <w:tr w:rsidR="0092490D">
        <w:trPr>
          <w:cantSplit/>
        </w:trPr>
        <w:tc>
          <w:tcPr>
            <w:tcW w:w="9636" w:type="dxa"/>
            <w:gridSpan w:val="6"/>
          </w:tcPr>
          <w:p w:rsidR="0092490D" w:rsidRDefault="008D3852">
            <w:pPr>
              <w:keepNext/>
            </w:pPr>
            <w:r>
              <w:rPr>
                <w:sz w:val="16"/>
              </w:rPr>
              <w:t xml:space="preserve"> ☐ </w:t>
            </w:r>
            <w:proofErr w:type="spellStart"/>
            <w:r>
              <w:rPr>
                <w:sz w:val="16"/>
              </w:rPr>
              <w:t>teren</w:t>
            </w:r>
            <w:proofErr w:type="spellEnd"/>
            <w:r>
              <w:rPr>
                <w:sz w:val="16"/>
              </w:rPr>
              <w:t xml:space="preserve">     ☐ </w:t>
            </w:r>
            <w:proofErr w:type="spellStart"/>
            <w:r>
              <w:rPr>
                <w:sz w:val="16"/>
              </w:rPr>
              <w:t>construcții</w:t>
            </w:r>
            <w:proofErr w:type="spellEnd"/>
          </w:p>
        </w:tc>
      </w:tr>
      <w:tr w:rsidR="0092490D">
        <w:trPr>
          <w:cantSplit/>
          <w:trHeight w:val="510"/>
        </w:trPr>
        <w:tc>
          <w:tcPr>
            <w:tcW w:w="3212" w:type="dxa"/>
            <w:gridSpan w:val="2"/>
          </w:tcPr>
          <w:p w:rsidR="0092490D" w:rsidRDefault="008D3852">
            <w:pPr>
              <w:keepNext/>
            </w:pPr>
            <w:proofErr w:type="spellStart"/>
            <w:r>
              <w:rPr>
                <w:b/>
                <w:color w:val="0D5F78"/>
              </w:rPr>
              <w:t>Județ</w:t>
            </w:r>
            <w:proofErr w:type="spellEnd"/>
          </w:p>
          <w:p w:rsidR="0092490D" w:rsidRDefault="0092490D">
            <w:pPr>
              <w:keepNext/>
            </w:pPr>
          </w:p>
        </w:tc>
        <w:tc>
          <w:tcPr>
            <w:tcW w:w="3212" w:type="dxa"/>
            <w:gridSpan w:val="2"/>
          </w:tcPr>
          <w:p w:rsidR="0092490D" w:rsidRDefault="008D3852">
            <w:pPr>
              <w:keepNext/>
            </w:pPr>
            <w:proofErr w:type="spellStart"/>
            <w:r>
              <w:rPr>
                <w:b/>
                <w:color w:val="0D5F78"/>
              </w:rPr>
              <w:t>Municipiu</w:t>
            </w:r>
            <w:proofErr w:type="spellEnd"/>
            <w:r>
              <w:rPr>
                <w:b/>
                <w:color w:val="0D5F78"/>
              </w:rPr>
              <w:t xml:space="preserve"> / </w:t>
            </w:r>
            <w:proofErr w:type="spellStart"/>
            <w:r>
              <w:rPr>
                <w:b/>
                <w:color w:val="0D5F78"/>
              </w:rPr>
              <w:t>oraș</w:t>
            </w:r>
            <w:proofErr w:type="spellEnd"/>
            <w:r>
              <w:rPr>
                <w:b/>
                <w:color w:val="0D5F78"/>
              </w:rPr>
              <w:t xml:space="preserve"> / </w:t>
            </w:r>
            <w:proofErr w:type="spellStart"/>
            <w:r>
              <w:rPr>
                <w:b/>
                <w:color w:val="0D5F78"/>
              </w:rPr>
              <w:t>comună</w:t>
            </w:r>
            <w:proofErr w:type="spellEnd"/>
          </w:p>
          <w:p w:rsidR="0092490D" w:rsidRDefault="0092490D">
            <w:pPr>
              <w:keepNext/>
            </w:pPr>
          </w:p>
        </w:tc>
        <w:tc>
          <w:tcPr>
            <w:tcW w:w="3212" w:type="dxa"/>
            <w:gridSpan w:val="2"/>
          </w:tcPr>
          <w:p w:rsidR="0092490D" w:rsidRDefault="008D3852">
            <w:pPr>
              <w:keepNext/>
            </w:pPr>
            <w:r>
              <w:rPr>
                <w:b/>
                <w:color w:val="0D5F78"/>
              </w:rPr>
              <w:t>Sat / sector</w:t>
            </w:r>
          </w:p>
          <w:p w:rsidR="0092490D" w:rsidRDefault="0092490D">
            <w:pPr>
              <w:keepNext/>
            </w:pPr>
          </w:p>
        </w:tc>
      </w:tr>
      <w:tr w:rsidR="0092490D">
        <w:trPr>
          <w:cantSplit/>
          <w:trHeight w:val="510"/>
        </w:trPr>
        <w:tc>
          <w:tcPr>
            <w:tcW w:w="1606" w:type="dxa"/>
          </w:tcPr>
          <w:p w:rsidR="0092490D" w:rsidRDefault="008D3852">
            <w:pPr>
              <w:keepNext/>
            </w:pPr>
            <w:r>
              <w:rPr>
                <w:b/>
                <w:color w:val="0D5F78"/>
              </w:rPr>
              <w:t xml:space="preserve">Cod </w:t>
            </w:r>
            <w:proofErr w:type="spellStart"/>
            <w:r>
              <w:rPr>
                <w:b/>
                <w:color w:val="0D5F78"/>
              </w:rPr>
              <w:t>poștal</w:t>
            </w:r>
            <w:proofErr w:type="spellEnd"/>
          </w:p>
          <w:p w:rsidR="0092490D" w:rsidRDefault="0092490D">
            <w:pPr>
              <w:keepNext/>
            </w:pPr>
          </w:p>
        </w:tc>
        <w:tc>
          <w:tcPr>
            <w:tcW w:w="4818" w:type="dxa"/>
            <w:gridSpan w:val="3"/>
          </w:tcPr>
          <w:p w:rsidR="0092490D" w:rsidRDefault="008D3852">
            <w:pPr>
              <w:keepNext/>
            </w:pPr>
            <w:proofErr w:type="spellStart"/>
            <w:r>
              <w:rPr>
                <w:b/>
                <w:color w:val="0D5F78"/>
              </w:rPr>
              <w:t>Strada</w:t>
            </w:r>
            <w:proofErr w:type="spellEnd"/>
          </w:p>
          <w:p w:rsidR="0092490D" w:rsidRDefault="0092490D">
            <w:pPr>
              <w:keepNext/>
            </w:pPr>
          </w:p>
        </w:tc>
        <w:tc>
          <w:tcPr>
            <w:tcW w:w="803" w:type="dxa"/>
          </w:tcPr>
          <w:p w:rsidR="0092490D" w:rsidRDefault="008D3852">
            <w:pPr>
              <w:keepNext/>
            </w:pPr>
            <w:r>
              <w:rPr>
                <w:b/>
                <w:color w:val="0D5F78"/>
              </w:rPr>
              <w:t>Nr.</w:t>
            </w:r>
          </w:p>
          <w:p w:rsidR="0092490D" w:rsidRDefault="0092490D">
            <w:pPr>
              <w:keepNext/>
            </w:pPr>
          </w:p>
        </w:tc>
        <w:tc>
          <w:tcPr>
            <w:tcW w:w="2409" w:type="dxa"/>
          </w:tcPr>
          <w:p w:rsidR="0092490D" w:rsidRDefault="008D3852">
            <w:pPr>
              <w:keepNext/>
            </w:pPr>
            <w:r>
              <w:rPr>
                <w:b/>
                <w:color w:val="0D5F78"/>
              </w:rPr>
              <w:t xml:space="preserve">Bl. / sc. / et. / </w:t>
            </w:r>
            <w:proofErr w:type="gramStart"/>
            <w:r>
              <w:rPr>
                <w:b/>
                <w:color w:val="0D5F78"/>
              </w:rPr>
              <w:t>ap</w:t>
            </w:r>
            <w:proofErr w:type="gramEnd"/>
            <w:r>
              <w:rPr>
                <w:b/>
                <w:color w:val="0D5F78"/>
              </w:rPr>
              <w:t>.</w:t>
            </w:r>
          </w:p>
          <w:p w:rsidR="0092490D" w:rsidRDefault="0092490D">
            <w:pPr>
              <w:keepNext/>
            </w:pPr>
          </w:p>
        </w:tc>
      </w:tr>
      <w:tr w:rsidR="0092490D">
        <w:trPr>
          <w:cantSplit/>
          <w:trHeight w:val="510"/>
        </w:trPr>
        <w:tc>
          <w:tcPr>
            <w:tcW w:w="5621" w:type="dxa"/>
            <w:gridSpan w:val="3"/>
          </w:tcPr>
          <w:p w:rsidR="0092490D" w:rsidRPr="00990104" w:rsidRDefault="008D3852">
            <w:pPr>
              <w:keepNext/>
              <w:rPr>
                <w:lang w:val="fr-FR"/>
              </w:rPr>
            </w:pPr>
            <w:proofErr w:type="spellStart"/>
            <w:r w:rsidRPr="00990104">
              <w:rPr>
                <w:b/>
                <w:color w:val="0D5F78"/>
                <w:lang w:val="fr-FR"/>
              </w:rPr>
              <w:t>Număr</w:t>
            </w:r>
            <w:proofErr w:type="spellEnd"/>
            <w:r w:rsidRPr="00990104">
              <w:rPr>
                <w:b/>
                <w:color w:val="0D5F78"/>
                <w:lang w:val="fr-FR"/>
              </w:rPr>
              <w:t xml:space="preserve"> cadastral</w:t>
            </w:r>
          </w:p>
          <w:p w:rsidR="0092490D" w:rsidRPr="00990104" w:rsidRDefault="008D3852">
            <w:pPr>
              <w:keepNext/>
              <w:rPr>
                <w:lang w:val="fr-FR"/>
              </w:rPr>
            </w:pPr>
            <w:proofErr w:type="spellStart"/>
            <w:r w:rsidRPr="00990104">
              <w:rPr>
                <w:i/>
                <w:color w:val="7A7A7A"/>
                <w:lang w:val="fr-FR"/>
              </w:rPr>
              <w:t>dacă</w:t>
            </w:r>
            <w:proofErr w:type="spellEnd"/>
            <w:r w:rsidRPr="00990104">
              <w:rPr>
                <w:i/>
                <w:color w:val="7A7A7A"/>
                <w:lang w:val="fr-FR"/>
              </w:rPr>
              <w:t xml:space="preserve"> </w:t>
            </w:r>
            <w:proofErr w:type="spellStart"/>
            <w:r w:rsidRPr="00990104">
              <w:rPr>
                <w:i/>
                <w:color w:val="7A7A7A"/>
                <w:lang w:val="fr-FR"/>
              </w:rPr>
              <w:t>imobilul</w:t>
            </w:r>
            <w:proofErr w:type="spellEnd"/>
            <w:r w:rsidRPr="00990104">
              <w:rPr>
                <w:i/>
                <w:color w:val="7A7A7A"/>
                <w:lang w:val="fr-FR"/>
              </w:rPr>
              <w:t xml:space="preserve"> e </w:t>
            </w:r>
            <w:proofErr w:type="spellStart"/>
            <w:r w:rsidRPr="00990104">
              <w:rPr>
                <w:i/>
                <w:color w:val="7A7A7A"/>
                <w:lang w:val="fr-FR"/>
              </w:rPr>
              <w:t>înscris</w:t>
            </w:r>
            <w:proofErr w:type="spellEnd"/>
            <w:r w:rsidRPr="00990104">
              <w:rPr>
                <w:i/>
                <w:color w:val="7A7A7A"/>
                <w:lang w:val="fr-FR"/>
              </w:rPr>
              <w:t xml:space="preserve"> </w:t>
            </w:r>
            <w:proofErr w:type="spellStart"/>
            <w:r w:rsidRPr="00990104">
              <w:rPr>
                <w:i/>
                <w:color w:val="7A7A7A"/>
                <w:lang w:val="fr-FR"/>
              </w:rPr>
              <w:t>în</w:t>
            </w:r>
            <w:proofErr w:type="spellEnd"/>
            <w:r w:rsidRPr="00990104">
              <w:rPr>
                <w:i/>
                <w:color w:val="7A7A7A"/>
                <w:lang w:val="fr-FR"/>
              </w:rPr>
              <w:t xml:space="preserve"> e-Terra</w:t>
            </w:r>
          </w:p>
          <w:p w:rsidR="0092490D" w:rsidRPr="00990104" w:rsidRDefault="0092490D">
            <w:pPr>
              <w:keepNext/>
              <w:rPr>
                <w:lang w:val="fr-FR"/>
              </w:rPr>
            </w:pPr>
          </w:p>
        </w:tc>
        <w:tc>
          <w:tcPr>
            <w:tcW w:w="4015" w:type="dxa"/>
            <w:gridSpan w:val="3"/>
          </w:tcPr>
          <w:p w:rsidR="0092490D" w:rsidRDefault="008D3852">
            <w:pPr>
              <w:keepNext/>
            </w:pPr>
            <w:r>
              <w:rPr>
                <w:b/>
                <w:color w:val="0D5F78"/>
              </w:rPr>
              <w:t xml:space="preserve">Carte </w:t>
            </w:r>
            <w:proofErr w:type="spellStart"/>
            <w:r>
              <w:rPr>
                <w:b/>
                <w:color w:val="0D5F78"/>
              </w:rPr>
              <w:t>funciară</w:t>
            </w:r>
            <w:proofErr w:type="spellEnd"/>
            <w:r>
              <w:rPr>
                <w:b/>
                <w:color w:val="0D5F78"/>
              </w:rPr>
              <w:t xml:space="preserve"> nr.</w:t>
            </w:r>
          </w:p>
          <w:p w:rsidR="0092490D" w:rsidRDefault="0092490D">
            <w:pPr>
              <w:keepNext/>
            </w:pPr>
          </w:p>
        </w:tc>
      </w:tr>
      <w:tr w:rsidR="0092490D">
        <w:trPr>
          <w:cantSplit/>
        </w:trPr>
        <w:tc>
          <w:tcPr>
            <w:tcW w:w="9636" w:type="dxa"/>
            <w:gridSpan w:val="6"/>
          </w:tcPr>
          <w:p w:rsidR="0092490D" w:rsidRDefault="008D3852">
            <w:r>
              <w:rPr>
                <w:sz w:val="16"/>
              </w:rPr>
              <w:t xml:space="preserve"> ☐ extras de carte </w:t>
            </w:r>
            <w:proofErr w:type="spellStart"/>
            <w:r>
              <w:rPr>
                <w:sz w:val="16"/>
              </w:rPr>
              <w:t>funciară</w:t>
            </w:r>
            <w:proofErr w:type="spellEnd"/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actualizat</w:t>
            </w:r>
            <w:proofErr w:type="spellEnd"/>
            <w:r>
              <w:rPr>
                <w:sz w:val="16"/>
              </w:rPr>
              <w:t xml:space="preserve">, </w:t>
            </w:r>
            <w:proofErr w:type="spellStart"/>
            <w:r>
              <w:rPr>
                <w:sz w:val="16"/>
              </w:rPr>
              <w:t>anexat</w:t>
            </w:r>
            <w:proofErr w:type="spellEnd"/>
            <w:r>
              <w:rPr>
                <w:sz w:val="16"/>
              </w:rPr>
              <w:t xml:space="preserve">     ☐ plan de </w:t>
            </w:r>
            <w:proofErr w:type="spellStart"/>
            <w:r>
              <w:rPr>
                <w:sz w:val="16"/>
              </w:rPr>
              <w:t>încadrare</w:t>
            </w:r>
            <w:proofErr w:type="spellEnd"/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în</w:t>
            </w:r>
            <w:proofErr w:type="spellEnd"/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zonă</w:t>
            </w:r>
            <w:proofErr w:type="spellEnd"/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în</w:t>
            </w:r>
            <w:proofErr w:type="spellEnd"/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sistem</w:t>
            </w:r>
            <w:proofErr w:type="spellEnd"/>
            <w:r>
              <w:rPr>
                <w:sz w:val="16"/>
              </w:rPr>
              <w:t xml:space="preserve"> Stereo 70, </w:t>
            </w:r>
            <w:proofErr w:type="spellStart"/>
            <w:r>
              <w:rPr>
                <w:sz w:val="16"/>
              </w:rPr>
              <w:t>anexat</w:t>
            </w:r>
            <w:proofErr w:type="spellEnd"/>
          </w:p>
        </w:tc>
      </w:tr>
    </w:tbl>
    <w:p w:rsidR="0092490D" w:rsidRDefault="0092490D">
      <w:pPr>
        <w:spacing w:line="168" w:lineRule="auto"/>
      </w:pPr>
    </w:p>
    <w:tbl>
      <w:tblPr>
        <w:tblStyle w:val="TableGrid"/>
        <w:tblW w:w="0" w:type="auto"/>
        <w:tblBorders>
          <w:top w:val="single" w:sz="4" w:space="0" w:color="767676"/>
          <w:left w:val="single" w:sz="4" w:space="0" w:color="767676"/>
          <w:bottom w:val="single" w:sz="4" w:space="0" w:color="767676"/>
          <w:right w:val="single" w:sz="4" w:space="0" w:color="767676"/>
          <w:insideH w:val="single" w:sz="4" w:space="0" w:color="767676"/>
          <w:insideV w:val="single" w:sz="4" w:space="0" w:color="767676"/>
        </w:tblBorders>
        <w:tblLayout w:type="fixed"/>
        <w:tblLook w:val="04A0"/>
      </w:tblPr>
      <w:tblGrid>
        <w:gridCol w:w="9636"/>
      </w:tblGrid>
      <w:tr w:rsidR="0092490D">
        <w:trPr>
          <w:cantSplit/>
        </w:trPr>
        <w:tc>
          <w:tcPr>
            <w:tcW w:w="9636" w:type="dxa"/>
            <w:shd w:val="clear" w:color="auto" w:fill="F4F4F4"/>
          </w:tcPr>
          <w:p w:rsidR="0092490D" w:rsidRDefault="008D3852">
            <w:pPr>
              <w:keepNext/>
            </w:pPr>
            <w:r>
              <w:rPr>
                <w:b/>
                <w:sz w:val="16"/>
              </w:rPr>
              <w:t xml:space="preserve"> 5. </w:t>
            </w:r>
            <w:r>
              <w:rPr>
                <w:b/>
                <w:color w:val="000000"/>
                <w:sz w:val="18"/>
              </w:rPr>
              <w:t>SUPRAFAȚA</w:t>
            </w:r>
          </w:p>
        </w:tc>
      </w:tr>
      <w:tr w:rsidR="0092490D" w:rsidRPr="00975330">
        <w:trPr>
          <w:cantSplit/>
          <w:trHeight w:val="510"/>
        </w:trPr>
        <w:tc>
          <w:tcPr>
            <w:tcW w:w="9636" w:type="dxa"/>
          </w:tcPr>
          <w:p w:rsidR="0092490D" w:rsidRPr="00990104" w:rsidRDefault="008D3852">
            <w:pPr>
              <w:rPr>
                <w:lang w:val="fr-FR"/>
              </w:rPr>
            </w:pPr>
            <w:proofErr w:type="spellStart"/>
            <w:r w:rsidRPr="00990104">
              <w:rPr>
                <w:b/>
                <w:color w:val="0D5F78"/>
                <w:lang w:val="fr-FR"/>
              </w:rPr>
              <w:t>Suprafa</w:t>
            </w:r>
            <w:proofErr w:type="spellEnd"/>
            <w:r w:rsidRPr="00990104">
              <w:rPr>
                <w:b/>
                <w:color w:val="0D5F78"/>
                <w:lang w:val="fr-FR"/>
              </w:rPr>
              <w:t xml:space="preserve">ța </w:t>
            </w:r>
            <w:proofErr w:type="spellStart"/>
            <w:r w:rsidRPr="00990104">
              <w:rPr>
                <w:b/>
                <w:color w:val="0D5F78"/>
                <w:lang w:val="fr-FR"/>
              </w:rPr>
              <w:t>terenului</w:t>
            </w:r>
            <w:proofErr w:type="spellEnd"/>
            <w:r w:rsidRPr="00990104">
              <w:rPr>
                <w:b/>
                <w:color w:val="0D5F78"/>
                <w:lang w:val="fr-FR"/>
              </w:rPr>
              <w:t xml:space="preserve"> și/</w:t>
            </w:r>
            <w:proofErr w:type="spellStart"/>
            <w:r w:rsidRPr="00990104">
              <w:rPr>
                <w:b/>
                <w:color w:val="0D5F78"/>
                <w:lang w:val="fr-FR"/>
              </w:rPr>
              <w:t>sau</w:t>
            </w:r>
            <w:proofErr w:type="spellEnd"/>
            <w:r w:rsidRPr="00990104">
              <w:rPr>
                <w:b/>
                <w:color w:val="0D5F78"/>
                <w:lang w:val="fr-FR"/>
              </w:rPr>
              <w:t xml:space="preserve"> a </w:t>
            </w:r>
            <w:proofErr w:type="spellStart"/>
            <w:r w:rsidRPr="00990104">
              <w:rPr>
                <w:b/>
                <w:color w:val="0D5F78"/>
                <w:lang w:val="fr-FR"/>
              </w:rPr>
              <w:t>construc</w:t>
            </w:r>
            <w:proofErr w:type="spellEnd"/>
            <w:r w:rsidRPr="00990104">
              <w:rPr>
                <w:b/>
                <w:color w:val="0D5F78"/>
                <w:lang w:val="fr-FR"/>
              </w:rPr>
              <w:t>ț</w:t>
            </w:r>
            <w:proofErr w:type="spellStart"/>
            <w:r w:rsidRPr="00990104">
              <w:rPr>
                <w:b/>
                <w:color w:val="0D5F78"/>
                <w:lang w:val="fr-FR"/>
              </w:rPr>
              <w:t>iei</w:t>
            </w:r>
            <w:proofErr w:type="spellEnd"/>
            <w:r w:rsidRPr="00990104">
              <w:rPr>
                <w:b/>
                <w:color w:val="0D5F78"/>
                <w:lang w:val="fr-FR"/>
              </w:rPr>
              <w:t xml:space="preserve"> </w:t>
            </w:r>
            <w:proofErr w:type="spellStart"/>
            <w:r w:rsidRPr="00990104">
              <w:rPr>
                <w:b/>
                <w:color w:val="0D5F78"/>
                <w:lang w:val="fr-FR"/>
              </w:rPr>
              <w:t>pentru</w:t>
            </w:r>
            <w:proofErr w:type="spellEnd"/>
            <w:r w:rsidRPr="00990104">
              <w:rPr>
                <w:b/>
                <w:color w:val="0D5F78"/>
                <w:lang w:val="fr-FR"/>
              </w:rPr>
              <w:t xml:space="preserve"> care se </w:t>
            </w:r>
            <w:proofErr w:type="spellStart"/>
            <w:r w:rsidRPr="00990104">
              <w:rPr>
                <w:b/>
                <w:color w:val="0D5F78"/>
                <w:lang w:val="fr-FR"/>
              </w:rPr>
              <w:t>solicită</w:t>
            </w:r>
            <w:proofErr w:type="spellEnd"/>
            <w:r w:rsidRPr="00990104">
              <w:rPr>
                <w:b/>
                <w:color w:val="0D5F78"/>
                <w:lang w:val="fr-FR"/>
              </w:rPr>
              <w:t xml:space="preserve"> </w:t>
            </w:r>
            <w:proofErr w:type="spellStart"/>
            <w:r w:rsidRPr="00990104">
              <w:rPr>
                <w:b/>
                <w:color w:val="0D5F78"/>
                <w:lang w:val="fr-FR"/>
              </w:rPr>
              <w:t>avizul</w:t>
            </w:r>
            <w:proofErr w:type="spellEnd"/>
            <w:r w:rsidRPr="00990104">
              <w:rPr>
                <w:b/>
                <w:color w:val="0D5F78"/>
                <w:lang w:val="fr-FR"/>
              </w:rPr>
              <w:t xml:space="preserve"> (m²)</w:t>
            </w:r>
          </w:p>
          <w:p w:rsidR="0092490D" w:rsidRPr="00990104" w:rsidRDefault="0092490D">
            <w:pPr>
              <w:rPr>
                <w:lang w:val="fr-FR"/>
              </w:rPr>
            </w:pPr>
          </w:p>
        </w:tc>
      </w:tr>
    </w:tbl>
    <w:p w:rsidR="0092490D" w:rsidRPr="00990104" w:rsidRDefault="0092490D">
      <w:pPr>
        <w:spacing w:line="168" w:lineRule="auto"/>
        <w:rPr>
          <w:lang w:val="fr-FR"/>
        </w:rPr>
      </w:pPr>
    </w:p>
    <w:tbl>
      <w:tblPr>
        <w:tblStyle w:val="TableGrid"/>
        <w:tblW w:w="0" w:type="auto"/>
        <w:tblBorders>
          <w:top w:val="single" w:sz="4" w:space="0" w:color="767676"/>
          <w:left w:val="single" w:sz="4" w:space="0" w:color="767676"/>
          <w:bottom w:val="single" w:sz="4" w:space="0" w:color="767676"/>
          <w:right w:val="single" w:sz="4" w:space="0" w:color="767676"/>
          <w:insideH w:val="single" w:sz="4" w:space="0" w:color="767676"/>
          <w:insideV w:val="single" w:sz="4" w:space="0" w:color="767676"/>
        </w:tblBorders>
        <w:tblLayout w:type="fixed"/>
        <w:tblLook w:val="04A0"/>
      </w:tblPr>
      <w:tblGrid>
        <w:gridCol w:w="9636"/>
      </w:tblGrid>
      <w:tr w:rsidR="0092490D">
        <w:trPr>
          <w:cantSplit/>
        </w:trPr>
        <w:tc>
          <w:tcPr>
            <w:tcW w:w="9636" w:type="dxa"/>
            <w:shd w:val="clear" w:color="auto" w:fill="F4F4F4"/>
          </w:tcPr>
          <w:p w:rsidR="0092490D" w:rsidRDefault="008D3852">
            <w:pPr>
              <w:keepNext/>
            </w:pPr>
            <w:r w:rsidRPr="00990104">
              <w:rPr>
                <w:b/>
                <w:sz w:val="16"/>
                <w:lang w:val="fr-FR"/>
              </w:rPr>
              <w:t xml:space="preserve"> </w:t>
            </w:r>
            <w:r>
              <w:rPr>
                <w:b/>
                <w:sz w:val="16"/>
              </w:rPr>
              <w:t xml:space="preserve">6. </w:t>
            </w:r>
            <w:r>
              <w:rPr>
                <w:b/>
                <w:color w:val="000000"/>
                <w:sz w:val="18"/>
              </w:rPr>
              <w:t>ANEXEZ PREZENTEI SOLICITĂRI</w:t>
            </w:r>
          </w:p>
        </w:tc>
      </w:tr>
      <w:tr w:rsidR="0092490D" w:rsidRPr="00975330">
        <w:trPr>
          <w:cantSplit/>
        </w:trPr>
        <w:tc>
          <w:tcPr>
            <w:tcW w:w="9636" w:type="dxa"/>
          </w:tcPr>
          <w:p w:rsidR="0092490D" w:rsidRPr="00990104" w:rsidRDefault="008D3852">
            <w:pPr>
              <w:keepNext/>
              <w:rPr>
                <w:lang w:val="fr-FR"/>
              </w:rPr>
            </w:pPr>
            <w:r w:rsidRPr="00990104">
              <w:rPr>
                <w:sz w:val="16"/>
                <w:lang w:val="fr-FR"/>
              </w:rPr>
              <w:t xml:space="preserve">☐ copie </w:t>
            </w:r>
            <w:proofErr w:type="gramStart"/>
            <w:r w:rsidRPr="00990104">
              <w:rPr>
                <w:sz w:val="16"/>
                <w:lang w:val="fr-FR"/>
              </w:rPr>
              <w:t>a</w:t>
            </w:r>
            <w:proofErr w:type="gramEnd"/>
            <w:r w:rsidRPr="00990104">
              <w:rPr>
                <w:sz w:val="16"/>
                <w:lang w:val="fr-FR"/>
              </w:rPr>
              <w:t xml:space="preserve"> </w:t>
            </w:r>
            <w:proofErr w:type="spellStart"/>
            <w:r w:rsidRPr="00990104">
              <w:rPr>
                <w:sz w:val="16"/>
                <w:lang w:val="fr-FR"/>
              </w:rPr>
              <w:t>certificatului</w:t>
            </w:r>
            <w:proofErr w:type="spellEnd"/>
            <w:r w:rsidRPr="00990104">
              <w:rPr>
                <w:sz w:val="16"/>
                <w:lang w:val="fr-FR"/>
              </w:rPr>
              <w:t xml:space="preserve"> de </w:t>
            </w:r>
            <w:proofErr w:type="spellStart"/>
            <w:r w:rsidRPr="00990104">
              <w:rPr>
                <w:sz w:val="16"/>
                <w:lang w:val="fr-FR"/>
              </w:rPr>
              <w:t>înregistrare</w:t>
            </w:r>
            <w:proofErr w:type="spellEnd"/>
            <w:r w:rsidRPr="00990104">
              <w:rPr>
                <w:sz w:val="16"/>
                <w:lang w:val="fr-FR"/>
              </w:rPr>
              <w:t xml:space="preserve"> (C.U.I.)</w:t>
            </w:r>
          </w:p>
          <w:p w:rsidR="0092490D" w:rsidRPr="00990104" w:rsidRDefault="008D3852">
            <w:pPr>
              <w:keepNext/>
              <w:rPr>
                <w:lang w:val="fr-FR"/>
              </w:rPr>
            </w:pPr>
            <w:r w:rsidRPr="00990104">
              <w:rPr>
                <w:sz w:val="16"/>
                <w:lang w:val="fr-FR"/>
              </w:rPr>
              <w:t xml:space="preserve">☐ copie a </w:t>
            </w:r>
            <w:proofErr w:type="spellStart"/>
            <w:r w:rsidRPr="00990104">
              <w:rPr>
                <w:sz w:val="16"/>
                <w:lang w:val="fr-FR"/>
              </w:rPr>
              <w:t>actului</w:t>
            </w:r>
            <w:proofErr w:type="spellEnd"/>
            <w:r w:rsidRPr="00990104">
              <w:rPr>
                <w:sz w:val="16"/>
                <w:lang w:val="fr-FR"/>
              </w:rPr>
              <w:t xml:space="preserve"> de </w:t>
            </w:r>
            <w:proofErr w:type="spellStart"/>
            <w:r w:rsidRPr="00990104">
              <w:rPr>
                <w:sz w:val="16"/>
                <w:lang w:val="fr-FR"/>
              </w:rPr>
              <w:t>identitate</w:t>
            </w:r>
            <w:proofErr w:type="spellEnd"/>
            <w:r w:rsidRPr="00990104">
              <w:rPr>
                <w:sz w:val="16"/>
                <w:lang w:val="fr-FR"/>
              </w:rPr>
              <w:t xml:space="preserve"> al </w:t>
            </w:r>
            <w:proofErr w:type="spellStart"/>
            <w:r w:rsidRPr="00990104">
              <w:rPr>
                <w:sz w:val="16"/>
                <w:lang w:val="fr-FR"/>
              </w:rPr>
              <w:t>asociatului</w:t>
            </w:r>
            <w:proofErr w:type="spellEnd"/>
            <w:r w:rsidRPr="00990104">
              <w:rPr>
                <w:sz w:val="16"/>
                <w:lang w:val="fr-FR"/>
              </w:rPr>
              <w:t xml:space="preserve"> / </w:t>
            </w:r>
            <w:proofErr w:type="spellStart"/>
            <w:r w:rsidRPr="00990104">
              <w:rPr>
                <w:sz w:val="16"/>
                <w:lang w:val="fr-FR"/>
              </w:rPr>
              <w:t>administratorului</w:t>
            </w:r>
            <w:proofErr w:type="spellEnd"/>
          </w:p>
        </w:tc>
      </w:tr>
      <w:tr w:rsidR="0092490D" w:rsidRPr="00975330">
        <w:trPr>
          <w:cantSplit/>
        </w:trPr>
        <w:tc>
          <w:tcPr>
            <w:tcW w:w="9636" w:type="dxa"/>
          </w:tcPr>
          <w:p w:rsidR="0092490D" w:rsidRPr="00990104" w:rsidRDefault="008D3852">
            <w:pPr>
              <w:keepNext/>
              <w:rPr>
                <w:lang w:val="fr-FR"/>
              </w:rPr>
            </w:pPr>
            <w:r w:rsidRPr="00990104">
              <w:rPr>
                <w:sz w:val="16"/>
                <w:lang w:val="fr-FR"/>
              </w:rPr>
              <w:t xml:space="preserve"> ☐ extras de carte </w:t>
            </w:r>
            <w:proofErr w:type="spellStart"/>
            <w:r w:rsidRPr="00990104">
              <w:rPr>
                <w:sz w:val="16"/>
                <w:lang w:val="fr-FR"/>
              </w:rPr>
              <w:t>funciară</w:t>
            </w:r>
            <w:proofErr w:type="spellEnd"/>
            <w:r w:rsidRPr="00990104">
              <w:rPr>
                <w:sz w:val="16"/>
                <w:lang w:val="fr-FR"/>
              </w:rPr>
              <w:t xml:space="preserve"> </w:t>
            </w:r>
            <w:proofErr w:type="spellStart"/>
            <w:r w:rsidRPr="00990104">
              <w:rPr>
                <w:sz w:val="16"/>
                <w:lang w:val="fr-FR"/>
              </w:rPr>
              <w:t>pentru</w:t>
            </w:r>
            <w:proofErr w:type="spellEnd"/>
            <w:r w:rsidRPr="00990104">
              <w:rPr>
                <w:sz w:val="16"/>
                <w:lang w:val="fr-FR"/>
              </w:rPr>
              <w:t xml:space="preserve"> </w:t>
            </w:r>
            <w:proofErr w:type="spellStart"/>
            <w:r w:rsidRPr="00990104">
              <w:rPr>
                <w:sz w:val="16"/>
                <w:lang w:val="fr-FR"/>
              </w:rPr>
              <w:t>informare</w:t>
            </w:r>
            <w:proofErr w:type="spellEnd"/>
            <w:r w:rsidRPr="00990104">
              <w:rPr>
                <w:sz w:val="16"/>
                <w:lang w:val="fr-FR"/>
              </w:rPr>
              <w:t xml:space="preserve">     ☐ plan de </w:t>
            </w:r>
            <w:proofErr w:type="spellStart"/>
            <w:r w:rsidRPr="00990104">
              <w:rPr>
                <w:sz w:val="16"/>
                <w:lang w:val="fr-FR"/>
              </w:rPr>
              <w:t>amplasament</w:t>
            </w:r>
            <w:proofErr w:type="spellEnd"/>
            <w:r w:rsidRPr="00990104">
              <w:rPr>
                <w:sz w:val="16"/>
                <w:lang w:val="fr-FR"/>
              </w:rPr>
              <w:t xml:space="preserve">     ☐ </w:t>
            </w:r>
            <w:proofErr w:type="spellStart"/>
            <w:r w:rsidRPr="00990104">
              <w:rPr>
                <w:sz w:val="16"/>
                <w:lang w:val="fr-FR"/>
              </w:rPr>
              <w:t>contract</w:t>
            </w:r>
            <w:proofErr w:type="spellEnd"/>
            <w:r w:rsidRPr="00990104">
              <w:rPr>
                <w:sz w:val="16"/>
                <w:lang w:val="fr-FR"/>
              </w:rPr>
              <w:t xml:space="preserve"> de </w:t>
            </w:r>
            <w:proofErr w:type="spellStart"/>
            <w:r w:rsidRPr="00990104">
              <w:rPr>
                <w:sz w:val="16"/>
                <w:lang w:val="fr-FR"/>
              </w:rPr>
              <w:t>închiriere</w:t>
            </w:r>
            <w:proofErr w:type="spellEnd"/>
            <w:r w:rsidRPr="00990104">
              <w:rPr>
                <w:sz w:val="16"/>
                <w:lang w:val="fr-FR"/>
              </w:rPr>
              <w:t xml:space="preserve">, </w:t>
            </w:r>
            <w:proofErr w:type="spellStart"/>
            <w:r w:rsidRPr="00990104">
              <w:rPr>
                <w:sz w:val="16"/>
                <w:lang w:val="fr-FR"/>
              </w:rPr>
              <w:t>după</w:t>
            </w:r>
            <w:proofErr w:type="spellEnd"/>
            <w:r w:rsidRPr="00990104">
              <w:rPr>
                <w:sz w:val="16"/>
                <w:lang w:val="fr-FR"/>
              </w:rPr>
              <w:t xml:space="preserve"> </w:t>
            </w:r>
            <w:proofErr w:type="spellStart"/>
            <w:r w:rsidRPr="00990104">
              <w:rPr>
                <w:sz w:val="16"/>
                <w:lang w:val="fr-FR"/>
              </w:rPr>
              <w:t>caz</w:t>
            </w:r>
            <w:proofErr w:type="spellEnd"/>
          </w:p>
        </w:tc>
      </w:tr>
      <w:tr w:rsidR="0092490D">
        <w:trPr>
          <w:cantSplit/>
        </w:trPr>
        <w:tc>
          <w:tcPr>
            <w:tcW w:w="9636" w:type="dxa"/>
          </w:tcPr>
          <w:p w:rsidR="0092490D" w:rsidRDefault="008D3852">
            <w:pPr>
              <w:keepNext/>
            </w:pPr>
            <w:r w:rsidRPr="00990104">
              <w:rPr>
                <w:sz w:val="16"/>
                <w:lang w:val="fr-FR"/>
              </w:rPr>
              <w:t xml:space="preserve"> </w:t>
            </w:r>
            <w:r>
              <w:rPr>
                <w:sz w:val="16"/>
              </w:rPr>
              <w:t xml:space="preserve">☐ </w:t>
            </w:r>
            <w:proofErr w:type="spellStart"/>
            <w:r>
              <w:rPr>
                <w:sz w:val="16"/>
              </w:rPr>
              <w:t>memoriu</w:t>
            </w:r>
            <w:proofErr w:type="spellEnd"/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tehnic</w:t>
            </w:r>
            <w:proofErr w:type="spellEnd"/>
            <w:r>
              <w:rPr>
                <w:sz w:val="16"/>
              </w:rPr>
              <w:t xml:space="preserve">     ☐ </w:t>
            </w:r>
            <w:proofErr w:type="spellStart"/>
            <w:r>
              <w:rPr>
                <w:sz w:val="16"/>
              </w:rPr>
              <w:t>avizul</w:t>
            </w:r>
            <w:proofErr w:type="spellEnd"/>
            <w:r>
              <w:rPr>
                <w:sz w:val="16"/>
              </w:rPr>
              <w:t xml:space="preserve"> anterior, </w:t>
            </w:r>
            <w:proofErr w:type="spellStart"/>
            <w:r>
              <w:rPr>
                <w:sz w:val="16"/>
              </w:rPr>
              <w:t>după</w:t>
            </w:r>
            <w:proofErr w:type="spellEnd"/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caz</w:t>
            </w:r>
            <w:proofErr w:type="spellEnd"/>
          </w:p>
        </w:tc>
      </w:tr>
      <w:tr w:rsidR="0092490D">
        <w:trPr>
          <w:cantSplit/>
        </w:trPr>
        <w:tc>
          <w:tcPr>
            <w:tcW w:w="9636" w:type="dxa"/>
          </w:tcPr>
          <w:p w:rsidR="0092490D" w:rsidRDefault="0092490D">
            <w:pPr>
              <w:pBdr>
                <w:bottom w:val="dotted" w:sz="6" w:space="0" w:color="999999"/>
              </w:pBdr>
              <w:spacing w:after="80"/>
            </w:pPr>
          </w:p>
          <w:p w:rsidR="0092490D" w:rsidRDefault="0092490D">
            <w:pPr>
              <w:pBdr>
                <w:bottom w:val="dotted" w:sz="6" w:space="0" w:color="999999"/>
              </w:pBdr>
              <w:spacing w:after="80"/>
            </w:pPr>
          </w:p>
        </w:tc>
      </w:tr>
    </w:tbl>
    <w:p w:rsidR="0092490D" w:rsidRDefault="0092490D">
      <w:pPr>
        <w:spacing w:line="168" w:lineRule="auto"/>
      </w:pPr>
    </w:p>
    <w:tbl>
      <w:tblPr>
        <w:tblStyle w:val="TableGrid"/>
        <w:tblW w:w="0" w:type="auto"/>
        <w:tblBorders>
          <w:top w:val="single" w:sz="4" w:space="0" w:color="767676"/>
          <w:left w:val="single" w:sz="4" w:space="0" w:color="767676"/>
          <w:bottom w:val="single" w:sz="4" w:space="0" w:color="767676"/>
          <w:right w:val="single" w:sz="4" w:space="0" w:color="767676"/>
          <w:insideH w:val="single" w:sz="4" w:space="0" w:color="767676"/>
          <w:insideV w:val="single" w:sz="4" w:space="0" w:color="767676"/>
        </w:tblBorders>
        <w:tblLayout w:type="fixed"/>
        <w:tblLook w:val="04A0"/>
      </w:tblPr>
      <w:tblGrid>
        <w:gridCol w:w="1606"/>
        <w:gridCol w:w="4818"/>
        <w:gridCol w:w="3212"/>
      </w:tblGrid>
      <w:tr w:rsidR="0092490D">
        <w:trPr>
          <w:cantSplit/>
        </w:trPr>
        <w:tc>
          <w:tcPr>
            <w:tcW w:w="9636" w:type="dxa"/>
            <w:gridSpan w:val="3"/>
            <w:shd w:val="clear" w:color="auto" w:fill="F4F4F4"/>
          </w:tcPr>
          <w:p w:rsidR="0092490D" w:rsidRDefault="008D3852">
            <w:pPr>
              <w:keepNext/>
            </w:pPr>
            <w:r>
              <w:rPr>
                <w:b/>
                <w:sz w:val="16"/>
              </w:rPr>
              <w:t xml:space="preserve"> 7. </w:t>
            </w:r>
            <w:r>
              <w:rPr>
                <w:b/>
                <w:color w:val="000000"/>
                <w:sz w:val="18"/>
              </w:rPr>
              <w:t>DATA ȘI SEMNĂTURA</w:t>
            </w:r>
          </w:p>
        </w:tc>
      </w:tr>
      <w:tr w:rsidR="0092490D">
        <w:trPr>
          <w:cantSplit/>
        </w:trPr>
        <w:tc>
          <w:tcPr>
            <w:tcW w:w="9636" w:type="dxa"/>
            <w:gridSpan w:val="3"/>
          </w:tcPr>
          <w:p w:rsidR="0092490D" w:rsidRDefault="008D3852">
            <w:pPr>
              <w:keepNext/>
              <w:spacing w:line="228" w:lineRule="auto"/>
            </w:pPr>
            <w:proofErr w:type="spellStart"/>
            <w:r>
              <w:rPr>
                <w:i/>
                <w:sz w:val="17"/>
              </w:rPr>
              <w:t>Declar</w:t>
            </w:r>
            <w:proofErr w:type="spellEnd"/>
            <w:r>
              <w:rPr>
                <w:i/>
                <w:sz w:val="17"/>
              </w:rPr>
              <w:t xml:space="preserve"> </w:t>
            </w:r>
            <w:proofErr w:type="spellStart"/>
            <w:r>
              <w:rPr>
                <w:i/>
                <w:sz w:val="17"/>
              </w:rPr>
              <w:t>pe</w:t>
            </w:r>
            <w:proofErr w:type="spellEnd"/>
            <w:r>
              <w:rPr>
                <w:i/>
                <w:sz w:val="17"/>
              </w:rPr>
              <w:t xml:space="preserve"> </w:t>
            </w:r>
            <w:proofErr w:type="spellStart"/>
            <w:r>
              <w:rPr>
                <w:i/>
                <w:sz w:val="17"/>
              </w:rPr>
              <w:t>propria</w:t>
            </w:r>
            <w:proofErr w:type="spellEnd"/>
            <w:r>
              <w:rPr>
                <w:i/>
                <w:sz w:val="17"/>
              </w:rPr>
              <w:t xml:space="preserve"> </w:t>
            </w:r>
            <w:proofErr w:type="spellStart"/>
            <w:r>
              <w:rPr>
                <w:i/>
                <w:sz w:val="17"/>
              </w:rPr>
              <w:t>răspundere</w:t>
            </w:r>
            <w:proofErr w:type="spellEnd"/>
            <w:r>
              <w:rPr>
                <w:i/>
                <w:sz w:val="17"/>
              </w:rPr>
              <w:t xml:space="preserve">, </w:t>
            </w:r>
            <w:proofErr w:type="spellStart"/>
            <w:r>
              <w:rPr>
                <w:i/>
                <w:sz w:val="17"/>
              </w:rPr>
              <w:t>cunoscând</w:t>
            </w:r>
            <w:proofErr w:type="spellEnd"/>
            <w:r>
              <w:rPr>
                <w:i/>
                <w:sz w:val="17"/>
              </w:rPr>
              <w:t xml:space="preserve"> </w:t>
            </w:r>
            <w:proofErr w:type="spellStart"/>
            <w:r>
              <w:rPr>
                <w:i/>
                <w:sz w:val="17"/>
              </w:rPr>
              <w:t>prevederile</w:t>
            </w:r>
            <w:proofErr w:type="spellEnd"/>
            <w:r>
              <w:rPr>
                <w:i/>
                <w:sz w:val="17"/>
              </w:rPr>
              <w:t xml:space="preserve"> </w:t>
            </w:r>
            <w:proofErr w:type="spellStart"/>
            <w:r>
              <w:rPr>
                <w:i/>
                <w:sz w:val="17"/>
              </w:rPr>
              <w:t>legii</w:t>
            </w:r>
            <w:proofErr w:type="spellEnd"/>
            <w:r>
              <w:rPr>
                <w:i/>
                <w:sz w:val="17"/>
              </w:rPr>
              <w:t xml:space="preserve"> </w:t>
            </w:r>
            <w:proofErr w:type="spellStart"/>
            <w:r>
              <w:rPr>
                <w:i/>
                <w:sz w:val="17"/>
              </w:rPr>
              <w:t>penale</w:t>
            </w:r>
            <w:proofErr w:type="spellEnd"/>
            <w:r>
              <w:rPr>
                <w:i/>
                <w:sz w:val="17"/>
              </w:rPr>
              <w:t xml:space="preserve"> </w:t>
            </w:r>
            <w:proofErr w:type="spellStart"/>
            <w:r>
              <w:rPr>
                <w:i/>
                <w:sz w:val="17"/>
              </w:rPr>
              <w:t>privind</w:t>
            </w:r>
            <w:proofErr w:type="spellEnd"/>
            <w:r>
              <w:rPr>
                <w:i/>
                <w:sz w:val="17"/>
              </w:rPr>
              <w:t xml:space="preserve"> </w:t>
            </w:r>
            <w:proofErr w:type="spellStart"/>
            <w:r>
              <w:rPr>
                <w:i/>
                <w:sz w:val="17"/>
              </w:rPr>
              <w:t>falsul</w:t>
            </w:r>
            <w:proofErr w:type="spellEnd"/>
            <w:r>
              <w:rPr>
                <w:i/>
                <w:sz w:val="17"/>
              </w:rPr>
              <w:t xml:space="preserve"> </w:t>
            </w:r>
            <w:proofErr w:type="spellStart"/>
            <w:r>
              <w:rPr>
                <w:i/>
                <w:sz w:val="17"/>
              </w:rPr>
              <w:t>în</w:t>
            </w:r>
            <w:proofErr w:type="spellEnd"/>
            <w:r>
              <w:rPr>
                <w:i/>
                <w:sz w:val="17"/>
              </w:rPr>
              <w:t xml:space="preserve"> </w:t>
            </w:r>
            <w:proofErr w:type="spellStart"/>
            <w:r>
              <w:rPr>
                <w:i/>
                <w:sz w:val="17"/>
              </w:rPr>
              <w:t>declarații</w:t>
            </w:r>
            <w:proofErr w:type="spellEnd"/>
            <w:r>
              <w:rPr>
                <w:i/>
                <w:sz w:val="17"/>
              </w:rPr>
              <w:t xml:space="preserve">, </w:t>
            </w:r>
            <w:proofErr w:type="spellStart"/>
            <w:r>
              <w:rPr>
                <w:i/>
                <w:sz w:val="17"/>
              </w:rPr>
              <w:t>că</w:t>
            </w:r>
            <w:proofErr w:type="spellEnd"/>
            <w:r>
              <w:rPr>
                <w:i/>
                <w:sz w:val="17"/>
              </w:rPr>
              <w:t xml:space="preserve"> </w:t>
            </w:r>
            <w:proofErr w:type="spellStart"/>
            <w:r>
              <w:rPr>
                <w:i/>
                <w:sz w:val="17"/>
              </w:rPr>
              <w:t>datele</w:t>
            </w:r>
            <w:proofErr w:type="spellEnd"/>
            <w:r>
              <w:rPr>
                <w:i/>
                <w:sz w:val="17"/>
              </w:rPr>
              <w:t xml:space="preserve"> </w:t>
            </w:r>
            <w:proofErr w:type="spellStart"/>
            <w:r>
              <w:rPr>
                <w:i/>
                <w:sz w:val="17"/>
              </w:rPr>
              <w:t>înscrise</w:t>
            </w:r>
            <w:proofErr w:type="spellEnd"/>
            <w:r>
              <w:rPr>
                <w:i/>
                <w:sz w:val="17"/>
              </w:rPr>
              <w:t xml:space="preserve"> </w:t>
            </w:r>
            <w:proofErr w:type="spellStart"/>
            <w:r>
              <w:rPr>
                <w:i/>
                <w:sz w:val="17"/>
              </w:rPr>
              <w:t>sunt</w:t>
            </w:r>
            <w:proofErr w:type="spellEnd"/>
            <w:r>
              <w:rPr>
                <w:i/>
                <w:sz w:val="17"/>
              </w:rPr>
              <w:t xml:space="preserve"> </w:t>
            </w:r>
            <w:proofErr w:type="spellStart"/>
            <w:r>
              <w:rPr>
                <w:i/>
                <w:sz w:val="17"/>
              </w:rPr>
              <w:t>reale</w:t>
            </w:r>
            <w:proofErr w:type="spellEnd"/>
            <w:r>
              <w:rPr>
                <w:i/>
                <w:sz w:val="17"/>
              </w:rPr>
              <w:t xml:space="preserve"> </w:t>
            </w:r>
            <w:proofErr w:type="spellStart"/>
            <w:r>
              <w:rPr>
                <w:i/>
                <w:sz w:val="17"/>
              </w:rPr>
              <w:t>și</w:t>
            </w:r>
            <w:proofErr w:type="spellEnd"/>
            <w:r>
              <w:rPr>
                <w:i/>
                <w:sz w:val="17"/>
              </w:rPr>
              <w:t xml:space="preserve"> </w:t>
            </w:r>
            <w:proofErr w:type="spellStart"/>
            <w:r>
              <w:rPr>
                <w:i/>
                <w:sz w:val="17"/>
              </w:rPr>
              <w:t>exacte</w:t>
            </w:r>
            <w:proofErr w:type="spellEnd"/>
            <w:r>
              <w:rPr>
                <w:i/>
                <w:sz w:val="17"/>
              </w:rPr>
              <w:t>.</w:t>
            </w:r>
          </w:p>
        </w:tc>
      </w:tr>
      <w:tr w:rsidR="0092490D">
        <w:trPr>
          <w:cantSplit/>
          <w:trHeight w:val="510"/>
        </w:trPr>
        <w:tc>
          <w:tcPr>
            <w:tcW w:w="1606" w:type="dxa"/>
          </w:tcPr>
          <w:p w:rsidR="0092490D" w:rsidRDefault="008D3852">
            <w:r>
              <w:rPr>
                <w:b/>
                <w:color w:val="0D5F78"/>
              </w:rPr>
              <w:t>Data</w:t>
            </w:r>
          </w:p>
          <w:p w:rsidR="0092490D" w:rsidRDefault="0092490D"/>
        </w:tc>
        <w:tc>
          <w:tcPr>
            <w:tcW w:w="4818" w:type="dxa"/>
          </w:tcPr>
          <w:p w:rsidR="0092490D" w:rsidRDefault="008D3852">
            <w:proofErr w:type="spellStart"/>
            <w:r>
              <w:rPr>
                <w:b/>
                <w:color w:val="0D5F78"/>
              </w:rPr>
              <w:t>Solicitantul</w:t>
            </w:r>
            <w:proofErr w:type="spellEnd"/>
          </w:p>
          <w:p w:rsidR="0092490D" w:rsidRDefault="0092490D"/>
        </w:tc>
        <w:tc>
          <w:tcPr>
            <w:tcW w:w="3212" w:type="dxa"/>
          </w:tcPr>
          <w:p w:rsidR="0092490D" w:rsidRDefault="008D3852">
            <w:proofErr w:type="spellStart"/>
            <w:r>
              <w:rPr>
                <w:b/>
                <w:color w:val="0D5F78"/>
              </w:rPr>
              <w:t>Semnătura</w:t>
            </w:r>
            <w:proofErr w:type="spellEnd"/>
          </w:p>
          <w:p w:rsidR="0092490D" w:rsidRDefault="0092490D"/>
        </w:tc>
      </w:tr>
    </w:tbl>
    <w:p w:rsidR="0092490D" w:rsidRDefault="0092490D">
      <w:pPr>
        <w:spacing w:line="168" w:lineRule="auto"/>
      </w:pPr>
    </w:p>
    <w:sectPr w:rsidR="0092490D" w:rsidSect="00034616">
      <w:pgSz w:w="11906" w:h="16838"/>
      <w:pgMar w:top="567" w:right="1134" w:bottom="454" w:left="1134" w:header="720" w:footer="227" w:gutter="0"/>
      <w:cols w:space="720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7557D3" w:rsidRDefault="007557D3">
      <w:r>
        <w:separator/>
      </w:r>
    </w:p>
  </w:endnote>
  <w:endnote w:type="continuationSeparator" w:id="0">
    <w:p w:rsidR="007557D3" w:rsidRDefault="007557D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20002A87" w:usb1="00000000" w:usb2="00000000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urier">
    <w:panose1 w:val="02070409020205020404"/>
    <w:charset w:val="00"/>
    <w:family w:val="modern"/>
    <w:notTrueType/>
    <w:pitch w:val="fixed"/>
    <w:sig w:usb0="00000003" w:usb1="00000000" w:usb2="00000000" w:usb3="00000000" w:csb0="0000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7557D3" w:rsidRDefault="007557D3">
      <w:r>
        <w:separator/>
      </w:r>
    </w:p>
  </w:footnote>
  <w:footnote w:type="continuationSeparator" w:id="0">
    <w:p w:rsidR="007557D3" w:rsidRDefault="007557D3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</w:compat>
  <w:rsids>
    <w:rsidRoot w:val="00B47730"/>
    <w:rsid w:val="0000472F"/>
    <w:rsid w:val="00034616"/>
    <w:rsid w:val="0006063C"/>
    <w:rsid w:val="00111A69"/>
    <w:rsid w:val="0015074B"/>
    <w:rsid w:val="00227073"/>
    <w:rsid w:val="002650F2"/>
    <w:rsid w:val="0029639D"/>
    <w:rsid w:val="002F7A24"/>
    <w:rsid w:val="00326F90"/>
    <w:rsid w:val="003C3327"/>
    <w:rsid w:val="005733F0"/>
    <w:rsid w:val="00627198"/>
    <w:rsid w:val="00665DF4"/>
    <w:rsid w:val="00667236"/>
    <w:rsid w:val="00676CFB"/>
    <w:rsid w:val="006D319D"/>
    <w:rsid w:val="006D6EBB"/>
    <w:rsid w:val="00700096"/>
    <w:rsid w:val="007557D3"/>
    <w:rsid w:val="008D3852"/>
    <w:rsid w:val="0092490D"/>
    <w:rsid w:val="00975330"/>
    <w:rsid w:val="00990104"/>
    <w:rsid w:val="00AA1D8D"/>
    <w:rsid w:val="00AB55EB"/>
    <w:rsid w:val="00B47730"/>
    <w:rsid w:val="00BC56AE"/>
    <w:rsid w:val="00BE14A2"/>
    <w:rsid w:val="00CB0664"/>
    <w:rsid w:val="00D25CE7"/>
    <w:rsid w:val="00D52CF1"/>
    <w:rsid w:val="00D64AD0"/>
    <w:rsid w:val="00DC729B"/>
    <w:rsid w:val="00E03562"/>
    <w:rsid w:val="00E61A6B"/>
    <w:rsid w:val="00EC2169"/>
    <w:rsid w:val="00FC693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0" w:line="240" w:lineRule="auto"/>
    </w:pPr>
    <w:rPr>
      <w:rFonts w:ascii="Times New Roman" w:hAnsi="Times New Roman"/>
      <w:sz w:val="15"/>
    </w:rPr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character" w:styleId="Hyperlink">
    <w:name w:val="Hyperlink"/>
    <w:basedOn w:val="DefaultParagraphFont"/>
    <w:uiPriority w:val="99"/>
    <w:unhideWhenUsed/>
    <w:rsid w:val="00227073"/>
    <w:rPr>
      <w:color w:val="0000FF" w:themeColor="hyperlink"/>
      <w:u w:val="single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700096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700096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BA6339-CC69-4659-8265-8E882DCFC64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22</TotalTime>
  <Pages>2</Pages>
  <Words>561</Words>
  <Characters>3202</Characters>
  <Application>Microsoft Office Word</Application>
  <DocSecurity>0</DocSecurity>
  <Lines>26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3756</CharactersWithSpaces>
  <SharedDoc>false</SharedDoc>
  <HyperlinkBase/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cp:keywords/>
  <cp:lastModifiedBy>Sorin Gheju</cp:lastModifiedBy>
  <cp:revision>7</cp:revision>
  <dcterms:created xsi:type="dcterms:W3CDTF">2013-12-23T23:15:00Z</dcterms:created>
  <dcterms:modified xsi:type="dcterms:W3CDTF">2026-10-06T06:26:00Z</dcterms:modified>
  <cp:category/>
</cp:coreProperties>
</file>