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456CE7" w:rsidTr="00E01550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456CE7" w:rsidRPr="006E4C61" w:rsidRDefault="00540B5D" w:rsidP="00E01550">
            <w:pPr>
              <w:keepNext/>
              <w:jc w:val="center"/>
              <w:rPr>
                <w:i/>
                <w:color w:val="595959"/>
              </w:rPr>
            </w:pPr>
            <w:r w:rsidRPr="00540B5D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4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456CE7" w:rsidRDefault="00456CE7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456CE7" w:rsidRPr="00191219" w:rsidRDefault="00456CE7" w:rsidP="00E01550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456CE7" w:rsidTr="00E01550">
        <w:trPr>
          <w:cantSplit/>
          <w:trHeight w:val="510"/>
        </w:trPr>
        <w:tc>
          <w:tcPr>
            <w:tcW w:w="1606" w:type="dxa"/>
            <w:vMerge/>
          </w:tcPr>
          <w:p w:rsidR="00456CE7" w:rsidRDefault="00456CE7" w:rsidP="00E01550"/>
        </w:tc>
        <w:tc>
          <w:tcPr>
            <w:tcW w:w="8030" w:type="dxa"/>
            <w:gridSpan w:val="3"/>
            <w:shd w:val="clear" w:color="auto" w:fill="F0F0F0"/>
          </w:tcPr>
          <w:p w:rsidR="00456CE7" w:rsidRDefault="00456CE7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456CE7" w:rsidRDefault="00456CE7" w:rsidP="00E01550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540B5D">
              <w:rPr>
                <w:sz w:val="20"/>
                <w:szCs w:val="32"/>
              </w:rPr>
              <w:t>COMUNEI PECIU NOU</w:t>
            </w:r>
          </w:p>
        </w:tc>
      </w:tr>
      <w:tr w:rsidR="00540B5D" w:rsidTr="00E01550">
        <w:trPr>
          <w:cantSplit/>
          <w:trHeight w:val="510"/>
        </w:trPr>
        <w:tc>
          <w:tcPr>
            <w:tcW w:w="1606" w:type="dxa"/>
            <w:vMerge/>
          </w:tcPr>
          <w:p w:rsidR="00540B5D" w:rsidRDefault="00540B5D" w:rsidP="00E01550"/>
        </w:tc>
        <w:tc>
          <w:tcPr>
            <w:tcW w:w="1562" w:type="dxa"/>
            <w:shd w:val="clear" w:color="auto" w:fill="F0F0F0"/>
          </w:tcPr>
          <w:p w:rsidR="00540B5D" w:rsidRPr="00F801F2" w:rsidRDefault="00540B5D" w:rsidP="00E0155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540B5D" w:rsidRPr="006E4C61" w:rsidRDefault="00540B5D" w:rsidP="00E01550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540B5D" w:rsidRDefault="00540B5D" w:rsidP="007227FC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540B5D" w:rsidRPr="00CA78D8" w:rsidRDefault="00540B5D" w:rsidP="007227FC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540B5D" w:rsidRPr="00CA78D8" w:rsidRDefault="00540B5D" w:rsidP="007227FC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540B5D" w:rsidRPr="00CA78D8" w:rsidRDefault="00540B5D" w:rsidP="007227FC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540B5D" w:rsidRPr="00CA78D8" w:rsidRDefault="00540B5D" w:rsidP="007227FC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540B5D" w:rsidRDefault="00540B5D" w:rsidP="007227FC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540B5D" w:rsidTr="00E01550">
        <w:trPr>
          <w:cantSplit/>
          <w:trHeight w:val="510"/>
        </w:trPr>
        <w:tc>
          <w:tcPr>
            <w:tcW w:w="1606" w:type="dxa"/>
            <w:vMerge/>
          </w:tcPr>
          <w:p w:rsidR="00540B5D" w:rsidRDefault="00540B5D" w:rsidP="00E01550"/>
        </w:tc>
        <w:tc>
          <w:tcPr>
            <w:tcW w:w="4818" w:type="dxa"/>
            <w:gridSpan w:val="2"/>
            <w:shd w:val="clear" w:color="auto" w:fill="F0F0F0"/>
          </w:tcPr>
          <w:p w:rsidR="00540B5D" w:rsidRDefault="00540B5D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540B5D" w:rsidRDefault="00540B5D" w:rsidP="00E01550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540B5D" w:rsidRDefault="00540B5D" w:rsidP="00E0155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540B5D" w:rsidRDefault="00540B5D" w:rsidP="00E01550">
            <w:pPr>
              <w:keepNext/>
            </w:pPr>
          </w:p>
        </w:tc>
      </w:tr>
    </w:tbl>
    <w:p w:rsidR="00486273" w:rsidRDefault="0056617C">
      <w:pPr>
        <w:spacing w:before="140" w:after="40"/>
        <w:jc w:val="center"/>
      </w:pPr>
      <w:r>
        <w:rPr>
          <w:b/>
          <w:sz w:val="34"/>
        </w:rPr>
        <w:t>CERERE</w:t>
      </w:r>
    </w:p>
    <w:p w:rsidR="00486273" w:rsidRDefault="0056617C">
      <w:pPr>
        <w:spacing w:after="120"/>
        <w:jc w:val="center"/>
      </w:pPr>
      <w:proofErr w:type="spellStart"/>
      <w:proofErr w:type="gramStart"/>
      <w:r>
        <w:rPr>
          <w:sz w:val="19"/>
        </w:rPr>
        <w:t>pentru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emiterea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avizului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primarului</w:t>
      </w:r>
      <w:proofErr w:type="spellEnd"/>
    </w:p>
    <w:p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486273">
        <w:trPr>
          <w:cantSplit/>
        </w:trPr>
        <w:tc>
          <w:tcPr>
            <w:tcW w:w="9636" w:type="dxa"/>
            <w:shd w:val="clear" w:color="auto" w:fill="F4F4F4"/>
          </w:tcPr>
          <w:p w:rsidR="00486273" w:rsidRDefault="0056617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>
        <w:trPr>
          <w:cantSplit/>
          <w:trHeight w:val="510"/>
        </w:trPr>
        <w:tc>
          <w:tcPr>
            <w:tcW w:w="9636" w:type="dxa"/>
          </w:tcPr>
          <w:p w:rsidR="00486273" w:rsidRPr="009D75CC" w:rsidRDefault="0056617C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</w:t>
            </w:r>
            <w:proofErr w:type="spellEnd"/>
            <w:r w:rsidRPr="009D75CC">
              <w:rPr>
                <w:b/>
                <w:color w:val="0D5F78"/>
                <w:lang w:val="fr-FR"/>
              </w:rPr>
              <w:t>ț</w:t>
            </w:r>
            <w:proofErr w:type="spellStart"/>
            <w:r w:rsidRPr="009D75CC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486273" w:rsidRPr="009D75CC" w:rsidRDefault="0056617C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ora</w:t>
            </w:r>
            <w:proofErr w:type="spellEnd"/>
            <w:r w:rsidRPr="009D75CC">
              <w:rPr>
                <w:i/>
                <w:color w:val="7A7A7A"/>
                <w:lang w:val="fr-FR"/>
              </w:rPr>
              <w:t>ș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jude</w:t>
            </w:r>
            <w:proofErr w:type="spellEnd"/>
            <w:r w:rsidRPr="009D75CC">
              <w:rPr>
                <w:i/>
                <w:color w:val="7A7A7A"/>
                <w:lang w:val="fr-FR"/>
              </w:rPr>
              <w:t>ț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ean</w:t>
            </w:r>
            <w:proofErr w:type="spellEnd"/>
          </w:p>
          <w:p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>
        <w:trPr>
          <w:cantSplit/>
        </w:trPr>
        <w:tc>
          <w:tcPr>
            <w:tcW w:w="9636" w:type="dxa"/>
            <w:shd w:val="clear" w:color="auto" w:fill="F4F4F4"/>
          </w:tcPr>
          <w:p w:rsidR="00486273" w:rsidRPr="009D75CC" w:rsidRDefault="0056617C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</w:t>
            </w:r>
            <w:proofErr w:type="spellEnd"/>
            <w:r w:rsidRPr="009D75CC">
              <w:rPr>
                <w:lang w:val="fr-FR"/>
              </w:rPr>
              <w:t>ș</w:t>
            </w:r>
            <w:proofErr w:type="spellStart"/>
            <w:r w:rsidRPr="009D75CC">
              <w:rPr>
                <w:lang w:val="fr-FR"/>
              </w:rPr>
              <w:t>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015"/>
        <w:gridCol w:w="5621"/>
      </w:tblGrid>
      <w:tr w:rsidR="0048627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486273" w:rsidRDefault="0056617C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>
        <w:trPr>
          <w:cantSplit/>
          <w:trHeight w:val="510"/>
        </w:trPr>
        <w:tc>
          <w:tcPr>
            <w:tcW w:w="4015" w:type="dxa"/>
          </w:tcPr>
          <w:p w:rsidR="00486273" w:rsidRDefault="0056617C"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județului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municipiului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București</w:t>
            </w:r>
            <w:proofErr w:type="spellEnd"/>
          </w:p>
          <w:p w:rsidR="00486273" w:rsidRDefault="00486273"/>
        </w:tc>
        <w:tc>
          <w:tcPr>
            <w:tcW w:w="5621" w:type="dxa"/>
          </w:tcPr>
          <w:p w:rsidR="00486273" w:rsidRDefault="0056617C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:rsidR="00486273" w:rsidRDefault="00486273"/>
        </w:tc>
      </w:tr>
    </w:tbl>
    <w:p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486273">
        <w:trPr>
          <w:cantSplit/>
        </w:trPr>
        <w:tc>
          <w:tcPr>
            <w:tcW w:w="9636" w:type="dxa"/>
            <w:shd w:val="clear" w:color="auto" w:fill="F4F4F4"/>
          </w:tcPr>
          <w:p w:rsidR="00486273" w:rsidRDefault="0056617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>
        <w:trPr>
          <w:cantSplit/>
        </w:trPr>
        <w:tc>
          <w:tcPr>
            <w:tcW w:w="9636" w:type="dxa"/>
          </w:tcPr>
          <w:p w:rsidR="00486273" w:rsidRDefault="0056617C">
            <w:pPr>
              <w:keepNext/>
            </w:pPr>
            <w:r>
              <w:rPr>
                <w:sz w:val="16"/>
              </w:rPr>
              <w:t xml:space="preserve">☐ </w:t>
            </w:r>
            <w:proofErr w:type="gramStart"/>
            <w:r>
              <w:rPr>
                <w:sz w:val="16"/>
              </w:rPr>
              <w:t>art</w:t>
            </w:r>
            <w:proofErr w:type="gramEnd"/>
            <w:r>
              <w:rPr>
                <w:sz w:val="16"/>
              </w:rPr>
              <w:t xml:space="preserve">. 41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(3) —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primarului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cadrul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procedurii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consultare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reciprocă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un plan </w:t>
            </w:r>
            <w:proofErr w:type="spellStart"/>
            <w:r>
              <w:rPr>
                <w:sz w:val="16"/>
              </w:rPr>
              <w:t>urbanistic</w:t>
            </w:r>
            <w:proofErr w:type="spellEnd"/>
            <w:r>
              <w:rPr>
                <w:sz w:val="16"/>
              </w:rPr>
              <w:t xml:space="preserve"> zonal (PUZ) </w:t>
            </w:r>
            <w:proofErr w:type="spellStart"/>
            <w:r>
              <w:rPr>
                <w:sz w:val="16"/>
              </w:rPr>
              <w:t>aferent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realizează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teritoriul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unități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</w:p>
        </w:tc>
      </w:tr>
      <w:tr w:rsidR="00486273">
        <w:trPr>
          <w:cantSplit/>
        </w:trPr>
        <w:tc>
          <w:tcPr>
            <w:tcW w:w="9636" w:type="dxa"/>
          </w:tcPr>
          <w:p w:rsidR="00486273" w:rsidRDefault="0056617C">
            <w:pPr>
              <w:keepNext/>
            </w:pPr>
            <w:r>
              <w:rPr>
                <w:sz w:val="16"/>
              </w:rPr>
              <w:t xml:space="preserve">☐ </w:t>
            </w:r>
            <w:proofErr w:type="gramStart"/>
            <w:r>
              <w:rPr>
                <w:sz w:val="16"/>
              </w:rPr>
              <w:t>art</w:t>
            </w:r>
            <w:proofErr w:type="gramEnd"/>
            <w:r>
              <w:rPr>
                <w:sz w:val="16"/>
              </w:rPr>
              <w:t xml:space="preserve">. 69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(3) —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prealabil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favorabil</w:t>
            </w:r>
            <w:proofErr w:type="spellEnd"/>
            <w:r>
              <w:rPr>
                <w:sz w:val="16"/>
              </w:rPr>
              <w:t xml:space="preserve">, al </w:t>
            </w:r>
            <w:proofErr w:type="spellStart"/>
            <w:r>
              <w:rPr>
                <w:sz w:val="16"/>
              </w:rPr>
              <w:t>primarului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vederea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aprobării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către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președintele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consiliului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județean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avizului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inițiere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un PUZ al </w:t>
            </w:r>
            <w:proofErr w:type="spellStart"/>
            <w:r>
              <w:rPr>
                <w:sz w:val="16"/>
              </w:rPr>
              <w:t>cărui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teritoriu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reglementat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implică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puțin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două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unități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</w:p>
        </w:tc>
      </w:tr>
      <w:tr w:rsidR="00486273">
        <w:trPr>
          <w:cantSplit/>
        </w:trPr>
        <w:tc>
          <w:tcPr>
            <w:tcW w:w="9636" w:type="dxa"/>
          </w:tcPr>
          <w:p w:rsidR="00486273" w:rsidRDefault="0056617C">
            <w:r>
              <w:rPr>
                <w:sz w:val="16"/>
              </w:rPr>
              <w:t xml:space="preserve">☐ </w:t>
            </w:r>
            <w:proofErr w:type="gramStart"/>
            <w:r>
              <w:rPr>
                <w:sz w:val="16"/>
              </w:rPr>
              <w:t>art</w:t>
            </w:r>
            <w:proofErr w:type="gramEnd"/>
            <w:r>
              <w:rPr>
                <w:sz w:val="16"/>
              </w:rPr>
              <w:t xml:space="preserve">. 304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(3) —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prealabil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primarului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vederea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emiterii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către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președintele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consiliului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județean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imobile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depășesc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limita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localități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localitățile</w:t>
            </w:r>
            <w:proofErr w:type="spellEnd"/>
            <w:r>
              <w:rPr>
                <w:sz w:val="16"/>
              </w:rPr>
              <w:t xml:space="preserve"> care nu </w:t>
            </w:r>
            <w:proofErr w:type="spellStart"/>
            <w:r>
              <w:rPr>
                <w:sz w:val="16"/>
              </w:rPr>
              <w:t>dețin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structuri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specialitate</w:t>
            </w:r>
            <w:proofErr w:type="spellEnd"/>
          </w:p>
        </w:tc>
      </w:tr>
    </w:tbl>
    <w:p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486273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486273" w:rsidRDefault="0056617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>
        <w:trPr>
          <w:cantSplit/>
        </w:trPr>
        <w:tc>
          <w:tcPr>
            <w:tcW w:w="9636" w:type="dxa"/>
            <w:gridSpan w:val="6"/>
          </w:tcPr>
          <w:p w:rsidR="00486273" w:rsidRDefault="0056617C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486273">
        <w:trPr>
          <w:cantSplit/>
          <w:trHeight w:val="510"/>
        </w:trPr>
        <w:tc>
          <w:tcPr>
            <w:tcW w:w="3212" w:type="dxa"/>
            <w:gridSpan w:val="2"/>
          </w:tcPr>
          <w:p w:rsidR="00486273" w:rsidRDefault="0056617C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:rsidR="00486273" w:rsidRDefault="0056617C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:rsidR="00486273" w:rsidRDefault="0056617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486273" w:rsidRDefault="00486273">
            <w:pPr>
              <w:keepNext/>
            </w:pPr>
          </w:p>
        </w:tc>
      </w:tr>
      <w:tr w:rsidR="00486273">
        <w:trPr>
          <w:cantSplit/>
          <w:trHeight w:val="510"/>
        </w:trPr>
        <w:tc>
          <w:tcPr>
            <w:tcW w:w="1606" w:type="dxa"/>
          </w:tcPr>
          <w:p w:rsidR="00486273" w:rsidRDefault="0056617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:rsidR="00486273" w:rsidRDefault="0056617C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486273" w:rsidRDefault="00486273">
            <w:pPr>
              <w:keepNext/>
            </w:pPr>
          </w:p>
        </w:tc>
        <w:tc>
          <w:tcPr>
            <w:tcW w:w="803" w:type="dxa"/>
          </w:tcPr>
          <w:p w:rsidR="00486273" w:rsidRDefault="0056617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486273" w:rsidRDefault="00486273">
            <w:pPr>
              <w:keepNext/>
            </w:pPr>
          </w:p>
        </w:tc>
        <w:tc>
          <w:tcPr>
            <w:tcW w:w="2409" w:type="dxa"/>
          </w:tcPr>
          <w:p w:rsidR="00486273" w:rsidRDefault="0056617C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486273" w:rsidRDefault="00486273">
            <w:pPr>
              <w:keepNext/>
            </w:pPr>
          </w:p>
        </w:tc>
      </w:tr>
      <w:tr w:rsidR="00486273">
        <w:trPr>
          <w:cantSplit/>
          <w:trHeight w:val="510"/>
        </w:trPr>
        <w:tc>
          <w:tcPr>
            <w:tcW w:w="5621" w:type="dxa"/>
            <w:gridSpan w:val="3"/>
          </w:tcPr>
          <w:p w:rsidR="00486273" w:rsidRPr="009D75CC" w:rsidRDefault="0056617C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:rsidR="00486273" w:rsidRPr="009D75CC" w:rsidRDefault="00486273" w:rsidP="00456CE7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486273" w:rsidRDefault="0056617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486273" w:rsidRDefault="00486273">
            <w:pPr>
              <w:keepNext/>
            </w:pPr>
          </w:p>
        </w:tc>
      </w:tr>
    </w:tbl>
    <w:p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486273">
        <w:trPr>
          <w:cantSplit/>
        </w:trPr>
        <w:tc>
          <w:tcPr>
            <w:tcW w:w="9636" w:type="dxa"/>
            <w:shd w:val="clear" w:color="auto" w:fill="F4F4F4"/>
          </w:tcPr>
          <w:p w:rsidR="00486273" w:rsidRDefault="0056617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>
        <w:trPr>
          <w:cantSplit/>
        </w:trPr>
        <w:tc>
          <w:tcPr>
            <w:tcW w:w="9636" w:type="dxa"/>
          </w:tcPr>
          <w:p w:rsidR="00486273" w:rsidRPr="009D75CC" w:rsidRDefault="0056617C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 xml:space="preserve">☐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gramStart"/>
            <w:r w:rsidRPr="009D75CC">
              <w:rPr>
                <w:sz w:val="16"/>
                <w:lang w:val="fr-FR"/>
              </w:rPr>
              <w:t xml:space="preserve">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proofErr w:type="gram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</w:t>
            </w:r>
            <w:proofErr w:type="spellEnd"/>
            <w:r w:rsidRPr="009D75CC">
              <w:rPr>
                <w:sz w:val="16"/>
                <w:lang w:val="fr-FR"/>
              </w:rPr>
              <w:t>-</w:t>
            </w:r>
            <w:proofErr w:type="spellStart"/>
            <w:r w:rsidRPr="009D75CC">
              <w:rPr>
                <w:sz w:val="16"/>
                <w:lang w:val="fr-FR"/>
              </w:rPr>
              <w:t>anexă</w:t>
            </w:r>
            <w:proofErr w:type="spellEnd"/>
          </w:p>
        </w:tc>
      </w:tr>
    </w:tbl>
    <w:p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48627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486273" w:rsidRDefault="0056617C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>
        <w:trPr>
          <w:cantSplit/>
        </w:trPr>
        <w:tc>
          <w:tcPr>
            <w:tcW w:w="9636" w:type="dxa"/>
            <w:gridSpan w:val="3"/>
          </w:tcPr>
          <w:p w:rsidR="00486273" w:rsidRDefault="0056617C">
            <w:pPr>
              <w:keepNext/>
              <w:spacing w:line="228" w:lineRule="auto"/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propria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cunoscând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prevederile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legii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falsul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datele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înscrise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sunt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exacte</w:t>
            </w:r>
            <w:proofErr w:type="spellEnd"/>
            <w:r>
              <w:rPr>
                <w:i/>
                <w:sz w:val="17"/>
              </w:rPr>
              <w:t>.</w:t>
            </w:r>
          </w:p>
        </w:tc>
      </w:tr>
      <w:tr w:rsidR="00486273">
        <w:trPr>
          <w:cantSplit/>
          <w:trHeight w:val="510"/>
        </w:trPr>
        <w:tc>
          <w:tcPr>
            <w:tcW w:w="1606" w:type="dxa"/>
          </w:tcPr>
          <w:p w:rsidR="00486273" w:rsidRDefault="0056617C">
            <w:r>
              <w:rPr>
                <w:b/>
                <w:color w:val="0D5F78"/>
              </w:rPr>
              <w:t>Data</w:t>
            </w:r>
          </w:p>
          <w:p w:rsidR="00486273" w:rsidRDefault="00486273"/>
        </w:tc>
        <w:tc>
          <w:tcPr>
            <w:tcW w:w="4818" w:type="dxa"/>
          </w:tcPr>
          <w:p w:rsidR="00486273" w:rsidRDefault="0056617C">
            <w:proofErr w:type="spellStart"/>
            <w:r>
              <w:rPr>
                <w:b/>
                <w:color w:val="0D5F78"/>
              </w:rPr>
              <w:t>Arhitectul-șef</w:t>
            </w:r>
            <w:proofErr w:type="spellEnd"/>
          </w:p>
          <w:p w:rsidR="00486273" w:rsidRDefault="00486273"/>
        </w:tc>
        <w:tc>
          <w:tcPr>
            <w:tcW w:w="3212" w:type="dxa"/>
          </w:tcPr>
          <w:p w:rsidR="00486273" w:rsidRDefault="0056617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486273" w:rsidRDefault="00486273"/>
        </w:tc>
      </w:tr>
    </w:tbl>
    <w:p w:rsidR="00486273" w:rsidRDefault="00486273">
      <w:pPr>
        <w:spacing w:line="168" w:lineRule="auto"/>
      </w:pPr>
    </w:p>
    <w:sectPr w:rsidR="00486273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3BC" w:rsidRDefault="00D063BC">
      <w:r>
        <w:separator/>
      </w:r>
    </w:p>
  </w:endnote>
  <w:endnote w:type="continuationSeparator" w:id="0">
    <w:p w:rsidR="00D063BC" w:rsidRDefault="00D06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3BC" w:rsidRDefault="00D063BC">
      <w:r>
        <w:separator/>
      </w:r>
    </w:p>
  </w:footnote>
  <w:footnote w:type="continuationSeparator" w:id="0">
    <w:p w:rsidR="00D063BC" w:rsidRDefault="00D063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91E62"/>
    <w:rsid w:val="00265694"/>
    <w:rsid w:val="0029639D"/>
    <w:rsid w:val="002E4650"/>
    <w:rsid w:val="00326F90"/>
    <w:rsid w:val="00456CE7"/>
    <w:rsid w:val="00472D78"/>
    <w:rsid w:val="00486273"/>
    <w:rsid w:val="00540B5D"/>
    <w:rsid w:val="0056617C"/>
    <w:rsid w:val="006C103E"/>
    <w:rsid w:val="00736848"/>
    <w:rsid w:val="00947727"/>
    <w:rsid w:val="009D75CC"/>
    <w:rsid w:val="00AA1D8D"/>
    <w:rsid w:val="00AF2B6B"/>
    <w:rsid w:val="00B43DEC"/>
    <w:rsid w:val="00B47730"/>
    <w:rsid w:val="00CB0664"/>
    <w:rsid w:val="00D063BC"/>
    <w:rsid w:val="00D20CB4"/>
    <w:rsid w:val="00E61A6B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56C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B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B70363-F844-4972-A811-3478B67C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4</cp:revision>
  <dcterms:created xsi:type="dcterms:W3CDTF">2013-12-23T23:15:00Z</dcterms:created>
  <dcterms:modified xsi:type="dcterms:W3CDTF">2026-10-06T07:06:00Z</dcterms:modified>
  <cp:category/>
</cp:coreProperties>
</file>