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070484" w:rsidTr="00FD5220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070484" w:rsidRPr="006E4C61" w:rsidRDefault="00441B04" w:rsidP="00FD5220">
            <w:pPr>
              <w:keepNext/>
              <w:jc w:val="center"/>
              <w:rPr>
                <w:i/>
                <w:color w:val="595959"/>
              </w:rPr>
            </w:pPr>
            <w:r w:rsidRPr="00441B04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1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070484" w:rsidRDefault="00070484" w:rsidP="00FD522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070484" w:rsidRPr="00191219" w:rsidRDefault="00070484" w:rsidP="00FD5220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070484" w:rsidTr="00FD5220">
        <w:trPr>
          <w:cantSplit/>
          <w:trHeight w:val="510"/>
        </w:trPr>
        <w:tc>
          <w:tcPr>
            <w:tcW w:w="1606" w:type="dxa"/>
            <w:vMerge/>
          </w:tcPr>
          <w:p w:rsidR="00070484" w:rsidRDefault="00070484" w:rsidP="00FD5220"/>
        </w:tc>
        <w:tc>
          <w:tcPr>
            <w:tcW w:w="8030" w:type="dxa"/>
            <w:gridSpan w:val="3"/>
            <w:shd w:val="clear" w:color="auto" w:fill="F0F0F0"/>
          </w:tcPr>
          <w:p w:rsidR="00070484" w:rsidRDefault="00070484" w:rsidP="00FD522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070484" w:rsidRDefault="00070484" w:rsidP="00FD5220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441B04">
              <w:rPr>
                <w:sz w:val="20"/>
                <w:szCs w:val="32"/>
              </w:rPr>
              <w:t>COMUNEI PECIU NOU</w:t>
            </w:r>
          </w:p>
        </w:tc>
      </w:tr>
      <w:tr w:rsidR="00070484" w:rsidTr="00FD5220">
        <w:trPr>
          <w:cantSplit/>
          <w:trHeight w:val="510"/>
        </w:trPr>
        <w:tc>
          <w:tcPr>
            <w:tcW w:w="1606" w:type="dxa"/>
            <w:vMerge/>
          </w:tcPr>
          <w:p w:rsidR="00070484" w:rsidRDefault="00070484" w:rsidP="00FD5220"/>
        </w:tc>
        <w:tc>
          <w:tcPr>
            <w:tcW w:w="1562" w:type="dxa"/>
            <w:shd w:val="clear" w:color="auto" w:fill="F0F0F0"/>
          </w:tcPr>
          <w:p w:rsidR="00070484" w:rsidRPr="00F801F2" w:rsidRDefault="00070484" w:rsidP="00FD522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070484" w:rsidRPr="006E4C61" w:rsidRDefault="00441B04" w:rsidP="00FD5220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441B04" w:rsidRDefault="00441B04" w:rsidP="00441B04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441B04" w:rsidRPr="00CA78D8" w:rsidRDefault="00441B04" w:rsidP="00441B04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441B04" w:rsidRPr="00CA78D8" w:rsidRDefault="00441B04" w:rsidP="00441B04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441B04" w:rsidRPr="00CA78D8" w:rsidRDefault="00441B04" w:rsidP="00441B04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441B04" w:rsidRPr="00CA78D8" w:rsidRDefault="00441B04" w:rsidP="00441B04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070484" w:rsidRDefault="00441B04" w:rsidP="00441B04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070484" w:rsidTr="00FD5220">
        <w:trPr>
          <w:cantSplit/>
          <w:trHeight w:val="510"/>
        </w:trPr>
        <w:tc>
          <w:tcPr>
            <w:tcW w:w="1606" w:type="dxa"/>
            <w:vMerge/>
          </w:tcPr>
          <w:p w:rsidR="00070484" w:rsidRDefault="00070484" w:rsidP="00FD5220"/>
        </w:tc>
        <w:tc>
          <w:tcPr>
            <w:tcW w:w="4818" w:type="dxa"/>
            <w:gridSpan w:val="2"/>
            <w:shd w:val="clear" w:color="auto" w:fill="F0F0F0"/>
          </w:tcPr>
          <w:p w:rsidR="00070484" w:rsidRDefault="00070484" w:rsidP="00FD522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070484" w:rsidRDefault="00070484" w:rsidP="00FD5220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070484" w:rsidRDefault="00070484" w:rsidP="00FD522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070484" w:rsidRDefault="00070484" w:rsidP="00FD5220">
            <w:pPr>
              <w:keepNext/>
            </w:pPr>
          </w:p>
        </w:tc>
      </w:tr>
    </w:tbl>
    <w:p w:rsidR="007A6244" w:rsidRPr="007F2503" w:rsidRDefault="0003029F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03029F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>
        <w:trPr>
          <w:cantSplit/>
          <w:trHeight w:val="510"/>
        </w:trPr>
        <w:tc>
          <w:tcPr>
            <w:tcW w:w="9636" w:type="dxa"/>
          </w:tcPr>
          <w:p w:rsidR="007A6244" w:rsidRPr="009D5BC3" w:rsidRDefault="0003029F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</w:t>
            </w:r>
            <w:proofErr w:type="spellEnd"/>
            <w:r w:rsidRPr="009D5BC3">
              <w:rPr>
                <w:b/>
                <w:color w:val="0D5F78"/>
                <w:lang w:val="fr-FR"/>
              </w:rPr>
              <w:t>ț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7A6244" w:rsidRPr="009D5BC3" w:rsidRDefault="00070484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441B04">
              <w:rPr>
                <w:sz w:val="20"/>
                <w:szCs w:val="32"/>
              </w:rPr>
              <w:t>COMUNEI PECIU NOU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03029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>
        <w:trPr>
          <w:cantSplit/>
          <w:trHeight w:val="510"/>
        </w:trPr>
        <w:tc>
          <w:tcPr>
            <w:tcW w:w="5621" w:type="dxa"/>
            <w:gridSpan w:val="5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03029F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03029F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03029F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>
        <w:trPr>
          <w:cantSplit/>
          <w:trHeight w:val="510"/>
        </w:trPr>
        <w:tc>
          <w:tcPr>
            <w:tcW w:w="4015" w:type="dxa"/>
            <w:gridSpan w:val="3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03029F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A6244">
        <w:trPr>
          <w:cantSplit/>
          <w:trHeight w:val="510"/>
        </w:trPr>
        <w:tc>
          <w:tcPr>
            <w:tcW w:w="6424" w:type="dxa"/>
            <w:gridSpan w:val="6"/>
          </w:tcPr>
          <w:p w:rsidR="007A6244" w:rsidRDefault="0003029F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7A6244" w:rsidRDefault="007A6244"/>
        </w:tc>
        <w:tc>
          <w:tcPr>
            <w:tcW w:w="3212" w:type="dxa"/>
            <w:gridSpan w:val="2"/>
          </w:tcPr>
          <w:p w:rsidR="007A6244" w:rsidRDefault="0003029F">
            <w:r>
              <w:rPr>
                <w:b/>
                <w:color w:val="0D5F78"/>
              </w:rPr>
              <w:t>CUI / CIF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7A624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A6244" w:rsidRDefault="0003029F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03029F">
            <w:r>
              <w:rPr>
                <w:b/>
                <w:color w:val="0D5F78"/>
              </w:rPr>
              <w:t>Nr.</w:t>
            </w:r>
          </w:p>
          <w:p w:rsidR="007A6244" w:rsidRDefault="007A6244"/>
        </w:tc>
        <w:tc>
          <w:tcPr>
            <w:tcW w:w="2409" w:type="dxa"/>
          </w:tcPr>
          <w:p w:rsidR="007A6244" w:rsidRDefault="0003029F">
            <w:r>
              <w:rPr>
                <w:b/>
                <w:color w:val="0D5F78"/>
              </w:rPr>
              <w:t>Din data</w:t>
            </w:r>
          </w:p>
          <w:p w:rsidR="007A6244" w:rsidRDefault="007A6244"/>
        </w:tc>
        <w:tc>
          <w:tcPr>
            <w:tcW w:w="5621" w:type="dxa"/>
          </w:tcPr>
          <w:p w:rsidR="007A6244" w:rsidRDefault="0003029F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p w:rsidR="009D5BC3" w:rsidRDefault="0003029F" w:rsidP="009D5BC3">
      <w:pPr>
        <w:spacing w:before="80" w:after="60"/>
        <w:jc w:val="center"/>
        <w:rPr>
          <w:sz w:val="18"/>
        </w:rPr>
      </w:pPr>
      <w:proofErr w:type="spellStart"/>
      <w:proofErr w:type="gramStart"/>
      <w:r>
        <w:rPr>
          <w:sz w:val="18"/>
        </w:rPr>
        <w:t>în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309 – </w:t>
      </w:r>
      <w:proofErr w:type="gramStart"/>
      <w:r>
        <w:rPr>
          <w:sz w:val="18"/>
        </w:rPr>
        <w:t>art</w:t>
      </w:r>
      <w:proofErr w:type="gramEnd"/>
      <w:r>
        <w:rPr>
          <w:sz w:val="18"/>
        </w:rPr>
        <w:t xml:space="preserve">. 310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:rsidR="009D5BC3" w:rsidRPr="007F2503" w:rsidRDefault="0003029F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proofErr w:type="gramEnd"/>
      <w:r w:rsidRPr="007F2503">
        <w:rPr>
          <w:sz w:val="18"/>
          <w:szCs w:val="18"/>
          <w:lang w:val="fr-FR"/>
        </w:rPr>
        <w:t>:</w:t>
      </w:r>
    </w:p>
    <w:p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proofErr w:type="gramStart"/>
      <w:r w:rsidRPr="007F2503">
        <w:rPr>
          <w:sz w:val="20"/>
          <w:szCs w:val="20"/>
          <w:lang w:val="fr-FR"/>
        </w:rPr>
        <w:t>prelungirea</w:t>
      </w:r>
      <w:proofErr w:type="spellEnd"/>
      <w:proofErr w:type="gram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</w:p>
    <w:p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proofErr w:type="gramStart"/>
      <w:r w:rsidRPr="007F2503">
        <w:rPr>
          <w:sz w:val="20"/>
          <w:szCs w:val="20"/>
          <w:lang w:val="fr-FR"/>
        </w:rPr>
        <w:t>prelungirea</w:t>
      </w:r>
      <w:proofErr w:type="spellEnd"/>
      <w:proofErr w:type="gram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</w:t>
      </w:r>
      <w:proofErr w:type="spellEnd"/>
      <w:r w:rsidRPr="007F2503">
        <w:rPr>
          <w:sz w:val="20"/>
          <w:szCs w:val="20"/>
          <w:lang w:val="fr-FR"/>
        </w:rPr>
        <w:t>ț</w:t>
      </w:r>
      <w:proofErr w:type="spellStart"/>
      <w:r w:rsidRPr="007F2503">
        <w:rPr>
          <w:sz w:val="20"/>
          <w:szCs w:val="20"/>
          <w:lang w:val="fr-FR"/>
        </w:rPr>
        <w:t>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818"/>
        <w:gridCol w:w="4818"/>
      </w:tblGrid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03029F">
            <w:pPr>
              <w:keepNext/>
            </w:pPr>
            <w:proofErr w:type="spellStart"/>
            <w:r>
              <w:rPr>
                <w:b/>
                <w:color w:val="0D5F78"/>
              </w:rPr>
              <w:t>Stadiul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(%)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03029F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efective</w:t>
            </w:r>
            <w:proofErr w:type="spellEnd"/>
          </w:p>
          <w:p w:rsidR="007A6244" w:rsidRDefault="007A6244">
            <w:pPr>
              <w:keepNext/>
            </w:pPr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7A6244" w:rsidRPr="009D5BC3" w:rsidRDefault="0003029F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proofErr w:type="gramEnd"/>
            <w:r w:rsidRPr="009D5BC3">
              <w:rPr>
                <w:sz w:val="16"/>
                <w:lang w:val="fr-FR"/>
              </w:rPr>
              <w:t xml:space="preserve"> și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</w:tcPr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03029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>
        <w:trPr>
          <w:cantSplit/>
        </w:trPr>
        <w:tc>
          <w:tcPr>
            <w:tcW w:w="9636" w:type="dxa"/>
          </w:tcPr>
          <w:p w:rsidR="007A6244" w:rsidRPr="009D5BC3" w:rsidRDefault="0003029F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</w:t>
            </w:r>
            <w:proofErr w:type="spellEnd"/>
            <w:r w:rsidRPr="009D5BC3">
              <w:rPr>
                <w:sz w:val="16"/>
                <w:lang w:val="fr-FR"/>
              </w:rPr>
              <w:t>ț</w:t>
            </w:r>
            <w:proofErr w:type="spellStart"/>
            <w:r w:rsidRPr="009D5BC3">
              <w:rPr>
                <w:sz w:val="16"/>
                <w:lang w:val="fr-FR"/>
              </w:rPr>
              <w:t>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original)   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7A6244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:rsidR="007A6244" w:rsidRDefault="0003029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03029F">
            <w:r>
              <w:rPr>
                <w:b/>
                <w:color w:val="0D5F78"/>
              </w:rPr>
              <w:t>Data</w:t>
            </w:r>
          </w:p>
          <w:p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03029F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03029F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7A6244" w:rsidRDefault="007A6244"/>
        </w:tc>
      </w:tr>
    </w:tbl>
    <w:p w:rsidR="007A6244" w:rsidRDefault="007A6244">
      <w:pPr>
        <w:spacing w:line="168" w:lineRule="auto"/>
      </w:pPr>
    </w:p>
    <w:sectPr w:rsidR="007A6244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B3F" w:rsidRDefault="00B87B3F">
      <w:r>
        <w:separator/>
      </w:r>
    </w:p>
  </w:endnote>
  <w:endnote w:type="continuationSeparator" w:id="0">
    <w:p w:rsidR="00B87B3F" w:rsidRDefault="00B87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B3F" w:rsidRDefault="00B87B3F">
      <w:r>
        <w:separator/>
      </w:r>
    </w:p>
  </w:footnote>
  <w:footnote w:type="continuationSeparator" w:id="0">
    <w:p w:rsidR="00B87B3F" w:rsidRDefault="00B87B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029F"/>
    <w:rsid w:val="00034616"/>
    <w:rsid w:val="0006063C"/>
    <w:rsid w:val="00070484"/>
    <w:rsid w:val="0015074B"/>
    <w:rsid w:val="0029639D"/>
    <w:rsid w:val="00326F90"/>
    <w:rsid w:val="00354AF8"/>
    <w:rsid w:val="00441B04"/>
    <w:rsid w:val="005556C7"/>
    <w:rsid w:val="00682FCE"/>
    <w:rsid w:val="006C103E"/>
    <w:rsid w:val="007A6244"/>
    <w:rsid w:val="007F2503"/>
    <w:rsid w:val="009C5408"/>
    <w:rsid w:val="009D5BC3"/>
    <w:rsid w:val="00AA1D8D"/>
    <w:rsid w:val="00AB0923"/>
    <w:rsid w:val="00B47730"/>
    <w:rsid w:val="00B87B3F"/>
    <w:rsid w:val="00CB0664"/>
    <w:rsid w:val="00D21BCF"/>
    <w:rsid w:val="00DD1362"/>
    <w:rsid w:val="00E61A6B"/>
    <w:rsid w:val="00F816D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7048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B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FA9A8E-04F5-44BB-BF52-33A453298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5</cp:revision>
  <dcterms:created xsi:type="dcterms:W3CDTF">2013-12-23T23:15:00Z</dcterms:created>
  <dcterms:modified xsi:type="dcterms:W3CDTF">2026-10-06T06:56:00Z</dcterms:modified>
  <cp:category/>
</cp:coreProperties>
</file>