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E85" w:rsidRDefault="001E0C7F">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p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562"/>
        <w:gridCol w:w="3256"/>
        <w:gridCol w:w="3212"/>
      </w:tblGrid>
      <w:tr w:rsidR="00B70277" w:rsidTr="00284A72">
        <w:trPr>
          <w:cantSplit/>
          <w:trHeight w:val="510"/>
        </w:trPr>
        <w:tc>
          <w:tcPr>
            <w:tcW w:w="1606" w:type="dxa"/>
            <w:vMerge w:val="restart"/>
            <w:vAlign w:val="center"/>
          </w:tcPr>
          <w:p w:rsidR="00B70277" w:rsidRPr="006E4C61" w:rsidRDefault="00DA29C0" w:rsidP="00284A72">
            <w:pPr>
              <w:keepNext/>
              <w:jc w:val="center"/>
              <w:rPr>
                <w:i/>
                <w:color w:val="595959"/>
              </w:rPr>
            </w:pPr>
            <w:r w:rsidRPr="00DA29C0">
              <w:rPr>
                <w:i/>
                <w:color w:val="595959"/>
              </w:rPr>
              <w:drawing>
                <wp:inline distT="0" distB="0" distL="0" distR="0">
                  <wp:extent cx="952500" cy="1181100"/>
                  <wp:effectExtent l="0" t="0" r="0" b="0"/>
                  <wp:docPr id="1" name="Picture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8"/>
                          <a:srcRect/>
                          <a:stretch>
                            <a:fillRect/>
                          </a:stretch>
                        </pic:blipFill>
                        <pic:spPr bwMode="auto">
                          <a:xfrm>
                            <a:off x="0" y="0"/>
                            <a:ext cx="952500" cy="1181100"/>
                          </a:xfrm>
                          <a:prstGeom prst="rect">
                            <a:avLst/>
                          </a:prstGeom>
                          <a:noFill/>
                          <a:ln w="9525">
                            <a:noFill/>
                            <a:miter lim="800000"/>
                            <a:headEnd/>
                            <a:tailEnd/>
                          </a:ln>
                        </pic:spPr>
                      </pic:pic>
                    </a:graphicData>
                  </a:graphic>
                </wp:inline>
              </w:drawing>
            </w:r>
          </w:p>
        </w:tc>
        <w:tc>
          <w:tcPr>
            <w:tcW w:w="8030" w:type="dxa"/>
            <w:gridSpan w:val="3"/>
            <w:shd w:val="clear" w:color="auto" w:fill="F0F0F0"/>
          </w:tcPr>
          <w:p w:rsidR="00B70277" w:rsidRDefault="00B70277" w:rsidP="00284A72">
            <w:pPr>
              <w:keepNext/>
            </w:pPr>
            <w:proofErr w:type="spellStart"/>
            <w:r>
              <w:rPr>
                <w:b/>
                <w:color w:val="0D5F78"/>
              </w:rPr>
              <w:t>Județul</w:t>
            </w:r>
            <w:proofErr w:type="spellEnd"/>
          </w:p>
          <w:p w:rsidR="00B70277" w:rsidRPr="00191219" w:rsidRDefault="00B70277" w:rsidP="00284A72">
            <w:pPr>
              <w:keepNext/>
              <w:rPr>
                <w:lang w:val="ro-RO"/>
              </w:rPr>
            </w:pPr>
            <w:r w:rsidRPr="006E4C61">
              <w:rPr>
                <w:sz w:val="20"/>
                <w:szCs w:val="32"/>
                <w:lang w:val="ro-RO"/>
              </w:rPr>
              <w:t>TIMIȘ</w:t>
            </w:r>
          </w:p>
        </w:tc>
      </w:tr>
      <w:tr w:rsidR="00B70277" w:rsidTr="00284A72">
        <w:trPr>
          <w:cantSplit/>
          <w:trHeight w:val="510"/>
        </w:trPr>
        <w:tc>
          <w:tcPr>
            <w:tcW w:w="1606" w:type="dxa"/>
            <w:vMerge/>
          </w:tcPr>
          <w:p w:rsidR="00B70277" w:rsidRDefault="00B70277" w:rsidP="00284A72"/>
        </w:tc>
        <w:tc>
          <w:tcPr>
            <w:tcW w:w="8030" w:type="dxa"/>
            <w:gridSpan w:val="3"/>
            <w:shd w:val="clear" w:color="auto" w:fill="F0F0F0"/>
          </w:tcPr>
          <w:p w:rsidR="00B70277" w:rsidRDefault="00B70277" w:rsidP="00284A72">
            <w:pPr>
              <w:keepNext/>
            </w:pPr>
            <w:proofErr w:type="spellStart"/>
            <w:r>
              <w:rPr>
                <w:b/>
                <w:color w:val="0D5F78"/>
              </w:rPr>
              <w:t>Autoritatea</w:t>
            </w:r>
            <w:proofErr w:type="spellEnd"/>
            <w:r>
              <w:rPr>
                <w:b/>
                <w:color w:val="0D5F78"/>
              </w:rPr>
              <w:t xml:space="preserve"> </w:t>
            </w:r>
            <w:proofErr w:type="spellStart"/>
            <w:r>
              <w:rPr>
                <w:b/>
                <w:color w:val="0D5F78"/>
              </w:rPr>
              <w:t>administrației</w:t>
            </w:r>
            <w:proofErr w:type="spellEnd"/>
            <w:r>
              <w:rPr>
                <w:b/>
                <w:color w:val="0D5F78"/>
              </w:rPr>
              <w:t xml:space="preserve"> </w:t>
            </w:r>
            <w:proofErr w:type="spellStart"/>
            <w:r>
              <w:rPr>
                <w:b/>
                <w:color w:val="0D5F78"/>
              </w:rPr>
              <w:t>publice</w:t>
            </w:r>
            <w:proofErr w:type="spellEnd"/>
          </w:p>
          <w:p w:rsidR="00B70277" w:rsidRDefault="00B70277" w:rsidP="00284A72">
            <w:pPr>
              <w:keepNext/>
            </w:pPr>
            <w:r w:rsidRPr="006E4C61">
              <w:rPr>
                <w:sz w:val="20"/>
                <w:szCs w:val="32"/>
              </w:rPr>
              <w:t xml:space="preserve">PRIMĂRIA </w:t>
            </w:r>
            <w:r w:rsidR="00DA29C0">
              <w:rPr>
                <w:sz w:val="20"/>
                <w:szCs w:val="32"/>
              </w:rPr>
              <w:t>COMUNEI PECIU NOU</w:t>
            </w:r>
          </w:p>
        </w:tc>
      </w:tr>
      <w:tr w:rsidR="00B70277" w:rsidTr="00284A72">
        <w:trPr>
          <w:cantSplit/>
          <w:trHeight w:val="510"/>
        </w:trPr>
        <w:tc>
          <w:tcPr>
            <w:tcW w:w="1606" w:type="dxa"/>
            <w:vMerge/>
          </w:tcPr>
          <w:p w:rsidR="00B70277" w:rsidRDefault="00B70277" w:rsidP="00284A72"/>
        </w:tc>
        <w:tc>
          <w:tcPr>
            <w:tcW w:w="1562" w:type="dxa"/>
            <w:shd w:val="clear" w:color="auto" w:fill="F0F0F0"/>
          </w:tcPr>
          <w:p w:rsidR="00B70277" w:rsidRPr="00F801F2" w:rsidRDefault="00B70277" w:rsidP="00284A72">
            <w:pPr>
              <w:keepNext/>
              <w:rPr>
                <w:lang w:val="fr-FR"/>
              </w:rPr>
            </w:pPr>
            <w:r w:rsidRPr="00F801F2">
              <w:rPr>
                <w:b/>
                <w:color w:val="0D5F78"/>
                <w:lang w:val="fr-FR"/>
              </w:rPr>
              <w:t xml:space="preserve">Cod </w:t>
            </w:r>
            <w:proofErr w:type="gramStart"/>
            <w:r w:rsidRPr="00F801F2">
              <w:rPr>
                <w:b/>
                <w:color w:val="0D5F78"/>
                <w:lang w:val="fr-FR"/>
              </w:rPr>
              <w:t xml:space="preserve">de </w:t>
            </w:r>
            <w:proofErr w:type="spellStart"/>
            <w:r w:rsidRPr="00F801F2">
              <w:rPr>
                <w:b/>
                <w:color w:val="0D5F78"/>
                <w:lang w:val="fr-FR"/>
              </w:rPr>
              <w:t>identificare</w:t>
            </w:r>
            <w:proofErr w:type="spellEnd"/>
            <w:proofErr w:type="gramEnd"/>
            <w:r w:rsidRPr="00F801F2">
              <w:rPr>
                <w:b/>
                <w:color w:val="0D5F78"/>
                <w:lang w:val="fr-FR"/>
              </w:rPr>
              <w:t xml:space="preserve"> </w:t>
            </w:r>
            <w:proofErr w:type="spellStart"/>
            <w:r w:rsidRPr="00F801F2">
              <w:rPr>
                <w:b/>
                <w:color w:val="0D5F78"/>
                <w:lang w:val="fr-FR"/>
              </w:rPr>
              <w:t>fiscală</w:t>
            </w:r>
            <w:proofErr w:type="spellEnd"/>
            <w:r w:rsidRPr="00F801F2">
              <w:rPr>
                <w:b/>
                <w:color w:val="0D5F78"/>
                <w:lang w:val="fr-FR"/>
              </w:rPr>
              <w:t xml:space="preserve"> (CIF)</w:t>
            </w:r>
          </w:p>
          <w:p w:rsidR="00B70277" w:rsidRPr="006E4C61" w:rsidRDefault="00DA29C0" w:rsidP="00284A72">
            <w:pPr>
              <w:keepNext/>
              <w:rPr>
                <w:sz w:val="20"/>
                <w:szCs w:val="20"/>
                <w:lang w:val="fr-FR"/>
              </w:rPr>
            </w:pPr>
            <w:r>
              <w:rPr>
                <w:sz w:val="20"/>
                <w:szCs w:val="20"/>
                <w:lang w:val="fr-FR"/>
              </w:rPr>
              <w:t>4358207</w:t>
            </w:r>
          </w:p>
        </w:tc>
        <w:tc>
          <w:tcPr>
            <w:tcW w:w="6468" w:type="dxa"/>
            <w:gridSpan w:val="2"/>
            <w:shd w:val="clear" w:color="auto" w:fill="F0F0F0"/>
          </w:tcPr>
          <w:p w:rsidR="00DA29C0" w:rsidRDefault="00B70277" w:rsidP="00DA29C0">
            <w:pPr>
              <w:keepNext/>
            </w:pPr>
            <w:r w:rsidRPr="006E4C61">
              <w:rPr>
                <w:iCs/>
                <w:color w:val="7A7A7A"/>
                <w:sz w:val="20"/>
                <w:szCs w:val="20"/>
              </w:rPr>
              <w:t xml:space="preserve"> </w:t>
            </w:r>
            <w:proofErr w:type="spellStart"/>
            <w:r w:rsidR="00DA29C0">
              <w:rPr>
                <w:b/>
                <w:color w:val="0D5F78"/>
              </w:rPr>
              <w:t>Adresa</w:t>
            </w:r>
            <w:proofErr w:type="spellEnd"/>
            <w:r w:rsidR="00DA29C0">
              <w:rPr>
                <w:b/>
                <w:color w:val="0D5F78"/>
              </w:rPr>
              <w:t xml:space="preserve"> </w:t>
            </w:r>
            <w:proofErr w:type="spellStart"/>
            <w:r w:rsidR="00DA29C0">
              <w:rPr>
                <w:b/>
                <w:color w:val="0D5F78"/>
              </w:rPr>
              <w:t>oficială</w:t>
            </w:r>
            <w:proofErr w:type="spellEnd"/>
          </w:p>
          <w:p w:rsidR="00DA29C0" w:rsidRPr="00CA78D8" w:rsidRDefault="00DA29C0" w:rsidP="00DA29C0">
            <w:pPr>
              <w:pStyle w:val="NoSpacing"/>
              <w:rPr>
                <w:rFonts w:ascii="Cambria" w:eastAsia="Times New Roman" w:hAnsi="Cambria" w:cs="Times New Roman"/>
                <w:sz w:val="20"/>
                <w:szCs w:val="20"/>
                <w:lang w:val="ro-RO"/>
              </w:rPr>
            </w:pPr>
            <w:r w:rsidRPr="00CA78D8">
              <w:rPr>
                <w:rFonts w:ascii="Cambria" w:eastAsia="Times New Roman" w:hAnsi="Cambria" w:cs="Times New Roman"/>
                <w:sz w:val="20"/>
                <w:szCs w:val="20"/>
                <w:lang w:val="ro-RO"/>
              </w:rPr>
              <w:t>Peciu Nou, nr.189,</w:t>
            </w:r>
            <w:r>
              <w:rPr>
                <w:rFonts w:ascii="Cambria" w:eastAsia="Times New Roman" w:hAnsi="Cambria" w:cs="Times New Roman"/>
                <w:sz w:val="20"/>
                <w:szCs w:val="20"/>
                <w:lang w:val="ro-RO"/>
              </w:rPr>
              <w:t xml:space="preserve"> </w:t>
            </w:r>
            <w:r w:rsidRPr="00CA78D8">
              <w:rPr>
                <w:rFonts w:ascii="Cambria" w:eastAsia="Times New Roman" w:hAnsi="Cambria" w:cs="Times New Roman"/>
                <w:sz w:val="20"/>
                <w:szCs w:val="20"/>
                <w:lang w:val="ro-RO"/>
              </w:rPr>
              <w:t>307310 - Timiș</w:t>
            </w:r>
          </w:p>
          <w:p w:rsidR="00DA29C0" w:rsidRPr="00CA78D8" w:rsidRDefault="00DA29C0" w:rsidP="00DA29C0">
            <w:pPr>
              <w:pStyle w:val="NoSpacing"/>
              <w:rPr>
                <w:rFonts w:ascii="Cambria" w:eastAsia="Times New Roman" w:hAnsi="Cambria" w:cs="Times New Roman"/>
                <w:sz w:val="20"/>
                <w:szCs w:val="20"/>
                <w:lang w:val="ro-RO"/>
              </w:rPr>
            </w:pPr>
            <w:r w:rsidRPr="00CA78D8">
              <w:rPr>
                <w:rFonts w:ascii="Cambria" w:eastAsia="Times New Roman" w:hAnsi="Cambria" w:cs="Times New Roman"/>
                <w:sz w:val="20"/>
                <w:szCs w:val="20"/>
                <w:lang w:val="ro-RO"/>
              </w:rPr>
              <w:t>Telefon: 0256.414.500 , 0256.414.201</w:t>
            </w:r>
          </w:p>
          <w:p w:rsidR="00DA29C0" w:rsidRPr="00CA78D8" w:rsidRDefault="00DA29C0" w:rsidP="00DA29C0">
            <w:pPr>
              <w:pStyle w:val="NoSpacing"/>
              <w:rPr>
                <w:rFonts w:ascii="Cambria" w:eastAsia="Times New Roman" w:hAnsi="Cambria" w:cs="Times New Roman"/>
                <w:sz w:val="20"/>
                <w:szCs w:val="20"/>
                <w:lang w:val="ro-RO"/>
              </w:rPr>
            </w:pPr>
            <w:r w:rsidRPr="00CA78D8">
              <w:rPr>
                <w:rFonts w:ascii="Cambria" w:eastAsia="Times New Roman" w:hAnsi="Cambria" w:cs="Times New Roman"/>
                <w:sz w:val="20"/>
                <w:szCs w:val="20"/>
                <w:lang w:val="ro-RO"/>
              </w:rPr>
              <w:t>Fax: 0256.414.826</w:t>
            </w:r>
          </w:p>
          <w:p w:rsidR="00DA29C0" w:rsidRPr="00CA78D8" w:rsidRDefault="00DA29C0" w:rsidP="00DA29C0">
            <w:pPr>
              <w:pStyle w:val="NoSpacing"/>
              <w:rPr>
                <w:rFonts w:ascii="Cambria" w:eastAsia="Times New Roman" w:hAnsi="Cambria" w:cs="Times New Roman"/>
                <w:sz w:val="20"/>
                <w:szCs w:val="20"/>
                <w:lang w:val="ro-RO"/>
              </w:rPr>
            </w:pPr>
            <w:r w:rsidRPr="00CA78D8">
              <w:rPr>
                <w:rFonts w:ascii="Cambria" w:eastAsia="Times New Roman" w:hAnsi="Cambria" w:cs="Times New Roman"/>
                <w:sz w:val="20"/>
                <w:szCs w:val="20"/>
                <w:lang w:val="ro-RO"/>
              </w:rPr>
              <w:t>www.primariapeciunou.ro</w:t>
            </w:r>
          </w:p>
          <w:p w:rsidR="00B70277" w:rsidRPr="006E4C61" w:rsidRDefault="00DA29C0" w:rsidP="00DA29C0">
            <w:pPr>
              <w:keepNext/>
              <w:rPr>
                <w:iCs/>
                <w:sz w:val="20"/>
                <w:szCs w:val="20"/>
              </w:rPr>
            </w:pPr>
            <w:r w:rsidRPr="00CA78D8">
              <w:rPr>
                <w:rFonts w:eastAsia="Times New Roman" w:cs="Times New Roman"/>
                <w:sz w:val="20"/>
                <w:szCs w:val="20"/>
                <w:lang w:val="ro-RO"/>
              </w:rPr>
              <w:t>e-mail: contact@primariapeciunou.ro</w:t>
            </w:r>
          </w:p>
          <w:p w:rsidR="00B70277" w:rsidRDefault="00B70277" w:rsidP="00284A72">
            <w:pPr>
              <w:keepNext/>
            </w:pPr>
          </w:p>
        </w:tc>
      </w:tr>
      <w:tr w:rsidR="00B70277" w:rsidTr="00284A72">
        <w:trPr>
          <w:cantSplit/>
          <w:trHeight w:val="510"/>
        </w:trPr>
        <w:tc>
          <w:tcPr>
            <w:tcW w:w="1606" w:type="dxa"/>
            <w:vMerge/>
          </w:tcPr>
          <w:p w:rsidR="00B70277" w:rsidRDefault="00B70277" w:rsidP="00284A72"/>
        </w:tc>
        <w:tc>
          <w:tcPr>
            <w:tcW w:w="4818" w:type="dxa"/>
            <w:gridSpan w:val="2"/>
            <w:shd w:val="clear" w:color="auto" w:fill="F0F0F0"/>
          </w:tcPr>
          <w:p w:rsidR="00B70277" w:rsidRDefault="00B70277" w:rsidP="00284A72">
            <w:pPr>
              <w:keepNext/>
            </w:pPr>
            <w:proofErr w:type="spellStart"/>
            <w:r>
              <w:rPr>
                <w:b/>
                <w:color w:val="0D5F78"/>
              </w:rPr>
              <w:t>Număr</w:t>
            </w:r>
            <w:proofErr w:type="spellEnd"/>
            <w:r>
              <w:rPr>
                <w:b/>
                <w:color w:val="0D5F78"/>
              </w:rPr>
              <w:t xml:space="preserve"> de </w:t>
            </w:r>
            <w:proofErr w:type="spellStart"/>
            <w:r>
              <w:rPr>
                <w:b/>
                <w:color w:val="0D5F78"/>
              </w:rPr>
              <w:t>înregistrare</w:t>
            </w:r>
            <w:proofErr w:type="spellEnd"/>
          </w:p>
          <w:p w:rsidR="00B70277" w:rsidRDefault="00B70277" w:rsidP="00284A72">
            <w:pPr>
              <w:keepNext/>
            </w:pPr>
          </w:p>
        </w:tc>
        <w:tc>
          <w:tcPr>
            <w:tcW w:w="3212" w:type="dxa"/>
            <w:shd w:val="clear" w:color="auto" w:fill="F0F0F0"/>
          </w:tcPr>
          <w:p w:rsidR="00B70277" w:rsidRDefault="00B70277" w:rsidP="00284A72">
            <w:pPr>
              <w:keepNext/>
            </w:pPr>
            <w:r>
              <w:rPr>
                <w:b/>
                <w:color w:val="0D5F78"/>
              </w:rPr>
              <w:t>Data</w:t>
            </w:r>
          </w:p>
          <w:p w:rsidR="00B70277" w:rsidRDefault="00B70277" w:rsidP="00284A72">
            <w:pPr>
              <w:keepNext/>
            </w:pPr>
          </w:p>
        </w:tc>
      </w:tr>
    </w:tbl>
    <w:p w:rsidR="00D06E85" w:rsidRPr="00B23FEC" w:rsidRDefault="001E0C7F">
      <w:pPr>
        <w:spacing w:before="140" w:after="40"/>
        <w:jc w:val="center"/>
        <w:rPr>
          <w:sz w:val="28"/>
          <w:szCs w:val="28"/>
          <w:lang w:val="fr-FR"/>
        </w:rPr>
      </w:pPr>
      <w:r w:rsidRPr="00B23FEC">
        <w:rPr>
          <w:b/>
          <w:sz w:val="28"/>
          <w:szCs w:val="28"/>
          <w:lang w:val="fr-FR"/>
        </w:rPr>
        <w:t>DECLARAȚIE PE PROPRIA RĂSPUNDERE</w:t>
      </w:r>
    </w:p>
    <w:p w:rsidR="00D06E85" w:rsidRPr="00F146C8" w:rsidRDefault="001E0C7F">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w:t>
      </w:r>
      <w:proofErr w:type="spellEnd"/>
      <w:r w:rsidRPr="00F146C8">
        <w:rPr>
          <w:sz w:val="19"/>
          <w:lang w:val="fr-FR"/>
        </w:rPr>
        <w:t xml:space="preserve">ții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D06E85">
        <w:trPr>
          <w:cantSplit/>
        </w:trPr>
        <w:tc>
          <w:tcPr>
            <w:tcW w:w="9636" w:type="dxa"/>
            <w:gridSpan w:val="8"/>
            <w:shd w:val="clear" w:color="auto" w:fill="F4F4F4"/>
          </w:tcPr>
          <w:p w:rsidR="00D06E85" w:rsidRDefault="001E0C7F">
            <w:pPr>
              <w:keepNext/>
            </w:pPr>
            <w:r w:rsidRPr="00F146C8">
              <w:rPr>
                <w:b/>
                <w:sz w:val="16"/>
                <w:lang w:val="fr-FR"/>
              </w:rPr>
              <w:t xml:space="preserve"> </w:t>
            </w:r>
            <w:r>
              <w:rPr>
                <w:b/>
                <w:sz w:val="16"/>
              </w:rPr>
              <w:t xml:space="preserve">1. </w:t>
            </w:r>
            <w:r>
              <w:rPr>
                <w:b/>
                <w:color w:val="000000"/>
                <w:sz w:val="18"/>
              </w:rPr>
              <w:t>SOLICITANTUL</w:t>
            </w:r>
          </w:p>
        </w:tc>
      </w:tr>
      <w:tr w:rsidR="00D06E85">
        <w:trPr>
          <w:cantSplit/>
          <w:trHeight w:val="510"/>
        </w:trPr>
        <w:tc>
          <w:tcPr>
            <w:tcW w:w="5621" w:type="dxa"/>
            <w:gridSpan w:val="5"/>
          </w:tcPr>
          <w:p w:rsidR="00D06E85" w:rsidRDefault="001E0C7F">
            <w:pPr>
              <w:keepNext/>
            </w:pPr>
            <w:r>
              <w:rPr>
                <w:b/>
                <w:color w:val="0D5F78"/>
              </w:rPr>
              <w:t>Nume și prenume</w:t>
            </w:r>
          </w:p>
          <w:p w:rsidR="00D06E85" w:rsidRDefault="00D06E85">
            <w:pPr>
              <w:keepNext/>
            </w:pPr>
          </w:p>
        </w:tc>
        <w:tc>
          <w:tcPr>
            <w:tcW w:w="4015" w:type="dxa"/>
            <w:gridSpan w:val="3"/>
          </w:tcPr>
          <w:p w:rsidR="00D06E85" w:rsidRDefault="001E0C7F">
            <w:pPr>
              <w:keepNext/>
            </w:pPr>
            <w:r>
              <w:rPr>
                <w:b/>
                <w:color w:val="0D5F78"/>
              </w:rPr>
              <w:t>CNP</w:t>
            </w:r>
          </w:p>
          <w:p w:rsidR="00D06E85" w:rsidRDefault="00D06E85">
            <w:pPr>
              <w:keepNext/>
            </w:pPr>
          </w:p>
        </w:tc>
      </w:tr>
      <w:tr w:rsidR="00D06E85">
        <w:trPr>
          <w:cantSplit/>
        </w:trPr>
        <w:tc>
          <w:tcPr>
            <w:tcW w:w="9636" w:type="dxa"/>
            <w:gridSpan w:val="8"/>
            <w:shd w:val="clear" w:color="auto" w:fill="F4F4F4"/>
          </w:tcPr>
          <w:p w:rsidR="00D06E85" w:rsidRDefault="001E0C7F">
            <w:pPr>
              <w:keepNext/>
            </w:pPr>
            <w:r>
              <w:rPr>
                <w:sz w:val="16"/>
              </w:rPr>
              <w:t xml:space="preserve"> Act de identitate</w:t>
            </w:r>
          </w:p>
        </w:tc>
      </w:tr>
      <w:tr w:rsidR="00D06E85">
        <w:trPr>
          <w:cantSplit/>
          <w:trHeight w:val="510"/>
        </w:trPr>
        <w:tc>
          <w:tcPr>
            <w:tcW w:w="1606" w:type="dxa"/>
          </w:tcPr>
          <w:p w:rsidR="00D06E85" w:rsidRDefault="001E0C7F">
            <w:pPr>
              <w:keepNext/>
            </w:pPr>
            <w:r>
              <w:rPr>
                <w:b/>
                <w:color w:val="0D5F78"/>
              </w:rPr>
              <w:t>Seria</w:t>
            </w:r>
          </w:p>
          <w:p w:rsidR="00D06E85" w:rsidRDefault="00D06E85">
            <w:pPr>
              <w:keepNext/>
            </w:pPr>
          </w:p>
        </w:tc>
        <w:tc>
          <w:tcPr>
            <w:tcW w:w="1606" w:type="dxa"/>
          </w:tcPr>
          <w:p w:rsidR="00D06E85" w:rsidRDefault="001E0C7F">
            <w:pPr>
              <w:keepNext/>
            </w:pPr>
            <w:r>
              <w:rPr>
                <w:b/>
                <w:color w:val="0D5F78"/>
              </w:rPr>
              <w:t>Numărul</w:t>
            </w:r>
          </w:p>
          <w:p w:rsidR="00D06E85" w:rsidRDefault="00D06E85">
            <w:pPr>
              <w:keepNext/>
            </w:pPr>
          </w:p>
        </w:tc>
        <w:tc>
          <w:tcPr>
            <w:tcW w:w="4818" w:type="dxa"/>
            <w:gridSpan w:val="5"/>
          </w:tcPr>
          <w:p w:rsidR="00D06E85" w:rsidRDefault="001E0C7F">
            <w:pPr>
              <w:keepNext/>
            </w:pPr>
            <w:r>
              <w:rPr>
                <w:b/>
                <w:color w:val="0D5F78"/>
              </w:rPr>
              <w:t>Eliberat de</w:t>
            </w:r>
          </w:p>
          <w:p w:rsidR="00D06E85" w:rsidRDefault="00D06E85">
            <w:pPr>
              <w:keepNext/>
            </w:pPr>
          </w:p>
        </w:tc>
        <w:tc>
          <w:tcPr>
            <w:tcW w:w="1606" w:type="dxa"/>
          </w:tcPr>
          <w:p w:rsidR="00D06E85" w:rsidRDefault="001E0C7F">
            <w:pPr>
              <w:keepNext/>
            </w:pPr>
            <w:r>
              <w:rPr>
                <w:b/>
                <w:color w:val="0D5F78"/>
              </w:rPr>
              <w:t>La data</w:t>
            </w:r>
          </w:p>
          <w:p w:rsidR="00D06E85" w:rsidRDefault="00D06E85">
            <w:pPr>
              <w:keepNext/>
            </w:pPr>
          </w:p>
        </w:tc>
      </w:tr>
      <w:tr w:rsidR="00D06E85">
        <w:trPr>
          <w:cantSplit/>
        </w:trPr>
        <w:tc>
          <w:tcPr>
            <w:tcW w:w="9636" w:type="dxa"/>
            <w:gridSpan w:val="8"/>
            <w:shd w:val="clear" w:color="auto" w:fill="F4F4F4"/>
          </w:tcPr>
          <w:p w:rsidR="00D06E85" w:rsidRDefault="001E0C7F">
            <w:pPr>
              <w:keepNext/>
            </w:pPr>
            <w:r>
              <w:rPr>
                <w:sz w:val="16"/>
              </w:rPr>
              <w:t xml:space="preserve"> Domiciliul</w:t>
            </w:r>
          </w:p>
        </w:tc>
      </w:tr>
      <w:tr w:rsidR="00D06E85">
        <w:trPr>
          <w:cantSplit/>
          <w:trHeight w:val="510"/>
        </w:trPr>
        <w:tc>
          <w:tcPr>
            <w:tcW w:w="3212" w:type="dxa"/>
            <w:gridSpan w:val="2"/>
          </w:tcPr>
          <w:p w:rsidR="00D06E85" w:rsidRDefault="001E0C7F">
            <w:pPr>
              <w:keepNext/>
            </w:pPr>
            <w:r>
              <w:rPr>
                <w:b/>
                <w:color w:val="0D5F78"/>
              </w:rPr>
              <w:t>Județul</w:t>
            </w:r>
          </w:p>
          <w:p w:rsidR="00D06E85" w:rsidRDefault="00D06E85">
            <w:pPr>
              <w:keepNext/>
            </w:pPr>
          </w:p>
        </w:tc>
        <w:tc>
          <w:tcPr>
            <w:tcW w:w="3212" w:type="dxa"/>
            <w:gridSpan w:val="4"/>
          </w:tcPr>
          <w:p w:rsidR="00D06E85" w:rsidRDefault="001E0C7F">
            <w:pPr>
              <w:keepNext/>
            </w:pPr>
            <w:r>
              <w:rPr>
                <w:b/>
                <w:color w:val="0D5F78"/>
              </w:rPr>
              <w:t>Municipiul / orașul / comuna</w:t>
            </w:r>
          </w:p>
          <w:p w:rsidR="00D06E85" w:rsidRDefault="00D06E85">
            <w:pPr>
              <w:keepNext/>
            </w:pPr>
          </w:p>
        </w:tc>
        <w:tc>
          <w:tcPr>
            <w:tcW w:w="3212" w:type="dxa"/>
            <w:gridSpan w:val="2"/>
          </w:tcPr>
          <w:p w:rsidR="00D06E85" w:rsidRDefault="001E0C7F">
            <w:pPr>
              <w:keepNext/>
            </w:pPr>
            <w:r>
              <w:rPr>
                <w:b/>
                <w:color w:val="0D5F78"/>
              </w:rPr>
              <w:t>Satul / sectorul</w:t>
            </w:r>
          </w:p>
          <w:p w:rsidR="00D06E85" w:rsidRDefault="00D06E85">
            <w:pPr>
              <w:keepNext/>
            </w:pPr>
          </w:p>
        </w:tc>
      </w:tr>
      <w:tr w:rsidR="00D06E85">
        <w:trPr>
          <w:cantSplit/>
          <w:trHeight w:val="510"/>
        </w:trPr>
        <w:tc>
          <w:tcPr>
            <w:tcW w:w="3212" w:type="dxa"/>
            <w:gridSpan w:val="2"/>
          </w:tcPr>
          <w:p w:rsidR="00D06E85" w:rsidRDefault="001E0C7F">
            <w:pPr>
              <w:keepNext/>
            </w:pPr>
            <w:r>
              <w:rPr>
                <w:b/>
                <w:color w:val="0D5F78"/>
              </w:rPr>
              <w:t>Strada</w:t>
            </w:r>
          </w:p>
          <w:p w:rsidR="00D06E85" w:rsidRDefault="00D06E85">
            <w:pPr>
              <w:keepNext/>
            </w:pPr>
          </w:p>
        </w:tc>
        <w:tc>
          <w:tcPr>
            <w:tcW w:w="803" w:type="dxa"/>
          </w:tcPr>
          <w:p w:rsidR="00D06E85" w:rsidRDefault="001E0C7F">
            <w:pPr>
              <w:keepNext/>
            </w:pPr>
            <w:r>
              <w:rPr>
                <w:b/>
                <w:color w:val="0D5F78"/>
              </w:rPr>
              <w:t>Nr.</w:t>
            </w:r>
          </w:p>
          <w:p w:rsidR="00D06E85" w:rsidRDefault="00D06E85">
            <w:pPr>
              <w:keepNext/>
            </w:pPr>
          </w:p>
        </w:tc>
        <w:tc>
          <w:tcPr>
            <w:tcW w:w="803" w:type="dxa"/>
          </w:tcPr>
          <w:p w:rsidR="00D06E85" w:rsidRDefault="001E0C7F">
            <w:pPr>
              <w:keepNext/>
            </w:pPr>
            <w:r>
              <w:rPr>
                <w:b/>
                <w:color w:val="0D5F78"/>
              </w:rPr>
              <w:t>Sc.</w:t>
            </w:r>
          </w:p>
          <w:p w:rsidR="00D06E85" w:rsidRDefault="00D06E85">
            <w:pPr>
              <w:keepNext/>
            </w:pPr>
          </w:p>
        </w:tc>
        <w:tc>
          <w:tcPr>
            <w:tcW w:w="803" w:type="dxa"/>
          </w:tcPr>
          <w:p w:rsidR="00D06E85" w:rsidRDefault="001E0C7F">
            <w:pPr>
              <w:keepNext/>
            </w:pPr>
            <w:r>
              <w:rPr>
                <w:b/>
                <w:color w:val="0D5F78"/>
              </w:rPr>
              <w:t>Et.</w:t>
            </w:r>
          </w:p>
          <w:p w:rsidR="00D06E85" w:rsidRDefault="00D06E85">
            <w:pPr>
              <w:keepNext/>
            </w:pPr>
          </w:p>
        </w:tc>
        <w:tc>
          <w:tcPr>
            <w:tcW w:w="803" w:type="dxa"/>
          </w:tcPr>
          <w:p w:rsidR="00D06E85" w:rsidRDefault="001E0C7F">
            <w:pPr>
              <w:keepNext/>
            </w:pPr>
            <w:r>
              <w:rPr>
                <w:b/>
                <w:color w:val="0D5F78"/>
              </w:rPr>
              <w:t>Ap.</w:t>
            </w:r>
          </w:p>
          <w:p w:rsidR="00D06E85" w:rsidRDefault="00D06E85">
            <w:pPr>
              <w:keepNext/>
            </w:pPr>
          </w:p>
        </w:tc>
        <w:tc>
          <w:tcPr>
            <w:tcW w:w="1606" w:type="dxa"/>
          </w:tcPr>
          <w:p w:rsidR="00D06E85" w:rsidRDefault="001E0C7F">
            <w:pPr>
              <w:keepNext/>
            </w:pPr>
            <w:r>
              <w:rPr>
                <w:b/>
                <w:color w:val="0D5F78"/>
              </w:rPr>
              <w:t>Cod poștal</w:t>
            </w:r>
          </w:p>
          <w:p w:rsidR="00D06E85" w:rsidRDefault="00D06E85">
            <w:pPr>
              <w:keepNext/>
            </w:pPr>
          </w:p>
        </w:tc>
        <w:tc>
          <w:tcPr>
            <w:tcW w:w="1606" w:type="dxa"/>
          </w:tcPr>
          <w:p w:rsidR="00D06E85" w:rsidRDefault="001E0C7F">
            <w:pPr>
              <w:keepNext/>
            </w:pPr>
            <w:r>
              <w:rPr>
                <w:b/>
                <w:color w:val="0D5F78"/>
              </w:rPr>
              <w:t>Țara</w:t>
            </w:r>
          </w:p>
          <w:p w:rsidR="00D06E85" w:rsidRDefault="00D06E85">
            <w:pPr>
              <w:keepNext/>
            </w:pPr>
          </w:p>
        </w:tc>
      </w:tr>
      <w:tr w:rsidR="00D06E85">
        <w:trPr>
          <w:cantSplit/>
        </w:trPr>
        <w:tc>
          <w:tcPr>
            <w:tcW w:w="9636" w:type="dxa"/>
            <w:gridSpan w:val="8"/>
            <w:shd w:val="clear" w:color="auto" w:fill="F4F4F4"/>
          </w:tcPr>
          <w:p w:rsidR="00D06E85" w:rsidRDefault="001E0C7F">
            <w:pPr>
              <w:keepNext/>
            </w:pPr>
            <w:r>
              <w:rPr>
                <w:sz w:val="16"/>
              </w:rPr>
              <w:t xml:space="preserve"> Date de contact</w:t>
            </w:r>
          </w:p>
        </w:tc>
      </w:tr>
      <w:tr w:rsidR="00D06E85">
        <w:trPr>
          <w:cantSplit/>
          <w:trHeight w:val="510"/>
        </w:trPr>
        <w:tc>
          <w:tcPr>
            <w:tcW w:w="4015" w:type="dxa"/>
            <w:gridSpan w:val="3"/>
          </w:tcPr>
          <w:p w:rsidR="00D06E85" w:rsidRDefault="001E0C7F">
            <w:pPr>
              <w:keepNext/>
            </w:pPr>
            <w:r>
              <w:rPr>
                <w:b/>
                <w:color w:val="0D5F78"/>
              </w:rPr>
              <w:t>Telefon / fax</w:t>
            </w:r>
          </w:p>
          <w:p w:rsidR="00D06E85" w:rsidRDefault="00D06E85">
            <w:pPr>
              <w:keepNext/>
            </w:pPr>
          </w:p>
        </w:tc>
        <w:tc>
          <w:tcPr>
            <w:tcW w:w="5621" w:type="dxa"/>
            <w:gridSpan w:val="5"/>
          </w:tcPr>
          <w:p w:rsidR="00D06E85" w:rsidRDefault="001E0C7F">
            <w:pPr>
              <w:keepNext/>
            </w:pPr>
            <w:r>
              <w:rPr>
                <w:b/>
                <w:color w:val="0D5F78"/>
              </w:rPr>
              <w:t>E-mail</w:t>
            </w:r>
          </w:p>
          <w:p w:rsidR="00D06E85" w:rsidRDefault="00D06E85">
            <w:pPr>
              <w:keepNext/>
            </w:pPr>
          </w:p>
        </w:tc>
      </w:tr>
      <w:tr w:rsidR="00D06E85">
        <w:trPr>
          <w:cantSplit/>
        </w:trPr>
        <w:tc>
          <w:tcPr>
            <w:tcW w:w="9636" w:type="dxa"/>
            <w:gridSpan w:val="8"/>
            <w:shd w:val="clear" w:color="auto" w:fill="F4F4F4"/>
          </w:tcPr>
          <w:p w:rsidR="00D06E85" w:rsidRDefault="001E0C7F">
            <w:pPr>
              <w:keepNext/>
            </w:pPr>
            <w:r>
              <w:rPr>
                <w:sz w:val="16"/>
              </w:rPr>
              <w:t xml:space="preserve"> Reprezentare</w:t>
            </w:r>
          </w:p>
        </w:tc>
      </w:tr>
      <w:tr w:rsidR="00D06E85">
        <w:trPr>
          <w:cantSplit/>
          <w:trHeight w:val="510"/>
        </w:trPr>
        <w:tc>
          <w:tcPr>
            <w:tcW w:w="6424" w:type="dxa"/>
            <w:gridSpan w:val="6"/>
          </w:tcPr>
          <w:p w:rsidR="00D06E85" w:rsidRDefault="001E0C7F">
            <w:r>
              <w:rPr>
                <w:b/>
                <w:color w:val="0D5F78"/>
              </w:rPr>
              <w:t>În calitate de reprezentant al</w:t>
            </w:r>
          </w:p>
          <w:p w:rsidR="00D06E85" w:rsidRDefault="00D06E85"/>
        </w:tc>
        <w:tc>
          <w:tcPr>
            <w:tcW w:w="3212" w:type="dxa"/>
            <w:gridSpan w:val="2"/>
          </w:tcPr>
          <w:p w:rsidR="00D06E85" w:rsidRDefault="001E0C7F">
            <w:r>
              <w:rPr>
                <w:b/>
                <w:color w:val="0D5F78"/>
              </w:rPr>
              <w:t>CUI / CIF</w:t>
            </w:r>
          </w:p>
          <w:p w:rsidR="00D06E85" w:rsidRDefault="00D06E85"/>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D06E85">
        <w:trPr>
          <w:cantSplit/>
        </w:trPr>
        <w:tc>
          <w:tcPr>
            <w:tcW w:w="9636" w:type="dxa"/>
            <w:gridSpan w:val="7"/>
            <w:shd w:val="clear" w:color="auto" w:fill="F4F4F4"/>
          </w:tcPr>
          <w:p w:rsidR="00D06E85" w:rsidRDefault="001E0C7F">
            <w:pPr>
              <w:keepNext/>
            </w:pPr>
            <w:r>
              <w:rPr>
                <w:b/>
                <w:sz w:val="16"/>
              </w:rPr>
              <w:t xml:space="preserve"> 2. </w:t>
            </w:r>
            <w:r>
              <w:rPr>
                <w:b/>
                <w:color w:val="000000"/>
                <w:sz w:val="18"/>
              </w:rPr>
              <w:t>BENEFICIAR AL</w:t>
            </w:r>
          </w:p>
        </w:tc>
      </w:tr>
      <w:tr w:rsidR="00D06E85" w:rsidRPr="00B23FEC">
        <w:trPr>
          <w:cantSplit/>
        </w:trPr>
        <w:tc>
          <w:tcPr>
            <w:tcW w:w="9636" w:type="dxa"/>
            <w:gridSpan w:val="7"/>
          </w:tcPr>
          <w:p w:rsidR="00D06E85" w:rsidRDefault="001E0C7F">
            <w:pPr>
              <w:keepNext/>
              <w:rPr>
                <w:sz w:val="16"/>
                <w:lang w:val="fr-FR"/>
              </w:rPr>
            </w:pPr>
            <w:r w:rsidRPr="00F146C8">
              <w:rPr>
                <w:sz w:val="16"/>
                <w:lang w:val="fr-FR"/>
              </w:rPr>
              <w:t>☐ Documentaț</w:t>
            </w:r>
            <w:proofErr w:type="spellStart"/>
            <w:r w:rsidRPr="00F146C8">
              <w:rPr>
                <w:sz w:val="16"/>
                <w:lang w:val="fr-FR"/>
              </w:rPr>
              <w:t>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documentaț</w:t>
            </w:r>
            <w:proofErr w:type="spellStart"/>
            <w:r w:rsidRPr="00F146C8">
              <w:rPr>
                <w:sz w:val="16"/>
                <w:lang w:val="fr-FR"/>
              </w:rPr>
              <w:t>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și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rsidR="00B23FEC" w:rsidRPr="00F146C8" w:rsidRDefault="00B23FEC">
            <w:pPr>
              <w:keepNext/>
              <w:rPr>
                <w:lang w:val="fr-FR"/>
              </w:rPr>
            </w:pPr>
            <w:r>
              <w:rPr>
                <w:sz w:val="16"/>
                <w:lang w:val="fr-FR"/>
              </w:rPr>
              <w:t>……………………………………………………………………………………………………………………………………………………….</w:t>
            </w:r>
          </w:p>
          <w:p w:rsidR="00D06E85" w:rsidRPr="00F146C8" w:rsidRDefault="001E0C7F">
            <w:pPr>
              <w:keepNext/>
              <w:rPr>
                <w:lang w:val="fr-FR"/>
              </w:rPr>
            </w:pPr>
            <w:r w:rsidRPr="00F146C8">
              <w:rPr>
                <w:sz w:val="16"/>
                <w:lang w:val="fr-FR"/>
              </w:rPr>
              <w:t>☐ Investiț</w:t>
            </w:r>
            <w:proofErr w:type="spellStart"/>
            <w:r w:rsidRPr="00F146C8">
              <w:rPr>
                <w:sz w:val="16"/>
                <w:lang w:val="fr-FR"/>
              </w:rPr>
              <w:t>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w:t>
            </w:r>
            <w:proofErr w:type="spellEnd"/>
            <w:r w:rsidRPr="00F146C8">
              <w:rPr>
                <w:sz w:val="16"/>
                <w:lang w:val="fr-FR"/>
              </w:rPr>
              <w:t>ț</w:t>
            </w:r>
            <w:proofErr w:type="spellStart"/>
            <w:r w:rsidRPr="00F146C8">
              <w:rPr>
                <w:sz w:val="16"/>
                <w:lang w:val="fr-FR"/>
              </w:rPr>
              <w:t>iei</w:t>
            </w:r>
            <w:proofErr w:type="spellEnd"/>
            <w:r w:rsidRPr="00F146C8">
              <w:rPr>
                <w:sz w:val="16"/>
                <w:lang w:val="fr-FR"/>
              </w:rPr>
              <w:t xml:space="preserve"> de construire / </w:t>
            </w:r>
            <w:proofErr w:type="spellStart"/>
            <w:r w:rsidRPr="00F146C8">
              <w:rPr>
                <w:sz w:val="16"/>
                <w:lang w:val="fr-FR"/>
              </w:rPr>
              <w:t>desfiin</w:t>
            </w:r>
            <w:proofErr w:type="spellEnd"/>
            <w:r w:rsidRPr="00F146C8">
              <w:rPr>
                <w:sz w:val="16"/>
                <w:lang w:val="fr-FR"/>
              </w:rPr>
              <w:t xml:space="preserve">țare / </w:t>
            </w:r>
            <w:proofErr w:type="spellStart"/>
            <w:r w:rsidRPr="00F146C8">
              <w:rPr>
                <w:sz w:val="16"/>
                <w:lang w:val="fr-FR"/>
              </w:rPr>
              <w:t>organizare</w:t>
            </w:r>
            <w:proofErr w:type="spellEnd"/>
            <w:r w:rsidRPr="00F146C8">
              <w:rPr>
                <w:sz w:val="16"/>
                <w:lang w:val="fr-FR"/>
              </w:rPr>
              <w:t xml:space="preserve"> de ș</w:t>
            </w:r>
            <w:proofErr w:type="spellStart"/>
            <w:r w:rsidRPr="00F146C8">
              <w:rPr>
                <w:sz w:val="16"/>
                <w:lang w:val="fr-FR"/>
              </w:rPr>
              <w:t>antier</w:t>
            </w:r>
            <w:proofErr w:type="spellEnd"/>
          </w:p>
        </w:tc>
      </w:tr>
      <w:tr w:rsidR="00D06E85" w:rsidRPr="00B23FEC">
        <w:trPr>
          <w:cantSplit/>
        </w:trPr>
        <w:tc>
          <w:tcPr>
            <w:tcW w:w="9636" w:type="dxa"/>
            <w:gridSpan w:val="7"/>
          </w:tcPr>
          <w:p w:rsidR="00D06E85" w:rsidRPr="00F146C8" w:rsidRDefault="00D06E85">
            <w:pPr>
              <w:keepNext/>
              <w:pBdr>
                <w:bottom w:val="dotted" w:sz="6" w:space="0" w:color="999999"/>
              </w:pBdr>
              <w:spacing w:after="80"/>
              <w:rPr>
                <w:lang w:val="fr-FR"/>
              </w:rPr>
            </w:pPr>
          </w:p>
          <w:p w:rsidR="00D06E85" w:rsidRPr="00F146C8" w:rsidRDefault="00D06E85">
            <w:pPr>
              <w:keepNext/>
              <w:pBdr>
                <w:bottom w:val="dotted" w:sz="6" w:space="0" w:color="999999"/>
              </w:pBdr>
              <w:spacing w:after="80"/>
              <w:rPr>
                <w:lang w:val="fr-FR"/>
              </w:rPr>
            </w:pPr>
          </w:p>
        </w:tc>
      </w:tr>
      <w:tr w:rsidR="00D06E85">
        <w:trPr>
          <w:cantSplit/>
          <w:trHeight w:val="510"/>
        </w:trPr>
        <w:tc>
          <w:tcPr>
            <w:tcW w:w="3212" w:type="dxa"/>
          </w:tcPr>
          <w:p w:rsidR="00D06E85" w:rsidRPr="00F146C8" w:rsidRDefault="001E0C7F">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w:t>
            </w:r>
            <w:proofErr w:type="gramStart"/>
            <w:r w:rsidRPr="00F146C8">
              <w:rPr>
                <w:b/>
                <w:color w:val="0D5F78"/>
                <w:lang w:val="fr-FR"/>
              </w:rPr>
              <w:t xml:space="preserve">de </w:t>
            </w:r>
            <w:proofErr w:type="spellStart"/>
            <w:r w:rsidRPr="00F146C8">
              <w:rPr>
                <w:b/>
                <w:color w:val="0D5F78"/>
                <w:lang w:val="fr-FR"/>
              </w:rPr>
              <w:t>urbanism</w:t>
            </w:r>
            <w:proofErr w:type="spellEnd"/>
            <w:proofErr w:type="gramEnd"/>
            <w:r w:rsidRPr="00F146C8">
              <w:rPr>
                <w:b/>
                <w:color w:val="0D5F78"/>
                <w:lang w:val="fr-FR"/>
              </w:rPr>
              <w:t xml:space="preserve"> nr.</w:t>
            </w:r>
          </w:p>
          <w:p w:rsidR="00D06E85" w:rsidRPr="00F146C8" w:rsidRDefault="00D06E85">
            <w:pPr>
              <w:keepNext/>
              <w:rPr>
                <w:lang w:val="fr-FR"/>
              </w:rPr>
            </w:pPr>
          </w:p>
        </w:tc>
        <w:tc>
          <w:tcPr>
            <w:tcW w:w="2409" w:type="dxa"/>
            <w:gridSpan w:val="3"/>
          </w:tcPr>
          <w:p w:rsidR="00D06E85" w:rsidRDefault="001E0C7F">
            <w:pPr>
              <w:keepNext/>
            </w:pPr>
            <w:r>
              <w:rPr>
                <w:b/>
                <w:color w:val="0D5F78"/>
              </w:rPr>
              <w:t>din data de</w:t>
            </w:r>
          </w:p>
          <w:p w:rsidR="00D06E85" w:rsidRDefault="00D06E85">
            <w:pPr>
              <w:keepNext/>
            </w:pPr>
          </w:p>
        </w:tc>
        <w:tc>
          <w:tcPr>
            <w:tcW w:w="4015" w:type="dxa"/>
            <w:gridSpan w:val="3"/>
          </w:tcPr>
          <w:p w:rsidR="00D06E85" w:rsidRDefault="001E0C7F">
            <w:pPr>
              <w:keepNext/>
            </w:pPr>
            <w:r>
              <w:rPr>
                <w:b/>
                <w:color w:val="0D5F78"/>
              </w:rPr>
              <w:t>emis de</w:t>
            </w:r>
          </w:p>
          <w:p w:rsidR="00D06E85" w:rsidRDefault="00D06E85">
            <w:pPr>
              <w:keepNext/>
            </w:pPr>
          </w:p>
        </w:tc>
      </w:tr>
      <w:tr w:rsidR="00D06E85">
        <w:trPr>
          <w:cantSplit/>
        </w:trPr>
        <w:tc>
          <w:tcPr>
            <w:tcW w:w="9636" w:type="dxa"/>
            <w:gridSpan w:val="7"/>
            <w:shd w:val="clear" w:color="auto" w:fill="F4F4F4"/>
          </w:tcPr>
          <w:p w:rsidR="00D06E85" w:rsidRDefault="001E0C7F">
            <w:pPr>
              <w:keepNext/>
            </w:pPr>
            <w:r>
              <w:rPr>
                <w:sz w:val="16"/>
              </w:rPr>
              <w:t xml:space="preserve"> având ca amplasament imobilul (teren și/sau construcții), situat în:</w:t>
            </w:r>
          </w:p>
        </w:tc>
      </w:tr>
      <w:tr w:rsidR="00D06E85">
        <w:trPr>
          <w:cantSplit/>
          <w:trHeight w:val="510"/>
        </w:trPr>
        <w:tc>
          <w:tcPr>
            <w:tcW w:w="3212" w:type="dxa"/>
          </w:tcPr>
          <w:p w:rsidR="00D06E85" w:rsidRDefault="001E0C7F">
            <w:pPr>
              <w:keepNext/>
            </w:pPr>
            <w:r>
              <w:rPr>
                <w:b/>
                <w:color w:val="0D5F78"/>
              </w:rPr>
              <w:t>Județul</w:t>
            </w:r>
          </w:p>
          <w:p w:rsidR="00D06E85" w:rsidRDefault="00D06E85">
            <w:pPr>
              <w:keepNext/>
            </w:pPr>
          </w:p>
        </w:tc>
        <w:tc>
          <w:tcPr>
            <w:tcW w:w="3212" w:type="dxa"/>
            <w:gridSpan w:val="4"/>
          </w:tcPr>
          <w:p w:rsidR="00D06E85" w:rsidRDefault="001E0C7F">
            <w:pPr>
              <w:keepNext/>
            </w:pPr>
            <w:r>
              <w:rPr>
                <w:b/>
                <w:color w:val="0D5F78"/>
              </w:rPr>
              <w:t>Municipiul / orașul / comuna</w:t>
            </w:r>
          </w:p>
          <w:p w:rsidR="00D06E85" w:rsidRDefault="00D06E85">
            <w:pPr>
              <w:keepNext/>
            </w:pPr>
          </w:p>
        </w:tc>
        <w:tc>
          <w:tcPr>
            <w:tcW w:w="3212" w:type="dxa"/>
            <w:gridSpan w:val="2"/>
          </w:tcPr>
          <w:p w:rsidR="00D06E85" w:rsidRDefault="001E0C7F">
            <w:pPr>
              <w:keepNext/>
            </w:pPr>
            <w:r>
              <w:rPr>
                <w:b/>
                <w:color w:val="0D5F78"/>
              </w:rPr>
              <w:t>Satul / sectorul</w:t>
            </w:r>
          </w:p>
          <w:p w:rsidR="00D06E85" w:rsidRDefault="00D06E85">
            <w:pPr>
              <w:keepNext/>
            </w:pPr>
          </w:p>
        </w:tc>
      </w:tr>
      <w:tr w:rsidR="00D06E85">
        <w:trPr>
          <w:cantSplit/>
          <w:trHeight w:val="510"/>
        </w:trPr>
        <w:tc>
          <w:tcPr>
            <w:tcW w:w="3212" w:type="dxa"/>
          </w:tcPr>
          <w:p w:rsidR="00D06E85" w:rsidRDefault="001E0C7F">
            <w:pPr>
              <w:keepNext/>
            </w:pPr>
            <w:r>
              <w:rPr>
                <w:b/>
                <w:color w:val="0D5F78"/>
              </w:rPr>
              <w:t>Strada</w:t>
            </w:r>
          </w:p>
          <w:p w:rsidR="00D06E85" w:rsidRDefault="00D06E85">
            <w:pPr>
              <w:keepNext/>
            </w:pPr>
          </w:p>
        </w:tc>
        <w:tc>
          <w:tcPr>
            <w:tcW w:w="803" w:type="dxa"/>
          </w:tcPr>
          <w:p w:rsidR="00D06E85" w:rsidRDefault="001E0C7F">
            <w:pPr>
              <w:keepNext/>
            </w:pPr>
            <w:r>
              <w:rPr>
                <w:b/>
                <w:color w:val="0D5F78"/>
              </w:rPr>
              <w:t>Nr.</w:t>
            </w:r>
          </w:p>
          <w:p w:rsidR="00D06E85" w:rsidRDefault="00D06E85">
            <w:pPr>
              <w:keepNext/>
            </w:pPr>
          </w:p>
        </w:tc>
        <w:tc>
          <w:tcPr>
            <w:tcW w:w="803" w:type="dxa"/>
          </w:tcPr>
          <w:p w:rsidR="00D06E85" w:rsidRDefault="001E0C7F">
            <w:pPr>
              <w:keepNext/>
            </w:pPr>
            <w:r>
              <w:rPr>
                <w:b/>
                <w:color w:val="0D5F78"/>
              </w:rPr>
              <w:t>Sc.</w:t>
            </w:r>
          </w:p>
          <w:p w:rsidR="00D06E85" w:rsidRDefault="00D06E85">
            <w:pPr>
              <w:keepNext/>
            </w:pPr>
          </w:p>
        </w:tc>
        <w:tc>
          <w:tcPr>
            <w:tcW w:w="803" w:type="dxa"/>
          </w:tcPr>
          <w:p w:rsidR="00D06E85" w:rsidRDefault="001E0C7F">
            <w:pPr>
              <w:keepNext/>
            </w:pPr>
            <w:r>
              <w:rPr>
                <w:b/>
                <w:color w:val="0D5F78"/>
              </w:rPr>
              <w:t>Et.</w:t>
            </w:r>
          </w:p>
          <w:p w:rsidR="00D06E85" w:rsidRDefault="00D06E85">
            <w:pPr>
              <w:keepNext/>
            </w:pPr>
          </w:p>
        </w:tc>
        <w:tc>
          <w:tcPr>
            <w:tcW w:w="803" w:type="dxa"/>
          </w:tcPr>
          <w:p w:rsidR="00D06E85" w:rsidRDefault="001E0C7F">
            <w:pPr>
              <w:keepNext/>
            </w:pPr>
            <w:r>
              <w:rPr>
                <w:b/>
                <w:color w:val="0D5F78"/>
              </w:rPr>
              <w:t>Ap.</w:t>
            </w:r>
          </w:p>
          <w:p w:rsidR="00D06E85" w:rsidRDefault="00D06E85">
            <w:pPr>
              <w:keepNext/>
            </w:pPr>
          </w:p>
        </w:tc>
        <w:tc>
          <w:tcPr>
            <w:tcW w:w="1606" w:type="dxa"/>
          </w:tcPr>
          <w:p w:rsidR="00D06E85" w:rsidRDefault="001E0C7F">
            <w:pPr>
              <w:keepNext/>
            </w:pPr>
            <w:r>
              <w:rPr>
                <w:b/>
                <w:color w:val="0D5F78"/>
              </w:rPr>
              <w:t>Cod poștal</w:t>
            </w:r>
          </w:p>
          <w:p w:rsidR="00D06E85" w:rsidRDefault="00D06E85">
            <w:pPr>
              <w:keepNext/>
            </w:pPr>
          </w:p>
        </w:tc>
        <w:tc>
          <w:tcPr>
            <w:tcW w:w="1606" w:type="dxa"/>
          </w:tcPr>
          <w:p w:rsidR="00D06E85" w:rsidRDefault="001E0C7F">
            <w:pPr>
              <w:keepNext/>
            </w:pPr>
            <w:r>
              <w:rPr>
                <w:b/>
                <w:color w:val="0D5F78"/>
              </w:rPr>
              <w:t>Țara</w:t>
            </w:r>
          </w:p>
          <w:p w:rsidR="00D06E85" w:rsidRDefault="00D06E85">
            <w:pPr>
              <w:keepNext/>
            </w:pPr>
          </w:p>
        </w:tc>
      </w:tr>
      <w:tr w:rsidR="00D06E85">
        <w:trPr>
          <w:cantSplit/>
          <w:trHeight w:val="510"/>
        </w:trPr>
        <w:tc>
          <w:tcPr>
            <w:tcW w:w="4818" w:type="dxa"/>
            <w:gridSpan w:val="3"/>
          </w:tcPr>
          <w:p w:rsidR="00D06E85" w:rsidRDefault="001E0C7F">
            <w:r>
              <w:rPr>
                <w:b/>
                <w:color w:val="0D5F78"/>
              </w:rPr>
              <w:t>Cartea funciară nr.</w:t>
            </w:r>
          </w:p>
          <w:p w:rsidR="00D06E85" w:rsidRDefault="00D06E85"/>
        </w:tc>
        <w:tc>
          <w:tcPr>
            <w:tcW w:w="4818" w:type="dxa"/>
            <w:gridSpan w:val="4"/>
          </w:tcPr>
          <w:p w:rsidR="00D06E85" w:rsidRDefault="001E0C7F">
            <w:r>
              <w:rPr>
                <w:b/>
                <w:color w:val="0D5F78"/>
              </w:rPr>
              <w:t>Nr. cadastral</w:t>
            </w:r>
          </w:p>
          <w:p w:rsidR="00D06E85" w:rsidRDefault="00D06E85"/>
        </w:tc>
      </w:tr>
    </w:tbl>
    <w:p w:rsidR="00D06E85" w:rsidRDefault="00D06E85">
      <w:pPr>
        <w:spacing w:line="168" w:lineRule="auto"/>
      </w:pPr>
    </w:p>
    <w:p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D06E85">
        <w:trPr>
          <w:cantSplit/>
        </w:trPr>
        <w:tc>
          <w:tcPr>
            <w:tcW w:w="9636" w:type="dxa"/>
            <w:shd w:val="clear" w:color="auto" w:fill="F4F4F4"/>
          </w:tcPr>
          <w:p w:rsidR="00D06E85" w:rsidRDefault="001E0C7F">
            <w:pPr>
              <w:keepNext/>
            </w:pPr>
            <w:r>
              <w:rPr>
                <w:b/>
                <w:sz w:val="16"/>
              </w:rPr>
              <w:t xml:space="preserve"> 3. </w:t>
            </w:r>
            <w:r>
              <w:rPr>
                <w:b/>
                <w:color w:val="000000"/>
                <w:sz w:val="18"/>
              </w:rPr>
              <w:t>DECLAR</w:t>
            </w:r>
            <w:r w:rsidR="00F146C8">
              <w:rPr>
                <w:b/>
                <w:color w:val="000000"/>
                <w:sz w:val="18"/>
              </w:rPr>
              <w:t xml:space="preserve"> PE PROPRIE RĂSPUNDERE</w:t>
            </w:r>
          </w:p>
        </w:tc>
      </w:tr>
      <w:tr w:rsidR="00D06E85">
        <w:trPr>
          <w:cantSplit/>
        </w:trPr>
        <w:tc>
          <w:tcPr>
            <w:tcW w:w="9636" w:type="dxa"/>
          </w:tcPr>
          <w:p w:rsidR="00D06E85" w:rsidRDefault="001E0C7F">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trPr>
          <w:cantSplit/>
        </w:trPr>
        <w:tc>
          <w:tcPr>
            <w:tcW w:w="9636" w:type="dxa"/>
          </w:tcPr>
          <w:p w:rsidR="00D06E85" w:rsidRPr="00F146C8" w:rsidRDefault="001E0C7F">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trPr>
          <w:cantSplit/>
        </w:trPr>
        <w:tc>
          <w:tcPr>
            <w:tcW w:w="9636" w:type="dxa"/>
          </w:tcPr>
          <w:p w:rsidR="00D06E85" w:rsidRPr="00F146C8" w:rsidRDefault="001E0C7F">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w:t>
            </w:r>
            <w:proofErr w:type="spellEnd"/>
            <w:r w:rsidRPr="00F146C8">
              <w:rPr>
                <w:sz w:val="16"/>
                <w:lang w:val="fr-FR"/>
              </w:rPr>
              <w:t>ții</w:t>
            </w:r>
          </w:p>
        </w:tc>
      </w:tr>
      <w:tr w:rsidR="00D06E85">
        <w:trPr>
          <w:cantSplit/>
        </w:trPr>
        <w:tc>
          <w:tcPr>
            <w:tcW w:w="9636" w:type="dxa"/>
          </w:tcPr>
          <w:p w:rsidR="00D06E85" w:rsidRDefault="001E0C7F">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trPr>
          <w:cantSplit/>
        </w:trPr>
        <w:tc>
          <w:tcPr>
            <w:tcW w:w="9636" w:type="dxa"/>
            <w:shd w:val="clear" w:color="auto" w:fill="F4F4F4"/>
          </w:tcPr>
          <w:p w:rsidR="00D06E85" w:rsidRPr="00F146C8" w:rsidRDefault="001E0C7F">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w:t>
            </w:r>
            <w:proofErr w:type="spellEnd"/>
            <w:r w:rsidRPr="00F146C8">
              <w:rPr>
                <w:lang w:val="fr-FR"/>
              </w:rPr>
              <w:t xml:space="preserve">ții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803"/>
        <w:gridCol w:w="1606"/>
        <w:gridCol w:w="2409"/>
        <w:gridCol w:w="1606"/>
        <w:gridCol w:w="1606"/>
        <w:gridCol w:w="1606"/>
      </w:tblGrid>
      <w:tr w:rsidR="00D06E85">
        <w:trPr>
          <w:cantSplit/>
        </w:trPr>
        <w:tc>
          <w:tcPr>
            <w:tcW w:w="9636" w:type="dxa"/>
            <w:gridSpan w:val="6"/>
            <w:shd w:val="clear" w:color="auto" w:fill="F4F4F4"/>
          </w:tcPr>
          <w:p w:rsidR="00D06E85" w:rsidRDefault="001E0C7F">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trPr>
          <w:cantSplit/>
          <w:trHeight w:val="510"/>
        </w:trPr>
        <w:tc>
          <w:tcPr>
            <w:tcW w:w="803" w:type="dxa"/>
          </w:tcPr>
          <w:p w:rsidR="00D06E85" w:rsidRDefault="001E0C7F">
            <w:pPr>
              <w:keepNext/>
            </w:pPr>
            <w:r>
              <w:rPr>
                <w:b/>
                <w:color w:val="0D5F78"/>
              </w:rPr>
              <w:t>Nr. crt.</w:t>
            </w:r>
          </w:p>
          <w:p w:rsidR="00D06E85" w:rsidRDefault="00D06E85">
            <w:pPr>
              <w:keepNext/>
            </w:pPr>
          </w:p>
        </w:tc>
        <w:tc>
          <w:tcPr>
            <w:tcW w:w="1606" w:type="dxa"/>
          </w:tcPr>
          <w:p w:rsidR="00D06E85" w:rsidRDefault="001E0C7F">
            <w:pPr>
              <w:keepNext/>
            </w:pPr>
            <w:r>
              <w:rPr>
                <w:b/>
                <w:color w:val="0D5F78"/>
              </w:rPr>
              <w:t>Avizul / acordul solicitat</w:t>
            </w:r>
          </w:p>
          <w:p w:rsidR="00D06E85" w:rsidRDefault="00D06E85">
            <w:pPr>
              <w:keepNext/>
            </w:pPr>
          </w:p>
        </w:tc>
        <w:tc>
          <w:tcPr>
            <w:tcW w:w="2409" w:type="dxa"/>
          </w:tcPr>
          <w:p w:rsidR="00D06E85" w:rsidRPr="00F146C8" w:rsidRDefault="001E0C7F">
            <w:pPr>
              <w:keepNext/>
              <w:rPr>
                <w:lang w:val="fr-FR"/>
              </w:rPr>
            </w:pPr>
            <w:proofErr w:type="spellStart"/>
            <w:r w:rsidRPr="00F146C8">
              <w:rPr>
                <w:b/>
                <w:color w:val="0D5F78"/>
                <w:lang w:val="fr-FR"/>
              </w:rPr>
              <w:t>Institu</w:t>
            </w:r>
            <w:proofErr w:type="spellEnd"/>
            <w:r w:rsidRPr="00F146C8">
              <w:rPr>
                <w:b/>
                <w:color w:val="0D5F78"/>
                <w:lang w:val="fr-FR"/>
              </w:rPr>
              <w:t>ț</w:t>
            </w:r>
            <w:proofErr w:type="spellStart"/>
            <w:r w:rsidRPr="00F146C8">
              <w:rPr>
                <w:b/>
                <w:color w:val="0D5F78"/>
                <w:lang w:val="fr-FR"/>
              </w:rPr>
              <w:t>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rsidR="00D06E85" w:rsidRPr="00F146C8" w:rsidRDefault="00D06E85">
            <w:pPr>
              <w:keepNext/>
              <w:rPr>
                <w:lang w:val="fr-FR"/>
              </w:rPr>
            </w:pPr>
          </w:p>
        </w:tc>
        <w:tc>
          <w:tcPr>
            <w:tcW w:w="1606" w:type="dxa"/>
          </w:tcPr>
          <w:p w:rsidR="00D06E85" w:rsidRDefault="001E0C7F">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rsidR="00D06E85" w:rsidRDefault="00D06E85">
            <w:pPr>
              <w:keepNext/>
            </w:pPr>
          </w:p>
        </w:tc>
        <w:tc>
          <w:tcPr>
            <w:tcW w:w="1606" w:type="dxa"/>
          </w:tcPr>
          <w:p w:rsidR="00D06E85" w:rsidRPr="00F146C8" w:rsidRDefault="001E0C7F">
            <w:pPr>
              <w:keepNext/>
              <w:rPr>
                <w:lang w:val="fr-FR"/>
              </w:rPr>
            </w:pPr>
            <w:proofErr w:type="spellStart"/>
            <w:r w:rsidRPr="00F146C8">
              <w:rPr>
                <w:b/>
                <w:color w:val="0D5F78"/>
                <w:lang w:val="fr-FR"/>
              </w:rPr>
              <w:t>Dată</w:t>
            </w:r>
            <w:proofErr w:type="spellEnd"/>
            <w:r w:rsidRPr="00F146C8">
              <w:rPr>
                <w:b/>
                <w:color w:val="0D5F78"/>
                <w:lang w:val="fr-FR"/>
              </w:rPr>
              <w:t xml:space="preserve"> și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rsidR="00D06E85" w:rsidRPr="00F146C8" w:rsidRDefault="00D06E85">
            <w:pPr>
              <w:keepNext/>
              <w:rPr>
                <w:lang w:val="fr-FR"/>
              </w:rPr>
            </w:pPr>
          </w:p>
        </w:tc>
        <w:tc>
          <w:tcPr>
            <w:tcW w:w="1606" w:type="dxa"/>
          </w:tcPr>
          <w:p w:rsidR="00D06E85" w:rsidRDefault="001E0C7F">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rsidR="00D06E85" w:rsidRDefault="00D06E85">
            <w:pPr>
              <w:keepNext/>
            </w:pPr>
          </w:p>
        </w:tc>
      </w:tr>
      <w:tr w:rsidR="00D06E85">
        <w:trPr>
          <w:cantSplit/>
          <w:trHeight w:val="510"/>
        </w:trPr>
        <w:tc>
          <w:tcPr>
            <w:tcW w:w="803" w:type="dxa"/>
          </w:tcPr>
          <w:p w:rsidR="00D06E85" w:rsidRDefault="00D06E85">
            <w:pPr>
              <w:keepNext/>
            </w:pPr>
          </w:p>
          <w:p w:rsidR="00D06E85" w:rsidRDefault="001E0C7F">
            <w:pPr>
              <w:keepNext/>
            </w:pPr>
            <w:r>
              <w:rPr>
                <w:sz w:val="18"/>
              </w:rPr>
              <w:t>1</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Pr>
              <w:keepNext/>
            </w:pPr>
          </w:p>
          <w:p w:rsidR="00D06E85" w:rsidRDefault="001E0C7F">
            <w:pPr>
              <w:keepNext/>
            </w:pPr>
            <w:r>
              <w:rPr>
                <w:sz w:val="18"/>
              </w:rPr>
              <w:t>2</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Pr>
              <w:keepNext/>
            </w:pPr>
          </w:p>
          <w:p w:rsidR="00D06E85" w:rsidRDefault="001E0C7F">
            <w:pPr>
              <w:keepNext/>
            </w:pPr>
            <w:r>
              <w:rPr>
                <w:sz w:val="18"/>
              </w:rPr>
              <w:t>3</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 w:rsidR="00D06E85" w:rsidRDefault="001E0C7F">
            <w:r>
              <w:rPr>
                <w:sz w:val="18"/>
              </w:rPr>
              <w:t>4</w:t>
            </w:r>
          </w:p>
        </w:tc>
        <w:tc>
          <w:tcPr>
            <w:tcW w:w="1606" w:type="dxa"/>
          </w:tcPr>
          <w:p w:rsidR="00D06E85" w:rsidRDefault="00D06E85"/>
        </w:tc>
        <w:tc>
          <w:tcPr>
            <w:tcW w:w="2409" w:type="dxa"/>
          </w:tcPr>
          <w:p w:rsidR="00D06E85" w:rsidRDefault="00D06E85"/>
        </w:tc>
        <w:tc>
          <w:tcPr>
            <w:tcW w:w="1606" w:type="dxa"/>
          </w:tcPr>
          <w:p w:rsidR="00D06E85" w:rsidRDefault="00D06E85"/>
        </w:tc>
        <w:tc>
          <w:tcPr>
            <w:tcW w:w="1606" w:type="dxa"/>
          </w:tcPr>
          <w:p w:rsidR="00D06E85" w:rsidRDefault="00D06E85"/>
        </w:tc>
        <w:tc>
          <w:tcPr>
            <w:tcW w:w="1606" w:type="dxa"/>
          </w:tcPr>
          <w:p w:rsidR="00D06E85" w:rsidRDefault="00D06E85"/>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D06E85">
        <w:trPr>
          <w:cantSplit/>
        </w:trPr>
        <w:tc>
          <w:tcPr>
            <w:tcW w:w="9636" w:type="dxa"/>
            <w:shd w:val="clear" w:color="auto" w:fill="F4F4F4"/>
          </w:tcPr>
          <w:p w:rsidR="00D06E85" w:rsidRDefault="001E0C7F">
            <w:pPr>
              <w:keepNext/>
            </w:pPr>
            <w:r>
              <w:rPr>
                <w:b/>
                <w:sz w:val="16"/>
              </w:rPr>
              <w:t xml:space="preserve"> 5. </w:t>
            </w:r>
            <w:r>
              <w:rPr>
                <w:b/>
                <w:color w:val="000000"/>
                <w:sz w:val="18"/>
              </w:rPr>
              <w:t>ASUMAREA RĂSPUNDERII ȘI CONSIMȚĂMÂNTUL</w:t>
            </w:r>
          </w:p>
        </w:tc>
      </w:tr>
      <w:tr w:rsidR="00D06E85">
        <w:trPr>
          <w:cantSplit/>
        </w:trPr>
        <w:tc>
          <w:tcPr>
            <w:tcW w:w="9636" w:type="dxa"/>
          </w:tcPr>
          <w:p w:rsidR="00D06E85" w:rsidRDefault="001E0C7F">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trPr>
          <w:cantSplit/>
        </w:trPr>
        <w:tc>
          <w:tcPr>
            <w:tcW w:w="9636" w:type="dxa"/>
            <w:shd w:val="clear" w:color="auto" w:fill="F4F4F4"/>
          </w:tcPr>
          <w:p w:rsidR="00D06E85" w:rsidRDefault="001E0C7F">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trPr>
          <w:cantSplit/>
        </w:trPr>
        <w:tc>
          <w:tcPr>
            <w:tcW w:w="9636" w:type="dxa"/>
          </w:tcPr>
          <w:p w:rsidR="00D06E85" w:rsidRDefault="001E0C7F">
            <w:pPr>
              <w:spacing w:line="228" w:lineRule="auto"/>
            </w:pPr>
            <w:r>
              <w:rPr>
                <w:i/>
                <w:sz w:val="17"/>
              </w:rPr>
              <w:t>Am înțeles această declarație de consimțământ și sunt de acord cu prelucrarea datelor mele cu caracter personal.</w:t>
            </w:r>
          </w:p>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D06E85">
        <w:trPr>
          <w:cantSplit/>
        </w:trPr>
        <w:tc>
          <w:tcPr>
            <w:tcW w:w="9636" w:type="dxa"/>
            <w:gridSpan w:val="3"/>
            <w:shd w:val="clear" w:color="auto" w:fill="F4F4F4"/>
          </w:tcPr>
          <w:p w:rsidR="00D06E85" w:rsidRDefault="001E0C7F">
            <w:pPr>
              <w:keepNext/>
            </w:pPr>
            <w:r>
              <w:rPr>
                <w:b/>
                <w:sz w:val="16"/>
              </w:rPr>
              <w:t xml:space="preserve"> 6. </w:t>
            </w:r>
            <w:r>
              <w:rPr>
                <w:b/>
                <w:color w:val="000000"/>
                <w:sz w:val="18"/>
              </w:rPr>
              <w:t>DATA ȘI SEMNĂTURA</w:t>
            </w:r>
          </w:p>
        </w:tc>
      </w:tr>
      <w:tr w:rsidR="00D06E85">
        <w:trPr>
          <w:cantSplit/>
          <w:trHeight w:val="510"/>
        </w:trPr>
        <w:tc>
          <w:tcPr>
            <w:tcW w:w="1606" w:type="dxa"/>
          </w:tcPr>
          <w:p w:rsidR="00D06E85" w:rsidRDefault="001E0C7F">
            <w:r>
              <w:rPr>
                <w:b/>
                <w:color w:val="0D5F78"/>
              </w:rPr>
              <w:t>Data</w:t>
            </w:r>
          </w:p>
          <w:p w:rsidR="00D06E85" w:rsidRDefault="00D06E85"/>
        </w:tc>
        <w:tc>
          <w:tcPr>
            <w:tcW w:w="4818" w:type="dxa"/>
          </w:tcPr>
          <w:p w:rsidR="00D06E85" w:rsidRDefault="001E0C7F">
            <w:r>
              <w:rPr>
                <w:b/>
                <w:color w:val="0D5F78"/>
              </w:rPr>
              <w:t>Beneficiarul / reprezentantul</w:t>
            </w:r>
          </w:p>
          <w:p w:rsidR="00D06E85" w:rsidRDefault="00D06E85"/>
        </w:tc>
        <w:tc>
          <w:tcPr>
            <w:tcW w:w="3212" w:type="dxa"/>
          </w:tcPr>
          <w:p w:rsidR="00D06E85" w:rsidRDefault="001E0C7F">
            <w:r>
              <w:rPr>
                <w:b/>
                <w:color w:val="0D5F78"/>
              </w:rPr>
              <w:t>Semnătura</w:t>
            </w:r>
          </w:p>
          <w:p w:rsidR="00D06E85" w:rsidRDefault="00D06E85"/>
        </w:tc>
      </w:tr>
    </w:tbl>
    <w:p w:rsidR="00D06E85" w:rsidRDefault="00D06E85">
      <w:pPr>
        <w:spacing w:line="168" w:lineRule="auto"/>
      </w:pPr>
    </w:p>
    <w:sectPr w:rsidR="00D06E85" w:rsidSect="00034616">
      <w:pgSz w:w="11906" w:h="16838"/>
      <w:pgMar w:top="567" w:right="1134" w:bottom="454" w:left="1134" w:header="720"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6D22" w:rsidRDefault="007C6D22">
      <w:r>
        <w:separator/>
      </w:r>
    </w:p>
  </w:endnote>
  <w:endnote w:type="continuationSeparator" w:id="0">
    <w:p w:rsidR="007C6D22" w:rsidRDefault="007C6D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6D22" w:rsidRDefault="007C6D22">
      <w:r>
        <w:separator/>
      </w:r>
    </w:p>
  </w:footnote>
  <w:footnote w:type="continuationSeparator" w:id="0">
    <w:p w:rsidR="007C6D22" w:rsidRDefault="007C6D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useFELayout/>
  </w:compat>
  <w:rsids>
    <w:rsidRoot w:val="00B47730"/>
    <w:rsid w:val="00034616"/>
    <w:rsid w:val="0006063C"/>
    <w:rsid w:val="0015074B"/>
    <w:rsid w:val="001E0C7F"/>
    <w:rsid w:val="0029639D"/>
    <w:rsid w:val="00326F90"/>
    <w:rsid w:val="00424DBA"/>
    <w:rsid w:val="006C103E"/>
    <w:rsid w:val="00787293"/>
    <w:rsid w:val="007C6D22"/>
    <w:rsid w:val="00887719"/>
    <w:rsid w:val="00AA1D8D"/>
    <w:rsid w:val="00B23FEC"/>
    <w:rsid w:val="00B47730"/>
    <w:rsid w:val="00B70277"/>
    <w:rsid w:val="00CB0664"/>
    <w:rsid w:val="00CB65B2"/>
    <w:rsid w:val="00D06E85"/>
    <w:rsid w:val="00DA29C0"/>
    <w:rsid w:val="00E61A6B"/>
    <w:rsid w:val="00F146C8"/>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70277"/>
    <w:rPr>
      <w:color w:val="0000FF" w:themeColor="hyperlink"/>
      <w:u w:val="single"/>
    </w:rPr>
  </w:style>
  <w:style w:type="paragraph" w:styleId="BalloonText">
    <w:name w:val="Balloon Text"/>
    <w:basedOn w:val="Normal"/>
    <w:link w:val="BalloonTextChar"/>
    <w:uiPriority w:val="99"/>
    <w:semiHidden/>
    <w:unhideWhenUsed/>
    <w:rsid w:val="00DA29C0"/>
    <w:rPr>
      <w:rFonts w:ascii="Tahoma" w:hAnsi="Tahoma" w:cs="Tahoma"/>
      <w:sz w:val="16"/>
      <w:szCs w:val="16"/>
    </w:rPr>
  </w:style>
  <w:style w:type="character" w:customStyle="1" w:styleId="BalloonTextChar">
    <w:name w:val="Balloon Text Char"/>
    <w:basedOn w:val="DefaultParagraphFont"/>
    <w:link w:val="BalloonText"/>
    <w:uiPriority w:val="99"/>
    <w:semiHidden/>
    <w:rsid w:val="00DA29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62311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AEBF9-6B0E-4BAE-8087-87325C59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Sorin Gheju</cp:lastModifiedBy>
  <cp:revision>3</cp:revision>
  <dcterms:created xsi:type="dcterms:W3CDTF">2013-12-23T23:15:00Z</dcterms:created>
  <dcterms:modified xsi:type="dcterms:W3CDTF">2026-10-06T06:58:00Z</dcterms:modified>
  <cp:category/>
</cp:coreProperties>
</file>