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BF543C" w:rsidTr="00E0155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F543C" w:rsidRPr="006E4C61" w:rsidRDefault="00A8768F" w:rsidP="00E01550">
            <w:pPr>
              <w:keepNext/>
              <w:jc w:val="center"/>
              <w:rPr>
                <w:i/>
                <w:color w:val="595959"/>
              </w:rPr>
            </w:pPr>
            <w:r w:rsidRPr="00A8768F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1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F543C" w:rsidRDefault="00BF543C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BF543C" w:rsidRPr="00191219" w:rsidRDefault="00BF543C" w:rsidP="00E01550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BF543C" w:rsidTr="00E01550">
        <w:trPr>
          <w:cantSplit/>
          <w:trHeight w:val="510"/>
        </w:trPr>
        <w:tc>
          <w:tcPr>
            <w:tcW w:w="1606" w:type="dxa"/>
            <w:vMerge/>
          </w:tcPr>
          <w:p w:rsidR="00BF543C" w:rsidRDefault="00BF543C" w:rsidP="00E01550"/>
        </w:tc>
        <w:tc>
          <w:tcPr>
            <w:tcW w:w="8030" w:type="dxa"/>
            <w:gridSpan w:val="3"/>
            <w:shd w:val="clear" w:color="auto" w:fill="F0F0F0"/>
          </w:tcPr>
          <w:p w:rsidR="00BF543C" w:rsidRDefault="00BF543C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BF543C" w:rsidRDefault="00BF543C" w:rsidP="00E01550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8768F">
              <w:rPr>
                <w:sz w:val="20"/>
                <w:szCs w:val="32"/>
              </w:rPr>
              <w:t>COMUNEI PECIU NOU</w:t>
            </w:r>
          </w:p>
        </w:tc>
      </w:tr>
      <w:tr w:rsidR="00BF543C" w:rsidTr="00E01550">
        <w:trPr>
          <w:cantSplit/>
          <w:trHeight w:val="510"/>
        </w:trPr>
        <w:tc>
          <w:tcPr>
            <w:tcW w:w="1606" w:type="dxa"/>
            <w:vMerge/>
          </w:tcPr>
          <w:p w:rsidR="00BF543C" w:rsidRDefault="00BF543C" w:rsidP="00E01550"/>
        </w:tc>
        <w:tc>
          <w:tcPr>
            <w:tcW w:w="1562" w:type="dxa"/>
            <w:shd w:val="clear" w:color="auto" w:fill="F0F0F0"/>
          </w:tcPr>
          <w:p w:rsidR="00BF543C" w:rsidRPr="00F801F2" w:rsidRDefault="00BF543C" w:rsidP="00E0155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BF543C" w:rsidRPr="006E4C61" w:rsidRDefault="00A8768F" w:rsidP="00E01550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A8768F" w:rsidRDefault="00BF543C" w:rsidP="00A8768F">
            <w:pPr>
              <w:keepNext/>
            </w:pPr>
            <w:r w:rsidRPr="006E4C61">
              <w:rPr>
                <w:iCs/>
                <w:color w:val="7A7A7A"/>
                <w:sz w:val="20"/>
                <w:szCs w:val="20"/>
              </w:rPr>
              <w:t xml:space="preserve"> </w:t>
            </w:r>
            <w:proofErr w:type="spellStart"/>
            <w:r w:rsidR="00A8768F">
              <w:rPr>
                <w:b/>
                <w:color w:val="0D5F78"/>
              </w:rPr>
              <w:t>Adresa</w:t>
            </w:r>
            <w:proofErr w:type="spellEnd"/>
            <w:r w:rsidR="00A8768F">
              <w:rPr>
                <w:b/>
                <w:color w:val="0D5F78"/>
              </w:rPr>
              <w:t xml:space="preserve"> </w:t>
            </w:r>
            <w:proofErr w:type="spellStart"/>
            <w:r w:rsidR="00A8768F">
              <w:rPr>
                <w:b/>
                <w:color w:val="0D5F78"/>
              </w:rPr>
              <w:t>oficială</w:t>
            </w:r>
            <w:proofErr w:type="spellEnd"/>
          </w:p>
          <w:p w:rsidR="00A8768F" w:rsidRPr="00CA78D8" w:rsidRDefault="00A8768F" w:rsidP="00A8768F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A8768F" w:rsidRPr="00CA78D8" w:rsidRDefault="00A8768F" w:rsidP="00A8768F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A8768F" w:rsidRPr="00CA78D8" w:rsidRDefault="00A8768F" w:rsidP="00A8768F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A8768F" w:rsidRPr="00CA78D8" w:rsidRDefault="00A8768F" w:rsidP="00A8768F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BF543C" w:rsidRPr="006E4C61" w:rsidRDefault="00A8768F" w:rsidP="00A8768F">
            <w:pPr>
              <w:keepNext/>
              <w:rPr>
                <w:iCs/>
                <w:sz w:val="20"/>
                <w:szCs w:val="20"/>
              </w:rPr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  <w:p w:rsidR="00BF543C" w:rsidRDefault="00BF543C" w:rsidP="00E01550">
            <w:pPr>
              <w:keepNext/>
            </w:pPr>
          </w:p>
        </w:tc>
      </w:tr>
      <w:tr w:rsidR="00BF543C" w:rsidTr="00E01550">
        <w:trPr>
          <w:cantSplit/>
          <w:trHeight w:val="510"/>
        </w:trPr>
        <w:tc>
          <w:tcPr>
            <w:tcW w:w="1606" w:type="dxa"/>
            <w:vMerge/>
          </w:tcPr>
          <w:p w:rsidR="00BF543C" w:rsidRDefault="00BF543C" w:rsidP="00E01550"/>
        </w:tc>
        <w:tc>
          <w:tcPr>
            <w:tcW w:w="4818" w:type="dxa"/>
            <w:gridSpan w:val="2"/>
            <w:shd w:val="clear" w:color="auto" w:fill="F0F0F0"/>
          </w:tcPr>
          <w:p w:rsidR="00BF543C" w:rsidRDefault="00BF543C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BF543C" w:rsidRDefault="00BF543C" w:rsidP="00E01550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F543C" w:rsidRDefault="00BF543C" w:rsidP="00E0155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F543C" w:rsidRDefault="00BF543C" w:rsidP="00E01550">
            <w:pPr>
              <w:keepNext/>
            </w:pPr>
          </w:p>
        </w:tc>
      </w:tr>
    </w:tbl>
    <w:p w:rsidR="00A11ECC" w:rsidRPr="00182EDC" w:rsidRDefault="003A48A4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:rsidR="00A11ECC" w:rsidRDefault="003A48A4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 w:rsidR="00A8768F">
        <w:rPr>
          <w:sz w:val="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3A48A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</w:tcPr>
          <w:p w:rsidR="00A11ECC" w:rsidRPr="00E6757A" w:rsidRDefault="003A48A4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</w:t>
            </w:r>
            <w:proofErr w:type="spellEnd"/>
            <w:r w:rsidRPr="00E6757A">
              <w:rPr>
                <w:b/>
                <w:color w:val="0D5F78"/>
                <w:lang w:val="fr-FR"/>
              </w:rPr>
              <w:t>ț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A11ECC" w:rsidRPr="00E6757A" w:rsidRDefault="00BF543C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8768F">
              <w:rPr>
                <w:sz w:val="20"/>
                <w:szCs w:val="32"/>
              </w:rPr>
              <w:t>COMUNEI PECIU NOU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48A4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48A4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48A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48A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3A48A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3A48A4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11ECC" w:rsidRPr="00182ED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3A48A4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3A48A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3A48A4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E6757A">
              <w:rPr>
                <w:b/>
                <w:color w:val="0D5F78"/>
                <w:lang w:val="fr-FR"/>
              </w:rPr>
              <w:t>ț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ie</w:t>
            </w:r>
            <w:proofErr w:type="spellEnd"/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>
        <w:trPr>
          <w:cantSplit/>
          <w:trHeight w:val="510"/>
        </w:trPr>
        <w:tc>
          <w:tcPr>
            <w:tcW w:w="9636" w:type="dxa"/>
            <w:gridSpan w:val="3"/>
          </w:tcPr>
          <w:p w:rsidR="00A11ECC" w:rsidRDefault="003A48A4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p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3A48A4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3A48A4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:rsidR="00A11ECC" w:rsidRDefault="00A11ECC"/>
        </w:tc>
        <w:tc>
          <w:tcPr>
            <w:tcW w:w="5621" w:type="dxa"/>
          </w:tcPr>
          <w:p w:rsidR="00A11ECC" w:rsidRPr="00E6757A" w:rsidRDefault="003A48A4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ții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A11ECC" w:rsidRDefault="003A48A4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11ECC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3A48A4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>
        <w:trPr>
          <w:cantSplit/>
        </w:trPr>
        <w:tc>
          <w:tcPr>
            <w:tcW w:w="9636" w:type="dxa"/>
            <w:gridSpan w:val="6"/>
          </w:tcPr>
          <w:p w:rsidR="00A11ECC" w:rsidRDefault="003A48A4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3A48A4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3A48A4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:rsidR="00A11ECC" w:rsidRPr="00E6757A" w:rsidRDefault="00A11ECC" w:rsidP="00BF54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3A48A4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3A48A4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48A4">
            <w:r>
              <w:rPr>
                <w:b/>
                <w:color w:val="0D5F78"/>
              </w:rPr>
              <w:t>Data</w:t>
            </w:r>
          </w:p>
          <w:p w:rsidR="00A11ECC" w:rsidRDefault="00A11ECC"/>
        </w:tc>
        <w:tc>
          <w:tcPr>
            <w:tcW w:w="4818" w:type="dxa"/>
          </w:tcPr>
          <w:p w:rsidR="00A11ECC" w:rsidRDefault="003A48A4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A11ECC" w:rsidRDefault="00A11ECC"/>
        </w:tc>
        <w:tc>
          <w:tcPr>
            <w:tcW w:w="3212" w:type="dxa"/>
          </w:tcPr>
          <w:p w:rsidR="00A11ECC" w:rsidRDefault="003A48A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3A48A4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</w:t>
            </w:r>
            <w:proofErr w:type="spellEnd"/>
            <w:r w:rsidRPr="00E6757A">
              <w:rPr>
                <w:lang w:val="fr-FR"/>
              </w:rPr>
              <w:t>ț</w:t>
            </w:r>
            <w:proofErr w:type="spellStart"/>
            <w:r w:rsidRPr="00E6757A">
              <w:rPr>
                <w:lang w:val="fr-FR"/>
              </w:rPr>
              <w:t>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</w:t>
            </w:r>
            <w:proofErr w:type="spellEnd"/>
            <w:r w:rsidRPr="00E6757A">
              <w:rPr>
                <w:lang w:val="fr-FR"/>
              </w:rPr>
              <w:t xml:space="preserve">țare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</w:t>
            </w:r>
            <w:proofErr w:type="spellEnd"/>
            <w:r w:rsidRPr="00E6757A">
              <w:rPr>
                <w:lang w:val="fr-FR"/>
              </w:rPr>
              <w:t>ț</w:t>
            </w:r>
            <w:proofErr w:type="spellStart"/>
            <w:r w:rsidRPr="00E6757A">
              <w:rPr>
                <w:lang w:val="fr-FR"/>
              </w:rPr>
              <w:t>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ș</w:t>
            </w:r>
            <w:proofErr w:type="spellStart"/>
            <w:r w:rsidRPr="00E6757A">
              <w:rPr>
                <w:lang w:val="fr-FR"/>
              </w:rPr>
              <w:t>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>ș</w:t>
            </w:r>
            <w:proofErr w:type="spellStart"/>
            <w:r w:rsidRPr="00E6757A">
              <w:rPr>
                <w:lang w:val="fr-FR"/>
              </w:rPr>
              <w:t>tiin</w:t>
            </w:r>
            <w:proofErr w:type="spellEnd"/>
            <w:r w:rsidRPr="00E6757A">
              <w:rPr>
                <w:lang w:val="fr-FR"/>
              </w:rPr>
              <w:t>ț</w:t>
            </w:r>
            <w:proofErr w:type="spellStart"/>
            <w:r w:rsidRPr="00E6757A">
              <w:rPr>
                <w:lang w:val="fr-FR"/>
              </w:rPr>
              <w:t>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și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746" w:rsidRDefault="00062746">
      <w:r>
        <w:separator/>
      </w:r>
    </w:p>
  </w:endnote>
  <w:endnote w:type="continuationSeparator" w:id="0">
    <w:p w:rsidR="00062746" w:rsidRDefault="00062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746" w:rsidRDefault="00062746">
      <w:r>
        <w:separator/>
      </w:r>
    </w:p>
  </w:footnote>
  <w:footnote w:type="continuationSeparator" w:id="0">
    <w:p w:rsidR="00062746" w:rsidRDefault="000627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62746"/>
    <w:rsid w:val="000A01C0"/>
    <w:rsid w:val="00123DA8"/>
    <w:rsid w:val="0015074B"/>
    <w:rsid w:val="00182EDC"/>
    <w:rsid w:val="001F772B"/>
    <w:rsid w:val="00221B0A"/>
    <w:rsid w:val="0029639D"/>
    <w:rsid w:val="00326F90"/>
    <w:rsid w:val="003A48A4"/>
    <w:rsid w:val="006C103E"/>
    <w:rsid w:val="007833BE"/>
    <w:rsid w:val="009F77D7"/>
    <w:rsid w:val="00A11ECC"/>
    <w:rsid w:val="00A8768F"/>
    <w:rsid w:val="00AA1D8D"/>
    <w:rsid w:val="00B47730"/>
    <w:rsid w:val="00BF543C"/>
    <w:rsid w:val="00C63275"/>
    <w:rsid w:val="00CB0664"/>
    <w:rsid w:val="00CD09DD"/>
    <w:rsid w:val="00D20CB4"/>
    <w:rsid w:val="00E61A6B"/>
    <w:rsid w:val="00E6757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F543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6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FB40A-2DA2-4EF6-9570-F51211AD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Gheju Sorin</dc:creator>
  <cp:lastModifiedBy>Sorin Gheju</cp:lastModifiedBy>
  <cp:revision>3</cp:revision>
  <cp:lastPrinted>2026-10-08T06:04:00Z</cp:lastPrinted>
  <dcterms:created xsi:type="dcterms:W3CDTF">2026-10-08T06:08:00Z</dcterms:created>
  <dcterms:modified xsi:type="dcterms:W3CDTF">2026-10-08T06:08:00Z</dcterms:modified>
</cp:coreProperties>
</file>