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A11ECC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11ECC" w:rsidRDefault="002307F5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siglă</w:t>
            </w:r>
            <w:proofErr w:type="spellEnd"/>
            <w:r>
              <w:rPr>
                <w:i/>
                <w:color w:val="595959"/>
              </w:rPr>
              <w:t xml:space="preserve"> / </w:t>
            </w:r>
            <w:proofErr w:type="spellStart"/>
            <w:r>
              <w:rPr>
                <w:i/>
                <w:color w:val="595959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A11ECC" w:rsidRDefault="00A11ECC">
            <w:pPr>
              <w:keepNext/>
            </w:pPr>
          </w:p>
        </w:tc>
      </w:tr>
      <w:tr w:rsidR="00781DFE" w:rsidRPr="00B5567D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:rsidR="00781DFE" w:rsidRPr="00006396" w:rsidRDefault="00781DFE" w:rsidP="00781DFE">
            <w:pPr>
              <w:keepNext/>
              <w:rPr>
                <w:lang w:val="fr-FR"/>
              </w:rPr>
            </w:pPr>
            <w:proofErr w:type="spellStart"/>
            <w:r w:rsidRPr="00006396">
              <w:rPr>
                <w:b/>
                <w:color w:val="0D5F78"/>
                <w:lang w:val="fr-FR"/>
              </w:rPr>
              <w:t>Inspectoratul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</w:t>
            </w:r>
            <w:proofErr w:type="spellEnd"/>
            <w:r>
              <w:rPr>
                <w:b/>
                <w:color w:val="0D5F78"/>
                <w:lang w:val="fr-FR"/>
              </w:rPr>
              <w:t xml:space="preserve">ții – </w:t>
            </w:r>
            <w:proofErr w:type="spellStart"/>
            <w:r>
              <w:rPr>
                <w:b/>
                <w:color w:val="0D5F78"/>
                <w:lang w:val="fr-FR"/>
              </w:rPr>
              <w:t>Inspectoratul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</w:t>
            </w:r>
            <w:proofErr w:type="spellEnd"/>
            <w:r>
              <w:rPr>
                <w:b/>
                <w:color w:val="0D5F78"/>
                <w:lang w:val="fr-FR"/>
              </w:rPr>
              <w:t>ții</w:t>
            </w:r>
            <w:r w:rsidR="00E17776">
              <w:rPr>
                <w:b/>
                <w:color w:val="0D5F78"/>
                <w:lang w:val="fr-FR"/>
              </w:rPr>
              <w:t xml:space="preserve"> Timis</w:t>
            </w:r>
          </w:p>
          <w:p w:rsidR="00781DFE" w:rsidRPr="00B5567D" w:rsidRDefault="00781DFE" w:rsidP="00781DFE">
            <w:pPr>
              <w:keepNext/>
              <w:rPr>
                <w:lang w:val="fr-FR"/>
              </w:rPr>
            </w:pPr>
          </w:p>
        </w:tc>
      </w:tr>
      <w:tr w:rsidR="00781DFE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:rsidR="00781DFE" w:rsidRPr="00E6757A" w:rsidRDefault="00781DFE" w:rsidP="00781DF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:rsidR="00781DFE" w:rsidRPr="00E6757A" w:rsidRDefault="00781DFE" w:rsidP="00781DFE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781DFE" w:rsidRDefault="00781DFE" w:rsidP="00781DFE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:rsidR="00781DFE" w:rsidRDefault="00781DFE" w:rsidP="00781DFE">
            <w:pPr>
              <w:keepNext/>
            </w:pPr>
          </w:p>
        </w:tc>
      </w:tr>
      <w:tr w:rsidR="00781DFE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781DFE" w:rsidRDefault="00781DFE" w:rsidP="00781D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81DFE" w:rsidRDefault="00781DFE" w:rsidP="00781DFE">
            <w:pPr>
              <w:keepNext/>
            </w:pPr>
          </w:p>
        </w:tc>
      </w:tr>
      <w:tr w:rsidR="00781DFE" w:rsidRPr="00B5567D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p w:rsidR="00A11ECC" w:rsidRPr="00B5567D" w:rsidRDefault="002307F5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:rsidR="00A11ECC" w:rsidRDefault="002307F5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2307F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>
        <w:trPr>
          <w:cantSplit/>
          <w:trHeight w:val="510"/>
        </w:trPr>
        <w:tc>
          <w:tcPr>
            <w:tcW w:w="9636" w:type="dxa"/>
          </w:tcPr>
          <w:p w:rsidR="00A11ECC" w:rsidRPr="00E6757A" w:rsidRDefault="00A11ECC">
            <w:pPr>
              <w:keepNext/>
              <w:rPr>
                <w:lang w:val="fr-FR"/>
              </w:rPr>
            </w:pP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</w:t>
            </w:r>
            <w:proofErr w:type="spellEnd"/>
            <w:r>
              <w:rPr>
                <w:lang w:val="fr-FR"/>
              </w:rPr>
              <w:t>ții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2307F5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2307F5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2307F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2307F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2307F5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2307F5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11ECC" w:rsidRPr="00B5567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2307F5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2307F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2307F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E6757A">
              <w:rPr>
                <w:b/>
                <w:color w:val="0D5F78"/>
                <w:lang w:val="fr-FR"/>
              </w:rPr>
              <w:t>ț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ie</w:t>
            </w:r>
            <w:proofErr w:type="spellEnd"/>
          </w:p>
          <w:p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B5567D" w:rsidRDefault="002307F5">
            <w:pPr>
              <w:rPr>
                <w:lang w:val="fr-FR"/>
              </w:rPr>
            </w:pPr>
            <w:r w:rsidRPr="00B5567D">
              <w:rPr>
                <w:b/>
                <w:color w:val="0D5F78"/>
                <w:lang w:val="fr-FR"/>
              </w:rPr>
              <w:t>în valoare de (lei)</w:t>
            </w:r>
          </w:p>
          <w:p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A11ECC" w:rsidRPr="00B5567D" w:rsidRDefault="00A11ECC">
      <w:pPr>
        <w:spacing w:line="168" w:lineRule="auto"/>
        <w:rPr>
          <w:lang w:val="fr-FR"/>
        </w:rPr>
      </w:pPr>
    </w:p>
    <w:p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2307F5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2307F5">
            <w:r>
              <w:rPr>
                <w:b/>
                <w:color w:val="0D5F78"/>
              </w:rPr>
              <w:t>ora</w:t>
            </w:r>
          </w:p>
          <w:p w:rsidR="00A11ECC" w:rsidRDefault="00A11ECC"/>
        </w:tc>
        <w:tc>
          <w:tcPr>
            <w:tcW w:w="5621" w:type="dxa"/>
          </w:tcPr>
          <w:p w:rsidR="00A11ECC" w:rsidRPr="00E6757A" w:rsidRDefault="002307F5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ții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A11ECC" w:rsidRDefault="002307F5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2307F5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:rsidTr="00B5567D">
        <w:trPr>
          <w:cantSplit/>
        </w:trPr>
        <w:tc>
          <w:tcPr>
            <w:tcW w:w="9636" w:type="dxa"/>
            <w:gridSpan w:val="6"/>
          </w:tcPr>
          <w:p w:rsidR="00A11ECC" w:rsidRDefault="002307F5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:rsidTr="00B5567D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 w:rsidTr="00B5567D">
        <w:trPr>
          <w:cantSplit/>
          <w:trHeight w:val="510"/>
        </w:trPr>
        <w:tc>
          <w:tcPr>
            <w:tcW w:w="1606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11ECC" w:rsidRDefault="00A11ECC">
            <w:pPr>
              <w:keepNext/>
            </w:pPr>
          </w:p>
        </w:tc>
      </w:tr>
      <w:tr w:rsidR="00A11ECC" w:rsidTr="00B5567D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2307F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:rsidR="00A11ECC" w:rsidRPr="00E6757A" w:rsidRDefault="002307F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2307F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:rsidTr="00F81D1D">
        <w:trPr>
          <w:cantSplit/>
          <w:trHeight w:val="70"/>
        </w:trPr>
        <w:tc>
          <w:tcPr>
            <w:tcW w:w="9636" w:type="dxa"/>
          </w:tcPr>
          <w:p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RPr="00B5567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:rsidTr="00DE7AC0">
        <w:trPr>
          <w:cantSplit/>
          <w:trHeight w:val="510"/>
        </w:trPr>
        <w:tc>
          <w:tcPr>
            <w:tcW w:w="9636" w:type="dxa"/>
          </w:tcPr>
          <w:p w:rsidR="00F81D1D" w:rsidRPr="00B5567D" w:rsidRDefault="00F81D1D" w:rsidP="00DE7AC0">
            <w:pPr>
              <w:rPr>
                <w:lang w:val="fr-FR"/>
              </w:rPr>
            </w:pP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B5567D">
              <w:rPr>
                <w:sz w:val="16"/>
                <w:lang w:val="fr-FR"/>
              </w:rPr>
              <w:t>de investiții</w:t>
            </w:r>
            <w:proofErr w:type="gramEnd"/>
            <w:r w:rsidRPr="00B5567D">
              <w:rPr>
                <w:sz w:val="16"/>
                <w:lang w:val="fr-FR"/>
              </w:rPr>
              <w:t xml:space="preserve">: 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>de investiții</w:t>
            </w:r>
            <w:proofErr w:type="gramEnd"/>
            <w:r w:rsidRPr="00B5567D">
              <w:rPr>
                <w:sz w:val="16"/>
                <w:lang w:val="fr-FR"/>
              </w:rPr>
              <w:t xml:space="preserve">            .</w:t>
            </w:r>
          </w:p>
          <w:p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F81D1D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:rsidTr="00DE7AC0">
        <w:trPr>
          <w:cantSplit/>
          <w:trHeight w:val="510"/>
        </w:trPr>
        <w:tc>
          <w:tcPr>
            <w:tcW w:w="1606" w:type="dxa"/>
          </w:tcPr>
          <w:p w:rsidR="00F81D1D" w:rsidRDefault="00F81D1D" w:rsidP="00DE7AC0">
            <w:r>
              <w:rPr>
                <w:b/>
                <w:color w:val="0D5F78"/>
              </w:rPr>
              <w:t>Data</w:t>
            </w:r>
          </w:p>
          <w:p w:rsidR="00F81D1D" w:rsidRDefault="00F81D1D" w:rsidP="00DE7AC0"/>
        </w:tc>
        <w:tc>
          <w:tcPr>
            <w:tcW w:w="4818" w:type="dxa"/>
          </w:tcPr>
          <w:p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F81D1D" w:rsidRDefault="00F81D1D" w:rsidP="00DE7AC0"/>
        </w:tc>
        <w:tc>
          <w:tcPr>
            <w:tcW w:w="3212" w:type="dxa"/>
          </w:tcPr>
          <w:p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F81D1D" w:rsidRDefault="00F81D1D" w:rsidP="00DE7AC0"/>
        </w:tc>
      </w:tr>
    </w:tbl>
    <w:p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RPr="00B5567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</w:t>
            </w:r>
            <w:proofErr w:type="spellEnd"/>
            <w:r w:rsidRPr="00895605">
              <w:rPr>
                <w:lang w:val="fr-FR"/>
              </w:rPr>
              <w:t>ț</w:t>
            </w:r>
            <w:proofErr w:type="spellStart"/>
            <w:r w:rsidRPr="00895605">
              <w:rPr>
                <w:lang w:val="fr-FR"/>
              </w:rPr>
              <w:t>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</w:t>
            </w:r>
            <w:proofErr w:type="spellEnd"/>
            <w:r w:rsidRPr="00895605">
              <w:rPr>
                <w:lang w:val="fr-FR"/>
              </w:rPr>
              <w:t xml:space="preserve">țare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</w:t>
            </w:r>
            <w:proofErr w:type="spellEnd"/>
            <w:r w:rsidRPr="00895605">
              <w:rPr>
                <w:lang w:val="fr-FR"/>
              </w:rPr>
              <w:t>ț</w:t>
            </w:r>
            <w:proofErr w:type="spellStart"/>
            <w:r w:rsidRPr="00895605">
              <w:rPr>
                <w:lang w:val="fr-FR"/>
              </w:rPr>
              <w:t>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ș</w:t>
            </w:r>
            <w:proofErr w:type="spellStart"/>
            <w:r w:rsidRPr="00895605">
              <w:rPr>
                <w:lang w:val="fr-FR"/>
              </w:rPr>
              <w:t>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>ș</w:t>
            </w:r>
            <w:proofErr w:type="spellStart"/>
            <w:r w:rsidRPr="00895605">
              <w:rPr>
                <w:lang w:val="fr-FR"/>
              </w:rPr>
              <w:t>tiin</w:t>
            </w:r>
            <w:proofErr w:type="spellEnd"/>
            <w:r w:rsidRPr="00895605">
              <w:rPr>
                <w:lang w:val="fr-FR"/>
              </w:rPr>
              <w:t>ț</w:t>
            </w:r>
            <w:proofErr w:type="spellStart"/>
            <w:r w:rsidRPr="00895605">
              <w:rPr>
                <w:lang w:val="fr-FR"/>
              </w:rPr>
              <w:t>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și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</w:t>
            </w:r>
            <w:proofErr w:type="spellEnd"/>
            <w:r w:rsidRPr="00895605">
              <w:rPr>
                <w:lang w:val="fr-FR"/>
              </w:rPr>
              <w:t>ții.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A8D" w:rsidRDefault="00251A8D">
      <w:r>
        <w:separator/>
      </w:r>
    </w:p>
  </w:endnote>
  <w:endnote w:type="continuationSeparator" w:id="0">
    <w:p w:rsidR="00251A8D" w:rsidRDefault="00251A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A8D" w:rsidRDefault="00251A8D">
      <w:r>
        <w:separator/>
      </w:r>
    </w:p>
  </w:footnote>
  <w:footnote w:type="continuationSeparator" w:id="0">
    <w:p w:rsidR="00251A8D" w:rsidRDefault="00251A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23DA8"/>
    <w:rsid w:val="0015074B"/>
    <w:rsid w:val="00155A18"/>
    <w:rsid w:val="002307F5"/>
    <w:rsid w:val="00251A8D"/>
    <w:rsid w:val="00271790"/>
    <w:rsid w:val="0029639D"/>
    <w:rsid w:val="002A5ABA"/>
    <w:rsid w:val="00326F90"/>
    <w:rsid w:val="006E037C"/>
    <w:rsid w:val="00781DFE"/>
    <w:rsid w:val="00A11ECC"/>
    <w:rsid w:val="00AA1D8D"/>
    <w:rsid w:val="00B47730"/>
    <w:rsid w:val="00B54A8D"/>
    <w:rsid w:val="00B5567D"/>
    <w:rsid w:val="00BB552F"/>
    <w:rsid w:val="00C93562"/>
    <w:rsid w:val="00CB0664"/>
    <w:rsid w:val="00E17776"/>
    <w:rsid w:val="00E61A6B"/>
    <w:rsid w:val="00E6757A"/>
    <w:rsid w:val="00E75FC8"/>
    <w:rsid w:val="00F74426"/>
    <w:rsid w:val="00F81D1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87CE1-1C5D-4DD7-9B66-8162E387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3</cp:revision>
  <dcterms:created xsi:type="dcterms:W3CDTF">2026-08-24T15:14:00Z</dcterms:created>
  <dcterms:modified xsi:type="dcterms:W3CDTF">2026-10-08T06:09:00Z</dcterms:modified>
  <cp:category/>
</cp:coreProperties>
</file>