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14338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14338B" w:rsidRDefault="002737A3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siglă</w:t>
            </w:r>
            <w:proofErr w:type="spellEnd"/>
            <w:r>
              <w:rPr>
                <w:i/>
                <w:color w:val="595959"/>
              </w:rPr>
              <w:t xml:space="preserve"> / </w:t>
            </w:r>
            <w:proofErr w:type="spellStart"/>
            <w:r>
              <w:rPr>
                <w:i/>
                <w:color w:val="595959"/>
              </w:rPr>
              <w:t>stemă</w:t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14338B" w:rsidRDefault="0014338B">
            <w:pPr>
              <w:keepNext/>
            </w:pPr>
          </w:p>
        </w:tc>
      </w:tr>
      <w:tr w:rsidR="0014338B" w:rsidRPr="00143D03">
        <w:trPr>
          <w:cantSplit/>
          <w:trHeight w:val="510"/>
        </w:trPr>
        <w:tc>
          <w:tcPr>
            <w:tcW w:w="1606" w:type="dxa"/>
            <w:vMerge/>
          </w:tcPr>
          <w:p w:rsidR="0014338B" w:rsidRDefault="0014338B"/>
        </w:tc>
        <w:tc>
          <w:tcPr>
            <w:tcW w:w="8030" w:type="dxa"/>
            <w:gridSpan w:val="3"/>
            <w:shd w:val="clear" w:color="auto" w:fill="F0F0F0"/>
          </w:tcPr>
          <w:p w:rsidR="00895605" w:rsidRPr="00006396" w:rsidRDefault="00895605" w:rsidP="00895605">
            <w:pPr>
              <w:keepNext/>
              <w:rPr>
                <w:lang w:val="fr-FR"/>
              </w:rPr>
            </w:pPr>
            <w:proofErr w:type="spellStart"/>
            <w:r w:rsidRPr="00006396">
              <w:rPr>
                <w:b/>
                <w:color w:val="0D5F78"/>
                <w:lang w:val="fr-FR"/>
              </w:rPr>
              <w:t>Inspectoratul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de Stat </w:t>
            </w:r>
            <w:proofErr w:type="spellStart"/>
            <w:r w:rsidRPr="00006396">
              <w:rPr>
                <w:b/>
                <w:color w:val="0D5F78"/>
                <w:lang w:val="fr-FR"/>
              </w:rPr>
              <w:t>în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</w:t>
            </w:r>
            <w:proofErr w:type="spellEnd"/>
            <w:r>
              <w:rPr>
                <w:b/>
                <w:color w:val="0D5F78"/>
                <w:lang w:val="fr-FR"/>
              </w:rPr>
              <w:t xml:space="preserve">ții – </w:t>
            </w:r>
            <w:proofErr w:type="spellStart"/>
            <w:r>
              <w:rPr>
                <w:b/>
                <w:color w:val="0D5F78"/>
                <w:lang w:val="fr-FR"/>
              </w:rPr>
              <w:t>Inspectoratul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Teritorial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în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Construc</w:t>
            </w:r>
            <w:proofErr w:type="spellEnd"/>
            <w:r>
              <w:rPr>
                <w:b/>
                <w:color w:val="0D5F78"/>
                <w:lang w:val="fr-FR"/>
              </w:rPr>
              <w:t>ții</w:t>
            </w:r>
            <w:r w:rsidR="00D867DC">
              <w:rPr>
                <w:b/>
                <w:color w:val="0D5F78"/>
                <w:lang w:val="fr-FR"/>
              </w:rPr>
              <w:t xml:space="preserve"> Timis</w:t>
            </w:r>
          </w:p>
          <w:p w:rsidR="0014338B" w:rsidRPr="00895605" w:rsidRDefault="0014338B">
            <w:pPr>
              <w:keepNext/>
              <w:rPr>
                <w:lang w:val="fr-FR"/>
              </w:rPr>
            </w:pPr>
          </w:p>
        </w:tc>
      </w:tr>
      <w:tr w:rsidR="0014338B">
        <w:trPr>
          <w:cantSplit/>
          <w:trHeight w:val="510"/>
        </w:trPr>
        <w:tc>
          <w:tcPr>
            <w:tcW w:w="1606" w:type="dxa"/>
            <w:vMerge/>
          </w:tcPr>
          <w:p w:rsidR="0014338B" w:rsidRPr="00895605" w:rsidRDefault="0014338B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:rsidR="0014338B" w:rsidRPr="00895605" w:rsidRDefault="002737A3">
            <w:pPr>
              <w:keepNext/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(CIF)</w:t>
            </w:r>
          </w:p>
          <w:p w:rsidR="0014338B" w:rsidRPr="00895605" w:rsidRDefault="0014338B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14338B" w:rsidRDefault="002737A3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  <w:trHeight w:val="510"/>
        </w:trPr>
        <w:tc>
          <w:tcPr>
            <w:tcW w:w="1606" w:type="dxa"/>
            <w:vMerge/>
          </w:tcPr>
          <w:p w:rsidR="0014338B" w:rsidRDefault="0014338B"/>
        </w:tc>
        <w:tc>
          <w:tcPr>
            <w:tcW w:w="4818" w:type="dxa"/>
            <w:gridSpan w:val="2"/>
            <w:shd w:val="clear" w:color="auto" w:fill="F0F0F0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4338B" w:rsidRDefault="0014338B">
            <w:pPr>
              <w:keepNext/>
            </w:pPr>
          </w:p>
        </w:tc>
      </w:tr>
      <w:tr w:rsidR="0014338B" w:rsidRPr="00143D0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14338B" w:rsidRPr="00895605" w:rsidRDefault="002737A3">
            <w:pPr>
              <w:rPr>
                <w:lang w:val="fr-FR"/>
              </w:rPr>
            </w:pPr>
            <w:r w:rsidRPr="00895605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scrie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în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89560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:rsidR="0014338B" w:rsidRPr="00143D03" w:rsidRDefault="002737A3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:rsidR="00071E24" w:rsidRDefault="002737A3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2737A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>
        <w:trPr>
          <w:cantSplit/>
          <w:trHeight w:val="510"/>
        </w:trPr>
        <w:tc>
          <w:tcPr>
            <w:tcW w:w="9636" w:type="dxa"/>
          </w:tcPr>
          <w:p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>
        <w:trPr>
          <w:cantSplit/>
        </w:trPr>
        <w:tc>
          <w:tcPr>
            <w:tcW w:w="9636" w:type="dxa"/>
            <w:shd w:val="clear" w:color="auto" w:fill="F4F4F4"/>
          </w:tcPr>
          <w:p w:rsidR="0014338B" w:rsidRPr="00895605" w:rsidRDefault="002737A3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</w:t>
            </w:r>
            <w:proofErr w:type="spellEnd"/>
            <w:r w:rsidR="00895605">
              <w:rPr>
                <w:lang w:val="fr-FR"/>
              </w:rPr>
              <w:t>ții</w:t>
            </w:r>
          </w:p>
        </w:tc>
      </w:tr>
    </w:tbl>
    <w:p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2737A3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>
        <w:trPr>
          <w:cantSplit/>
          <w:trHeight w:val="510"/>
        </w:trPr>
        <w:tc>
          <w:tcPr>
            <w:tcW w:w="5621" w:type="dxa"/>
            <w:gridSpan w:val="5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2737A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2737A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14338B" w:rsidRDefault="0014338B">
            <w:pPr>
              <w:keepNext/>
            </w:pPr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2737A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>
        <w:trPr>
          <w:cantSplit/>
          <w:trHeight w:val="510"/>
        </w:trPr>
        <w:tc>
          <w:tcPr>
            <w:tcW w:w="4015" w:type="dxa"/>
            <w:gridSpan w:val="3"/>
          </w:tcPr>
          <w:p w:rsidR="0014338B" w:rsidRDefault="002737A3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14338B" w:rsidRDefault="0014338B"/>
        </w:tc>
        <w:tc>
          <w:tcPr>
            <w:tcW w:w="5621" w:type="dxa"/>
            <w:gridSpan w:val="5"/>
          </w:tcPr>
          <w:p w:rsidR="0014338B" w:rsidRDefault="002737A3">
            <w:r>
              <w:rPr>
                <w:b/>
                <w:color w:val="0D5F78"/>
              </w:rPr>
              <w:t>E-mail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14338B" w:rsidRPr="00143D0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Pr="00895605" w:rsidRDefault="002737A3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14338B" w:rsidRDefault="0014338B">
            <w:pPr>
              <w:keepNext/>
            </w:pPr>
          </w:p>
        </w:tc>
        <w:tc>
          <w:tcPr>
            <w:tcW w:w="5621" w:type="dxa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2737A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2737A3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</w:t>
            </w:r>
            <w:proofErr w:type="spellEnd"/>
            <w:r w:rsidRPr="00895605">
              <w:rPr>
                <w:b/>
                <w:color w:val="0D5F78"/>
                <w:lang w:val="fr-FR"/>
              </w:rPr>
              <w:t>ț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</w:p>
          <w:p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2737A3" w:rsidP="00C25235">
            <w:pPr>
              <w:rPr>
                <w:lang w:val="fr-FR"/>
              </w:rPr>
            </w:pPr>
            <w:proofErr w:type="spell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:rsidR="0014338B" w:rsidRPr="00143D03" w:rsidRDefault="002737A3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14338B">
        <w:trPr>
          <w:cantSplit/>
          <w:trHeight w:val="510"/>
        </w:trPr>
        <w:tc>
          <w:tcPr>
            <w:tcW w:w="2409" w:type="dxa"/>
          </w:tcPr>
          <w:p w:rsidR="0014338B" w:rsidRDefault="002737A3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:rsidR="0014338B" w:rsidRDefault="0014338B"/>
        </w:tc>
        <w:tc>
          <w:tcPr>
            <w:tcW w:w="1606" w:type="dxa"/>
          </w:tcPr>
          <w:p w:rsidR="0014338B" w:rsidRDefault="002737A3">
            <w:r>
              <w:rPr>
                <w:b/>
                <w:color w:val="0D5F78"/>
              </w:rPr>
              <w:t>ora</w:t>
            </w:r>
          </w:p>
          <w:p w:rsidR="0014338B" w:rsidRDefault="0014338B"/>
        </w:tc>
        <w:tc>
          <w:tcPr>
            <w:tcW w:w="5621" w:type="dxa"/>
          </w:tcPr>
          <w:p w:rsidR="0014338B" w:rsidRPr="00895605" w:rsidRDefault="002737A3">
            <w:pPr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ții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:rsidR="0014338B" w:rsidRDefault="002737A3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4338B" w:rsidRDefault="002737A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2737A3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:rsidTr="00365E65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2737A3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1606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5621" w:type="dxa"/>
            <w:gridSpan w:val="3"/>
          </w:tcPr>
          <w:p w:rsidR="0014338B" w:rsidRPr="00895605" w:rsidRDefault="002737A3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:rsidR="0014338B" w:rsidRPr="00895605" w:rsidRDefault="002737A3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:rsidR="0014338B" w:rsidRDefault="002737A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2737A3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06"/>
      </w:tblGrid>
      <w:tr w:rsidR="00365E65" w:rsidRPr="00365E65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:rsidTr="00B35B08">
        <w:trPr>
          <w:cantSplit/>
        </w:trPr>
        <w:tc>
          <w:tcPr>
            <w:tcW w:w="9606" w:type="dxa"/>
          </w:tcPr>
          <w:p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06"/>
      </w:tblGrid>
      <w:tr w:rsidR="00FC030E" w:rsidRPr="00365E65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>6. VALOAREA REALĂ A LUCRĂRILOR EXECUTATE</w:t>
            </w:r>
          </w:p>
        </w:tc>
      </w:tr>
      <w:tr w:rsidR="00FC030E" w:rsidTr="00DE7AC0">
        <w:trPr>
          <w:cantSplit/>
        </w:trPr>
        <w:tc>
          <w:tcPr>
            <w:tcW w:w="9606" w:type="dxa"/>
          </w:tcPr>
          <w:p w:rsidR="00FC030E" w:rsidRPr="00C25235" w:rsidRDefault="00FC030E" w:rsidP="00FC030E"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</w:t>
            </w:r>
            <w:proofErr w:type="gramEnd"/>
            <w:r w:rsidRPr="00143D03">
              <w:rPr>
                <w:i/>
                <w:color w:val="7A7A7A"/>
              </w:rPr>
              <w:t xml:space="preserve">.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:rsidR="00FC030E" w:rsidRDefault="00FC030E">
      <w:pPr>
        <w:spacing w:line="168" w:lineRule="auto"/>
      </w:pPr>
    </w:p>
    <w:p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2737A3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:rsidTr="00B862D0">
        <w:trPr>
          <w:cantSplit/>
          <w:trHeight w:val="2831"/>
        </w:trPr>
        <w:tc>
          <w:tcPr>
            <w:tcW w:w="9636" w:type="dxa"/>
          </w:tcPr>
          <w:p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</w:t>
            </w:r>
            <w:proofErr w:type="gramStart"/>
            <w:r w:rsidRPr="00143D03">
              <w:rPr>
                <w:b/>
                <w:color w:val="0D5F78"/>
              </w:rPr>
              <w:t>,1</w:t>
            </w:r>
            <w:proofErr w:type="gramEnd"/>
            <w:r w:rsidRPr="00143D03">
              <w:rPr>
                <w:b/>
                <w:color w:val="0D5F78"/>
              </w:rPr>
              <w:t xml:space="preserve">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ca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ca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</w:t>
            </w:r>
            <w:proofErr w:type="spellEnd"/>
            <w:r w:rsidRPr="00CC429A">
              <w:rPr>
                <w:b/>
                <w:color w:val="0D5F78"/>
                <w:lang w:val="fr-FR"/>
              </w:rPr>
              <w:t>ț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țare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ții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51574A" w:rsidRPr="00143D03" w:rsidTr="00DE7AC0">
        <w:trPr>
          <w:cantSplit/>
        </w:trPr>
        <w:tc>
          <w:tcPr>
            <w:tcW w:w="9636" w:type="dxa"/>
            <w:shd w:val="clear" w:color="auto" w:fill="F4F4F4"/>
          </w:tcPr>
          <w:p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:rsidTr="00F33D43">
        <w:trPr>
          <w:cantSplit/>
          <w:trHeight w:val="510"/>
        </w:trPr>
        <w:tc>
          <w:tcPr>
            <w:tcW w:w="9636" w:type="dxa"/>
          </w:tcPr>
          <w:p w:rsidR="0051574A" w:rsidRPr="00143D03" w:rsidRDefault="0051574A" w:rsidP="00DE7AC0">
            <w:pPr>
              <w:rPr>
                <w:lang w:val="fr-FR"/>
              </w:rPr>
            </w:pP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Naț</w:t>
            </w:r>
            <w:proofErr w:type="spellStart"/>
            <w:r w:rsidRPr="00143D03">
              <w:rPr>
                <w:lang w:val="fr-FR"/>
              </w:rPr>
              <w:t>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și </w:t>
            </w:r>
            <w:proofErr w:type="spellStart"/>
            <w:r w:rsidRPr="00143D03">
              <w:rPr>
                <w:lang w:val="fr-FR"/>
              </w:rPr>
              <w:t>Rezilien</w:t>
            </w:r>
            <w:proofErr w:type="spellEnd"/>
            <w:r w:rsidRPr="00143D03">
              <w:rPr>
                <w:lang w:val="fr-FR"/>
              </w:rPr>
              <w:t>ță)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Naț</w:t>
            </w:r>
            <w:proofErr w:type="spellStart"/>
            <w:r w:rsidRPr="00143D03">
              <w:rPr>
                <w:sz w:val="16"/>
                <w:lang w:val="fr-FR"/>
              </w:rPr>
              <w:t>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Naț</w:t>
            </w:r>
            <w:proofErr w:type="spellStart"/>
            <w:r w:rsidRPr="00143D03">
              <w:rPr>
                <w:sz w:val="16"/>
                <w:lang w:val="fr-FR"/>
              </w:rPr>
              <w:t>ional</w:t>
            </w:r>
            <w:proofErr w:type="spellEnd"/>
            <w:r w:rsidRPr="00143D03">
              <w:rPr>
                <w:sz w:val="16"/>
                <w:lang w:val="fr-FR"/>
              </w:rPr>
              <w:t xml:space="preserve"> de investiții Anghel Saligny)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Naț</w:t>
            </w:r>
            <w:proofErr w:type="spellStart"/>
            <w:r w:rsidRPr="00143D03">
              <w:rPr>
                <w:sz w:val="16"/>
                <w:lang w:val="fr-FR"/>
              </w:rPr>
              <w:t>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naț</w:t>
            </w:r>
            <w:proofErr w:type="spellStart"/>
            <w:r w:rsidRPr="00143D03">
              <w:rPr>
                <w:sz w:val="16"/>
                <w:lang w:val="fr-FR"/>
              </w:rPr>
              <w:t>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</w:t>
            </w:r>
            <w:proofErr w:type="spellEnd"/>
            <w:r w:rsidRPr="00143D03">
              <w:rPr>
                <w:sz w:val="16"/>
                <w:lang w:val="fr-FR"/>
              </w:rPr>
              <w:t xml:space="preserve">ții de </w:t>
            </w:r>
            <w:proofErr w:type="spellStart"/>
            <w:r w:rsidRPr="00143D03">
              <w:rPr>
                <w:sz w:val="16"/>
                <w:lang w:val="fr-FR"/>
              </w:rPr>
              <w:t>locuin</w:t>
            </w:r>
            <w:proofErr w:type="spellEnd"/>
            <w:r w:rsidRPr="00143D03">
              <w:rPr>
                <w:sz w:val="16"/>
                <w:lang w:val="fr-FR"/>
              </w:rPr>
              <w:t xml:space="preserve">țe sociale și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PNI 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Cantacuzino</w:t>
            </w:r>
            <w:proofErr w:type="spellEnd"/>
            <w:r w:rsidRPr="00143D03">
              <w:rPr>
                <w:sz w:val="16"/>
                <w:lang w:val="fr-FR"/>
              </w:rPr>
              <w:t xml:space="preserve">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naț</w:t>
            </w:r>
            <w:proofErr w:type="spellStart"/>
            <w:r w:rsidRPr="00143D03">
              <w:rPr>
                <w:sz w:val="16"/>
                <w:lang w:val="fr-FR"/>
              </w:rPr>
              <w:t>ional</w:t>
            </w:r>
            <w:proofErr w:type="spellEnd"/>
            <w:r w:rsidRPr="00143D03">
              <w:rPr>
                <w:sz w:val="16"/>
                <w:lang w:val="fr-FR"/>
              </w:rPr>
              <w:t xml:space="preserve"> de investiții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Cantacuzino”)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CNI – MDLPA Program Naț</w:t>
            </w:r>
            <w:proofErr w:type="spellStart"/>
            <w:r w:rsidRPr="00143D03">
              <w:rPr>
                <w:sz w:val="16"/>
                <w:lang w:val="fr-FR"/>
              </w:rPr>
              <w:t>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</w:t>
            </w:r>
            <w:proofErr w:type="spellEnd"/>
            <w:r w:rsidRPr="00143D03">
              <w:rPr>
                <w:sz w:val="16"/>
                <w:lang w:val="fr-FR"/>
              </w:rPr>
              <w:t xml:space="preserve">ții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</w:t>
            </w:r>
            <w:proofErr w:type="spellEnd"/>
            <w:r w:rsidRPr="00143D03">
              <w:rPr>
                <w:sz w:val="16"/>
                <w:lang w:val="fr-FR"/>
              </w:rPr>
              <w:t xml:space="preserve">ții de </w:t>
            </w:r>
            <w:proofErr w:type="spellStart"/>
            <w:r w:rsidRPr="00143D03">
              <w:rPr>
                <w:sz w:val="16"/>
                <w:lang w:val="fr-FR"/>
              </w:rPr>
              <w:t>locuin</w:t>
            </w:r>
            <w:proofErr w:type="spellEnd"/>
            <w:r w:rsidRPr="00143D03">
              <w:rPr>
                <w:sz w:val="16"/>
                <w:lang w:val="fr-FR"/>
              </w:rPr>
              <w:t>țe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și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</w:t>
            </w:r>
            <w:proofErr w:type="gramStart"/>
            <w:r w:rsidRPr="00143D03">
              <w:rPr>
                <w:sz w:val="16"/>
                <w:lang w:val="fr-FR"/>
              </w:rPr>
              <w:t>de investiții</w:t>
            </w:r>
            <w:proofErr w:type="gramEnd"/>
            <w:r w:rsidRPr="00143D03">
              <w:rPr>
                <w:sz w:val="16"/>
                <w:lang w:val="fr-FR"/>
              </w:rPr>
              <w:t xml:space="preserve">: 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51574A">
              <w:rPr>
                <w:i/>
                <w:color w:val="7A7A7A"/>
                <w:lang w:val="fr-FR"/>
              </w:rPr>
              <w:t>de investiții</w:t>
            </w:r>
            <w:proofErr w:type="gramEnd"/>
            <w:r w:rsidRPr="00143D03">
              <w:rPr>
                <w:sz w:val="16"/>
                <w:lang w:val="fr-FR"/>
              </w:rPr>
              <w:t xml:space="preserve">            .</w:t>
            </w:r>
          </w:p>
          <w:p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2737A3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2737A3">
            <w:r>
              <w:rPr>
                <w:b/>
                <w:color w:val="0D5F78"/>
              </w:rPr>
              <w:t>Data</w:t>
            </w:r>
          </w:p>
          <w:p w:rsidR="0014338B" w:rsidRDefault="0014338B"/>
        </w:tc>
        <w:tc>
          <w:tcPr>
            <w:tcW w:w="4818" w:type="dxa"/>
          </w:tcPr>
          <w:p w:rsidR="0014338B" w:rsidRDefault="002737A3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14338B" w:rsidRDefault="0014338B"/>
        </w:tc>
        <w:tc>
          <w:tcPr>
            <w:tcW w:w="3212" w:type="dxa"/>
          </w:tcPr>
          <w:p w:rsidR="0014338B" w:rsidRDefault="002737A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14338B" w:rsidRDefault="0014338B"/>
        </w:tc>
      </w:tr>
    </w:tbl>
    <w:p w:rsidR="0014338B" w:rsidRDefault="0014338B">
      <w:pPr>
        <w:spacing w:line="168" w:lineRule="auto"/>
      </w:pPr>
    </w:p>
    <w:p w:rsidR="0014338B" w:rsidRDefault="0014338B">
      <w:pPr>
        <w:spacing w:line="168" w:lineRule="auto"/>
        <w:rPr>
          <w:lang w:val="fr-FR"/>
        </w:rPr>
      </w:pPr>
    </w:p>
    <w:p w:rsidR="00FB057B" w:rsidRDefault="00FB057B">
      <w:pPr>
        <w:spacing w:line="168" w:lineRule="auto"/>
        <w:rPr>
          <w:lang w:val="fr-FR"/>
        </w:rPr>
      </w:pPr>
    </w:p>
    <w:p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249" w:rsidRDefault="00375249">
      <w:r>
        <w:separator/>
      </w:r>
    </w:p>
  </w:endnote>
  <w:endnote w:type="continuationSeparator" w:id="0">
    <w:p w:rsidR="00375249" w:rsidRDefault="003752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249" w:rsidRDefault="00375249">
      <w:r>
        <w:separator/>
      </w:r>
    </w:p>
  </w:footnote>
  <w:footnote w:type="continuationSeparator" w:id="0">
    <w:p w:rsidR="00375249" w:rsidRDefault="003752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6C43"/>
    <w:rsid w:val="0002124A"/>
    <w:rsid w:val="00034616"/>
    <w:rsid w:val="0006063C"/>
    <w:rsid w:val="00062051"/>
    <w:rsid w:val="000622EF"/>
    <w:rsid w:val="00071E24"/>
    <w:rsid w:val="0014338B"/>
    <w:rsid w:val="00143D03"/>
    <w:rsid w:val="0015074B"/>
    <w:rsid w:val="002737A3"/>
    <w:rsid w:val="0029639D"/>
    <w:rsid w:val="0031695F"/>
    <w:rsid w:val="00326F90"/>
    <w:rsid w:val="00365E65"/>
    <w:rsid w:val="00375249"/>
    <w:rsid w:val="00442B61"/>
    <w:rsid w:val="004A4CBC"/>
    <w:rsid w:val="004E233A"/>
    <w:rsid w:val="0051574A"/>
    <w:rsid w:val="005903A8"/>
    <w:rsid w:val="005C403B"/>
    <w:rsid w:val="006A1DB8"/>
    <w:rsid w:val="006D7C9B"/>
    <w:rsid w:val="00765D3C"/>
    <w:rsid w:val="00782BA8"/>
    <w:rsid w:val="007B0A4D"/>
    <w:rsid w:val="00895605"/>
    <w:rsid w:val="0091423B"/>
    <w:rsid w:val="0095442A"/>
    <w:rsid w:val="009C25E8"/>
    <w:rsid w:val="009D2314"/>
    <w:rsid w:val="00A468F1"/>
    <w:rsid w:val="00AA1D8D"/>
    <w:rsid w:val="00B11050"/>
    <w:rsid w:val="00B35B08"/>
    <w:rsid w:val="00B47730"/>
    <w:rsid w:val="00B56B5D"/>
    <w:rsid w:val="00B862D0"/>
    <w:rsid w:val="00BF084C"/>
    <w:rsid w:val="00C25235"/>
    <w:rsid w:val="00C330B3"/>
    <w:rsid w:val="00C75A7A"/>
    <w:rsid w:val="00CB0664"/>
    <w:rsid w:val="00CC429A"/>
    <w:rsid w:val="00D028DE"/>
    <w:rsid w:val="00D867DC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637944-A0FD-45E1-ACDE-10AD1600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3</cp:revision>
  <dcterms:created xsi:type="dcterms:W3CDTF">2013-12-23T23:15:00Z</dcterms:created>
  <dcterms:modified xsi:type="dcterms:W3CDTF">2026-10-08T06:14:00Z</dcterms:modified>
  <cp:category/>
</cp:coreProperties>
</file>