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7726BA" w:rsidTr="00E01550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7726BA" w:rsidRPr="006E4C61" w:rsidRDefault="008C605A" w:rsidP="00E01550">
            <w:pPr>
              <w:keepNext/>
              <w:jc w:val="center"/>
              <w:rPr>
                <w:i/>
                <w:color w:val="595959"/>
              </w:rPr>
            </w:pPr>
            <w:r w:rsidRPr="008C605A">
              <w:rPr>
                <w:i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5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7726BA" w:rsidRDefault="007726BA" w:rsidP="00E0155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7726BA" w:rsidRPr="00191219" w:rsidRDefault="007726BA" w:rsidP="00E01550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7726BA" w:rsidTr="00E01550">
        <w:trPr>
          <w:cantSplit/>
          <w:trHeight w:val="510"/>
        </w:trPr>
        <w:tc>
          <w:tcPr>
            <w:tcW w:w="1606" w:type="dxa"/>
            <w:vMerge/>
          </w:tcPr>
          <w:p w:rsidR="007726BA" w:rsidRDefault="007726BA" w:rsidP="00E01550"/>
        </w:tc>
        <w:tc>
          <w:tcPr>
            <w:tcW w:w="8030" w:type="dxa"/>
            <w:gridSpan w:val="3"/>
            <w:shd w:val="clear" w:color="auto" w:fill="F0F0F0"/>
          </w:tcPr>
          <w:p w:rsidR="007726BA" w:rsidRDefault="007726BA" w:rsidP="00E0155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7726BA" w:rsidRDefault="007726BA" w:rsidP="00E01550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8C605A">
              <w:rPr>
                <w:sz w:val="20"/>
                <w:szCs w:val="32"/>
              </w:rPr>
              <w:t>COMUNEI PECIU NOU</w:t>
            </w:r>
          </w:p>
        </w:tc>
      </w:tr>
      <w:tr w:rsidR="007726BA" w:rsidTr="00E01550">
        <w:trPr>
          <w:cantSplit/>
          <w:trHeight w:val="510"/>
        </w:trPr>
        <w:tc>
          <w:tcPr>
            <w:tcW w:w="1606" w:type="dxa"/>
            <w:vMerge/>
          </w:tcPr>
          <w:p w:rsidR="007726BA" w:rsidRDefault="007726BA" w:rsidP="00E01550"/>
        </w:tc>
        <w:tc>
          <w:tcPr>
            <w:tcW w:w="1562" w:type="dxa"/>
            <w:shd w:val="clear" w:color="auto" w:fill="F0F0F0"/>
          </w:tcPr>
          <w:p w:rsidR="007726BA" w:rsidRPr="00F801F2" w:rsidRDefault="007726BA" w:rsidP="00E0155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7726BA" w:rsidRPr="006E4C61" w:rsidRDefault="008C605A" w:rsidP="00E01550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8C605A" w:rsidRDefault="007726BA" w:rsidP="008C605A">
            <w:pPr>
              <w:keepNext/>
            </w:pPr>
            <w:r w:rsidRPr="006E4C61">
              <w:rPr>
                <w:iCs/>
                <w:color w:val="7A7A7A"/>
                <w:sz w:val="20"/>
                <w:szCs w:val="20"/>
              </w:rPr>
              <w:t xml:space="preserve"> </w:t>
            </w:r>
            <w:proofErr w:type="spellStart"/>
            <w:r w:rsidR="008C605A">
              <w:rPr>
                <w:b/>
                <w:color w:val="0D5F78"/>
              </w:rPr>
              <w:t>Adresa</w:t>
            </w:r>
            <w:proofErr w:type="spellEnd"/>
            <w:r w:rsidR="008C605A">
              <w:rPr>
                <w:b/>
                <w:color w:val="0D5F78"/>
              </w:rPr>
              <w:t xml:space="preserve"> </w:t>
            </w:r>
            <w:proofErr w:type="spellStart"/>
            <w:r w:rsidR="008C605A">
              <w:rPr>
                <w:b/>
                <w:color w:val="0D5F78"/>
              </w:rPr>
              <w:t>oficială</w:t>
            </w:r>
            <w:proofErr w:type="spellEnd"/>
          </w:p>
          <w:p w:rsidR="008C605A" w:rsidRPr="00CA78D8" w:rsidRDefault="008C605A" w:rsidP="008C605A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8C605A" w:rsidRPr="00CA78D8" w:rsidRDefault="008C605A" w:rsidP="008C605A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8C605A" w:rsidRPr="00CA78D8" w:rsidRDefault="008C605A" w:rsidP="008C605A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8C605A" w:rsidRPr="00CA78D8" w:rsidRDefault="008C605A" w:rsidP="008C605A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7726BA" w:rsidRPr="006E4C61" w:rsidRDefault="008C605A" w:rsidP="008C605A">
            <w:pPr>
              <w:keepNext/>
              <w:rPr>
                <w:iCs/>
                <w:sz w:val="20"/>
                <w:szCs w:val="20"/>
              </w:rPr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  <w:p w:rsidR="007726BA" w:rsidRDefault="007726BA" w:rsidP="00E01550">
            <w:pPr>
              <w:keepNext/>
            </w:pPr>
          </w:p>
        </w:tc>
      </w:tr>
      <w:tr w:rsidR="007726BA" w:rsidTr="00E01550">
        <w:trPr>
          <w:cantSplit/>
          <w:trHeight w:val="510"/>
        </w:trPr>
        <w:tc>
          <w:tcPr>
            <w:tcW w:w="1606" w:type="dxa"/>
            <w:vMerge/>
          </w:tcPr>
          <w:p w:rsidR="007726BA" w:rsidRDefault="007726BA" w:rsidP="00E01550"/>
        </w:tc>
        <w:tc>
          <w:tcPr>
            <w:tcW w:w="4818" w:type="dxa"/>
            <w:gridSpan w:val="2"/>
            <w:shd w:val="clear" w:color="auto" w:fill="F0F0F0"/>
          </w:tcPr>
          <w:p w:rsidR="007726BA" w:rsidRDefault="007726BA" w:rsidP="00E0155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7726BA" w:rsidRDefault="007726BA" w:rsidP="00E01550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7726BA" w:rsidRDefault="007726BA" w:rsidP="00E0155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7726BA" w:rsidRDefault="007726BA" w:rsidP="00E01550">
            <w:pPr>
              <w:keepNext/>
            </w:pPr>
          </w:p>
        </w:tc>
      </w:tr>
    </w:tbl>
    <w:p w:rsidR="00AD35FD" w:rsidRPr="005E6036" w:rsidRDefault="005E0DCC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:rsidR="00AD35FD" w:rsidRDefault="005E0DCC">
      <w:pPr>
        <w:spacing w:after="120"/>
        <w:jc w:val="center"/>
      </w:pPr>
      <w:r>
        <w:rPr>
          <w:sz w:val="19"/>
        </w:rPr>
        <w:t>privind încheierea execuției lucrărilor</w:t>
      </w:r>
    </w:p>
    <w:p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D35FD">
        <w:trPr>
          <w:cantSplit/>
        </w:trPr>
        <w:tc>
          <w:tcPr>
            <w:tcW w:w="9636" w:type="dxa"/>
            <w:shd w:val="clear" w:color="auto" w:fill="F4F4F4"/>
          </w:tcPr>
          <w:p w:rsidR="00AD35FD" w:rsidRDefault="005E0DC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>
        <w:trPr>
          <w:cantSplit/>
          <w:trHeight w:val="510"/>
        </w:trPr>
        <w:tc>
          <w:tcPr>
            <w:tcW w:w="9636" w:type="dxa"/>
          </w:tcPr>
          <w:p w:rsidR="007726BA" w:rsidRDefault="007726BA" w:rsidP="007050CD">
            <w:pPr>
              <w:keepNext/>
              <w:rPr>
                <w:sz w:val="20"/>
                <w:szCs w:val="32"/>
              </w:rPr>
            </w:pPr>
          </w:p>
          <w:p w:rsidR="00AD35FD" w:rsidRPr="007050CD" w:rsidRDefault="007726BA" w:rsidP="007050CD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8C605A">
              <w:rPr>
                <w:sz w:val="20"/>
                <w:szCs w:val="32"/>
              </w:rPr>
              <w:t>COMUNEI PECIU NOU</w:t>
            </w:r>
          </w:p>
        </w:tc>
      </w:tr>
    </w:tbl>
    <w:p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5E0DCC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>
        <w:trPr>
          <w:cantSplit/>
          <w:trHeight w:val="510"/>
        </w:trPr>
        <w:tc>
          <w:tcPr>
            <w:tcW w:w="5621" w:type="dxa"/>
            <w:gridSpan w:val="5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5E0DC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5E0DC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5E0DC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>
        <w:trPr>
          <w:cantSplit/>
          <w:trHeight w:val="510"/>
        </w:trPr>
        <w:tc>
          <w:tcPr>
            <w:tcW w:w="4015" w:type="dxa"/>
            <w:gridSpan w:val="3"/>
          </w:tcPr>
          <w:p w:rsidR="00AD35FD" w:rsidRDefault="005E0DCC">
            <w:r>
              <w:rPr>
                <w:b/>
                <w:color w:val="0D5F78"/>
              </w:rPr>
              <w:t>Telefon / fax</w:t>
            </w:r>
          </w:p>
          <w:p w:rsidR="00AD35FD" w:rsidRDefault="00AD35FD"/>
        </w:tc>
        <w:tc>
          <w:tcPr>
            <w:tcW w:w="5621" w:type="dxa"/>
            <w:gridSpan w:val="5"/>
          </w:tcPr>
          <w:p w:rsidR="00AD35FD" w:rsidRDefault="005E0DCC">
            <w:r>
              <w:rPr>
                <w:b/>
                <w:color w:val="0D5F78"/>
              </w:rPr>
              <w:t>E-mail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AD35FD" w:rsidRPr="005E6036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Pr="007050CD" w:rsidRDefault="005E0DCC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2409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D35FD" w:rsidRDefault="00AD35FD">
            <w:pPr>
              <w:keepNext/>
            </w:pPr>
          </w:p>
        </w:tc>
        <w:tc>
          <w:tcPr>
            <w:tcW w:w="5621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Default="005E0DCC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>
        <w:trPr>
          <w:cantSplit/>
          <w:trHeight w:val="510"/>
        </w:trPr>
        <w:tc>
          <w:tcPr>
            <w:tcW w:w="9636" w:type="dxa"/>
            <w:gridSpan w:val="3"/>
          </w:tcPr>
          <w:p w:rsidR="00AD35FD" w:rsidRPr="007050CD" w:rsidRDefault="005E0DCC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și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</w:t>
            </w:r>
            <w:proofErr w:type="spellEnd"/>
            <w:r w:rsidRPr="007050CD">
              <w:rPr>
                <w:b/>
                <w:color w:val="0D5F78"/>
                <w:lang w:val="fr-FR"/>
              </w:rPr>
              <w:t>ț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ie</w:t>
            </w:r>
            <w:proofErr w:type="spellEnd"/>
          </w:p>
          <w:p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>
        <w:trPr>
          <w:cantSplit/>
          <w:trHeight w:val="510"/>
        </w:trPr>
        <w:tc>
          <w:tcPr>
            <w:tcW w:w="9636" w:type="dxa"/>
            <w:gridSpan w:val="3"/>
          </w:tcPr>
          <w:p w:rsidR="00AD35FD" w:rsidRDefault="005E0DCC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:rsidR="00AD35FD" w:rsidRDefault="00AD35FD"/>
        </w:tc>
      </w:tr>
    </w:tbl>
    <w:p w:rsidR="00AD35FD" w:rsidRPr="005E6036" w:rsidRDefault="005E0DCC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AD35FD">
        <w:trPr>
          <w:cantSplit/>
          <w:trHeight w:val="510"/>
        </w:trPr>
        <w:tc>
          <w:tcPr>
            <w:tcW w:w="2409" w:type="dxa"/>
          </w:tcPr>
          <w:p w:rsidR="00AD35FD" w:rsidRDefault="005E0DCC">
            <w:r>
              <w:rPr>
                <w:b/>
                <w:color w:val="0D5F78"/>
              </w:rPr>
              <w:t>Că la data de</w:t>
            </w:r>
          </w:p>
          <w:p w:rsidR="00AD35FD" w:rsidRDefault="00AD35FD"/>
        </w:tc>
        <w:tc>
          <w:tcPr>
            <w:tcW w:w="1606" w:type="dxa"/>
          </w:tcPr>
          <w:p w:rsidR="00AD35FD" w:rsidRDefault="005E0DCC">
            <w:r>
              <w:rPr>
                <w:b/>
                <w:color w:val="0D5F78"/>
              </w:rPr>
              <w:t>ora</w:t>
            </w:r>
          </w:p>
          <w:p w:rsidR="00AD35FD" w:rsidRDefault="00AD35FD"/>
        </w:tc>
        <w:tc>
          <w:tcPr>
            <w:tcW w:w="5621" w:type="dxa"/>
          </w:tcPr>
          <w:p w:rsidR="00AD35FD" w:rsidRPr="007050CD" w:rsidRDefault="005E0DCC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ții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:rsidR="00AD35FD" w:rsidRDefault="005E0DCC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AD35F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D35FD" w:rsidRDefault="005E0DC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>
        <w:trPr>
          <w:cantSplit/>
        </w:trPr>
        <w:tc>
          <w:tcPr>
            <w:tcW w:w="9636" w:type="dxa"/>
            <w:gridSpan w:val="6"/>
          </w:tcPr>
          <w:p w:rsidR="00AD35FD" w:rsidRDefault="005E0DC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2409" w:type="dxa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5621" w:type="dxa"/>
            <w:gridSpan w:val="3"/>
          </w:tcPr>
          <w:p w:rsidR="00AD35FD" w:rsidRPr="007050CD" w:rsidRDefault="005E0DCC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:rsidR="00AD35FD" w:rsidRPr="007050CD" w:rsidRDefault="00AD35FD" w:rsidP="007726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D35FD" w:rsidRDefault="005E0DC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AD35FD" w:rsidRDefault="00AD35FD">
            <w:pPr>
              <w:keepNext/>
            </w:pPr>
          </w:p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7227"/>
        <w:gridCol w:w="2409"/>
      </w:tblGrid>
      <w:tr w:rsidR="00AD35FD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AD35FD" w:rsidRDefault="005E0DC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>
        <w:trPr>
          <w:cantSplit/>
          <w:trHeight w:val="510"/>
        </w:trPr>
        <w:tc>
          <w:tcPr>
            <w:tcW w:w="7227" w:type="dxa"/>
          </w:tcPr>
          <w:p w:rsidR="00AD35FD" w:rsidRPr="007050CD" w:rsidRDefault="005E0DCC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</w:t>
            </w:r>
            <w:proofErr w:type="spellEnd"/>
            <w:r w:rsidRPr="007050CD">
              <w:rPr>
                <w:b/>
                <w:color w:val="0D5F78"/>
                <w:lang w:val="fr-FR"/>
              </w:rPr>
              <w:t>ț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:rsidR="00AD35FD" w:rsidRDefault="005E0DCC">
            <w:r>
              <w:rPr>
                <w:b/>
                <w:color w:val="0D5F78"/>
              </w:rPr>
              <w:t>ora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AD35F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Default="005E0DCC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5E0DCC">
            <w:r>
              <w:rPr>
                <w:b/>
                <w:color w:val="0D5F78"/>
              </w:rPr>
              <w:t>Data</w:t>
            </w:r>
          </w:p>
          <w:p w:rsidR="00AD35FD" w:rsidRDefault="00AD35FD"/>
        </w:tc>
        <w:tc>
          <w:tcPr>
            <w:tcW w:w="4818" w:type="dxa"/>
          </w:tcPr>
          <w:p w:rsidR="00AD35FD" w:rsidRDefault="005E0DCC">
            <w:r>
              <w:rPr>
                <w:b/>
                <w:color w:val="0D5F78"/>
              </w:rPr>
              <w:t>Titularul autorizației</w:t>
            </w:r>
          </w:p>
          <w:p w:rsidR="00AD35FD" w:rsidRDefault="00AD35FD"/>
        </w:tc>
        <w:tc>
          <w:tcPr>
            <w:tcW w:w="3212" w:type="dxa"/>
          </w:tcPr>
          <w:p w:rsidR="00AD35FD" w:rsidRDefault="005E0DCC">
            <w:r>
              <w:rPr>
                <w:b/>
                <w:color w:val="0D5F78"/>
              </w:rPr>
              <w:t>Semnătura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sectPr w:rsidR="00AD35FD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A20" w:rsidRDefault="00965A20">
      <w:r>
        <w:separator/>
      </w:r>
    </w:p>
  </w:endnote>
  <w:endnote w:type="continuationSeparator" w:id="0">
    <w:p w:rsidR="00965A20" w:rsidRDefault="00965A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A20" w:rsidRDefault="00965A20">
      <w:r>
        <w:separator/>
      </w:r>
    </w:p>
  </w:footnote>
  <w:footnote w:type="continuationSeparator" w:id="0">
    <w:p w:rsidR="00965A20" w:rsidRDefault="00965A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D6E6F"/>
    <w:rsid w:val="0029639D"/>
    <w:rsid w:val="00326F90"/>
    <w:rsid w:val="004054A9"/>
    <w:rsid w:val="005E0DCC"/>
    <w:rsid w:val="005E6036"/>
    <w:rsid w:val="006C103E"/>
    <w:rsid w:val="007050CD"/>
    <w:rsid w:val="007726BA"/>
    <w:rsid w:val="007C73CC"/>
    <w:rsid w:val="00866C68"/>
    <w:rsid w:val="008C605A"/>
    <w:rsid w:val="008E3393"/>
    <w:rsid w:val="00965A20"/>
    <w:rsid w:val="00A87FA8"/>
    <w:rsid w:val="00AA1D8D"/>
    <w:rsid w:val="00AD35FD"/>
    <w:rsid w:val="00B47730"/>
    <w:rsid w:val="00B769B5"/>
    <w:rsid w:val="00BD702C"/>
    <w:rsid w:val="00C53AE0"/>
    <w:rsid w:val="00CB0664"/>
    <w:rsid w:val="00D20CB4"/>
    <w:rsid w:val="00DD7A08"/>
    <w:rsid w:val="00E61A6B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726B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0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36866E-B75F-43F9-A119-FC22B487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5</cp:revision>
  <dcterms:created xsi:type="dcterms:W3CDTF">2013-12-23T23:15:00Z</dcterms:created>
  <dcterms:modified xsi:type="dcterms:W3CDTF">2026-10-08T06:13:00Z</dcterms:modified>
  <cp:category/>
</cp:coreProperties>
</file>