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C43292" w:rsidTr="0093737D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C43292" w:rsidRPr="006E4C61" w:rsidRDefault="00163B76" w:rsidP="0093737D">
            <w:pPr>
              <w:keepNext/>
              <w:jc w:val="center"/>
              <w:rPr>
                <w:i/>
                <w:color w:val="595959"/>
              </w:rPr>
            </w:pPr>
            <w:r w:rsidRPr="00163B76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23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C43292" w:rsidRDefault="00C43292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C43292" w:rsidRPr="00191219" w:rsidRDefault="00C43292" w:rsidP="0093737D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C43292" w:rsidTr="0093737D">
        <w:trPr>
          <w:cantSplit/>
          <w:trHeight w:val="510"/>
        </w:trPr>
        <w:tc>
          <w:tcPr>
            <w:tcW w:w="1606" w:type="dxa"/>
            <w:vMerge/>
          </w:tcPr>
          <w:p w:rsidR="00C43292" w:rsidRDefault="00C43292" w:rsidP="0093737D"/>
        </w:tc>
        <w:tc>
          <w:tcPr>
            <w:tcW w:w="8030" w:type="dxa"/>
            <w:gridSpan w:val="3"/>
            <w:shd w:val="clear" w:color="auto" w:fill="F0F0F0"/>
          </w:tcPr>
          <w:p w:rsidR="00C43292" w:rsidRDefault="00C43292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C43292" w:rsidRDefault="00C43292" w:rsidP="0093737D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163B76">
              <w:rPr>
                <w:sz w:val="20"/>
                <w:szCs w:val="32"/>
              </w:rPr>
              <w:t>COMUNEI PECIU NOU</w:t>
            </w:r>
          </w:p>
        </w:tc>
      </w:tr>
      <w:tr w:rsidR="00163B76" w:rsidTr="0093737D">
        <w:trPr>
          <w:cantSplit/>
          <w:trHeight w:val="510"/>
        </w:trPr>
        <w:tc>
          <w:tcPr>
            <w:tcW w:w="1606" w:type="dxa"/>
            <w:vMerge/>
          </w:tcPr>
          <w:p w:rsidR="00163B76" w:rsidRDefault="00163B76" w:rsidP="0093737D"/>
        </w:tc>
        <w:tc>
          <w:tcPr>
            <w:tcW w:w="1562" w:type="dxa"/>
            <w:shd w:val="clear" w:color="auto" w:fill="F0F0F0"/>
          </w:tcPr>
          <w:p w:rsidR="00163B76" w:rsidRPr="00F801F2" w:rsidRDefault="00163B76" w:rsidP="0093737D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163B76" w:rsidRPr="006E4C61" w:rsidRDefault="00163B76" w:rsidP="0093737D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163B76" w:rsidRDefault="00163B76" w:rsidP="00752D9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163B76" w:rsidRPr="00CA78D8" w:rsidRDefault="00163B76" w:rsidP="00752D9E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163B76" w:rsidRPr="00CA78D8" w:rsidRDefault="00163B76" w:rsidP="00752D9E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163B76" w:rsidRPr="00CA78D8" w:rsidRDefault="00163B76" w:rsidP="00752D9E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163B76" w:rsidRPr="00CA78D8" w:rsidRDefault="00163B76" w:rsidP="00752D9E">
            <w:pPr>
              <w:pStyle w:val="NoSpacing"/>
              <w:tabs>
                <w:tab w:val="left" w:pos="2610"/>
              </w:tabs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ab/>
            </w:r>
          </w:p>
          <w:p w:rsidR="00163B76" w:rsidRDefault="00163B76" w:rsidP="00752D9E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163B76" w:rsidTr="0093737D">
        <w:trPr>
          <w:cantSplit/>
          <w:trHeight w:val="510"/>
        </w:trPr>
        <w:tc>
          <w:tcPr>
            <w:tcW w:w="1606" w:type="dxa"/>
            <w:vMerge/>
          </w:tcPr>
          <w:p w:rsidR="00163B76" w:rsidRDefault="00163B76" w:rsidP="0093737D"/>
        </w:tc>
        <w:tc>
          <w:tcPr>
            <w:tcW w:w="4818" w:type="dxa"/>
            <w:gridSpan w:val="2"/>
            <w:shd w:val="clear" w:color="auto" w:fill="F0F0F0"/>
          </w:tcPr>
          <w:p w:rsidR="00163B76" w:rsidRDefault="00163B76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163B76" w:rsidRDefault="00163B76" w:rsidP="0093737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63B76" w:rsidRDefault="00163B76" w:rsidP="0093737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63B76" w:rsidRDefault="00163B76" w:rsidP="0093737D">
            <w:pPr>
              <w:keepNext/>
            </w:pPr>
          </w:p>
        </w:tc>
      </w:tr>
    </w:tbl>
    <w:p w:rsidR="00C85C0B" w:rsidRPr="003A7070" w:rsidRDefault="00331968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:rsidR="00C85C0B" w:rsidRDefault="00331968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C85C0B">
        <w:trPr>
          <w:cantSplit/>
        </w:trPr>
        <w:tc>
          <w:tcPr>
            <w:tcW w:w="9636" w:type="dxa"/>
            <w:shd w:val="clear" w:color="auto" w:fill="F4F4F4"/>
          </w:tcPr>
          <w:p w:rsidR="00C85C0B" w:rsidRDefault="0033196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>
        <w:trPr>
          <w:cantSplit/>
          <w:trHeight w:val="510"/>
        </w:trPr>
        <w:tc>
          <w:tcPr>
            <w:tcW w:w="9636" w:type="dxa"/>
          </w:tcPr>
          <w:p w:rsidR="00C85C0B" w:rsidRPr="00150E80" w:rsidRDefault="00331968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</w:t>
            </w:r>
            <w:proofErr w:type="spellEnd"/>
            <w:r w:rsidRPr="00150E80">
              <w:rPr>
                <w:b/>
                <w:color w:val="0D5F78"/>
                <w:lang w:val="fr-FR"/>
              </w:rPr>
              <w:t>ț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C85C0B" w:rsidRPr="00150E80" w:rsidRDefault="00C43292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163B76">
              <w:rPr>
                <w:sz w:val="20"/>
                <w:szCs w:val="32"/>
              </w:rPr>
              <w:t>COMUNEI PECIU NOU</w:t>
            </w:r>
            <w:r w:rsidRPr="00150E80">
              <w:rPr>
                <w:lang w:val="fr-FR"/>
              </w:rPr>
              <w:t xml:space="preserve"> </w:t>
            </w:r>
          </w:p>
        </w:tc>
      </w:tr>
      <w:tr w:rsidR="00C85C0B" w:rsidRPr="00150E80">
        <w:trPr>
          <w:cantSplit/>
        </w:trPr>
        <w:tc>
          <w:tcPr>
            <w:tcW w:w="9636" w:type="dxa"/>
            <w:shd w:val="clear" w:color="auto" w:fill="F4F4F4"/>
          </w:tcPr>
          <w:p w:rsidR="00C85C0B" w:rsidRPr="00150E80" w:rsidRDefault="00331968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</w:t>
            </w:r>
            <w:proofErr w:type="spellEnd"/>
            <w:r w:rsidRPr="00150E80">
              <w:rPr>
                <w:lang w:val="fr-FR"/>
              </w:rPr>
              <w:t>ș</w:t>
            </w:r>
            <w:proofErr w:type="spellStart"/>
            <w:r w:rsidRPr="00150E80">
              <w:rPr>
                <w:lang w:val="fr-FR"/>
              </w:rPr>
              <w:t>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</w:t>
            </w:r>
            <w:proofErr w:type="spellEnd"/>
            <w:r w:rsidRPr="00150E80">
              <w:rPr>
                <w:lang w:val="fr-FR"/>
              </w:rPr>
              <w:t>ț</w:t>
            </w:r>
            <w:proofErr w:type="spellStart"/>
            <w:r w:rsidRPr="00150E80">
              <w:rPr>
                <w:lang w:val="fr-FR"/>
              </w:rPr>
              <w:t>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</w:t>
            </w:r>
            <w:proofErr w:type="spellEnd"/>
            <w:r w:rsidRPr="00150E80">
              <w:rPr>
                <w:lang w:val="fr-FR"/>
              </w:rPr>
              <w:t>ș</w:t>
            </w:r>
            <w:proofErr w:type="spellStart"/>
            <w:r w:rsidRPr="00150E80">
              <w:rPr>
                <w:lang w:val="fr-FR"/>
              </w:rPr>
              <w:t>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331968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>
        <w:trPr>
          <w:cantSplit/>
          <w:trHeight w:val="510"/>
        </w:trPr>
        <w:tc>
          <w:tcPr>
            <w:tcW w:w="5621" w:type="dxa"/>
            <w:gridSpan w:val="5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33196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>
        <w:trPr>
          <w:cantSplit/>
          <w:trHeight w:val="510"/>
        </w:trPr>
        <w:tc>
          <w:tcPr>
            <w:tcW w:w="1606" w:type="dxa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33196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33196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>
        <w:trPr>
          <w:cantSplit/>
          <w:trHeight w:val="510"/>
        </w:trPr>
        <w:tc>
          <w:tcPr>
            <w:tcW w:w="4015" w:type="dxa"/>
            <w:gridSpan w:val="3"/>
          </w:tcPr>
          <w:p w:rsidR="00C85C0B" w:rsidRDefault="00331968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C85C0B" w:rsidRDefault="00C85C0B"/>
        </w:tc>
        <w:tc>
          <w:tcPr>
            <w:tcW w:w="5621" w:type="dxa"/>
            <w:gridSpan w:val="5"/>
          </w:tcPr>
          <w:p w:rsidR="00C85C0B" w:rsidRDefault="00331968">
            <w:r>
              <w:rPr>
                <w:b/>
                <w:color w:val="0D5F78"/>
              </w:rPr>
              <w:t>E-mail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2409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331968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>
        <w:trPr>
          <w:cantSplit/>
          <w:trHeight w:val="510"/>
        </w:trPr>
        <w:tc>
          <w:tcPr>
            <w:tcW w:w="2409" w:type="dxa"/>
          </w:tcPr>
          <w:p w:rsidR="00C85C0B" w:rsidRDefault="00331968"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:rsidR="00C85C0B" w:rsidRDefault="00C85C0B"/>
        </w:tc>
        <w:tc>
          <w:tcPr>
            <w:tcW w:w="2409" w:type="dxa"/>
          </w:tcPr>
          <w:p w:rsidR="00C85C0B" w:rsidRDefault="00331968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:rsidR="00C85C0B" w:rsidRDefault="00C85C0B"/>
        </w:tc>
        <w:tc>
          <w:tcPr>
            <w:tcW w:w="4818" w:type="dxa"/>
          </w:tcPr>
          <w:p w:rsidR="00C85C0B" w:rsidRDefault="00331968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3212"/>
        <w:gridCol w:w="1606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33196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>
        <w:trPr>
          <w:cantSplit/>
          <w:trHeight w:val="510"/>
        </w:trPr>
        <w:tc>
          <w:tcPr>
            <w:tcW w:w="4818" w:type="dxa"/>
            <w:gridSpan w:val="2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:rsidR="00C85C0B" w:rsidRDefault="00331968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</w:tcPr>
          <w:p w:rsidR="00C85C0B" w:rsidRDefault="00331968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331968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C85C0B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:rsidR="00C85C0B" w:rsidRDefault="0033196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:rsidR="00C85C0B" w:rsidRDefault="00331968">
            <w:r>
              <w:rPr>
                <w:b/>
                <w:color w:val="0D5F78"/>
              </w:rPr>
              <w:t>Data</w:t>
            </w:r>
          </w:p>
          <w:p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:rsidR="00C85C0B" w:rsidRDefault="00331968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:rsidR="00C85C0B" w:rsidRDefault="0033196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C85C0B" w:rsidRDefault="00C85C0B"/>
        </w:tc>
      </w:tr>
    </w:tbl>
    <w:p w:rsidR="00C85C0B" w:rsidRDefault="00C85C0B">
      <w:pPr>
        <w:spacing w:line="168" w:lineRule="auto"/>
      </w:pPr>
    </w:p>
    <w:sectPr w:rsidR="00C85C0B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FE4" w:rsidRDefault="00333FE4">
      <w:r>
        <w:separator/>
      </w:r>
    </w:p>
  </w:endnote>
  <w:endnote w:type="continuationSeparator" w:id="0">
    <w:p w:rsidR="00333FE4" w:rsidRDefault="00333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92" w:rsidRDefault="00C4329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0B" w:rsidRPr="00C43292" w:rsidRDefault="00C85C0B">
    <w:pPr>
      <w:pStyle w:val="Footer"/>
      <w:tabs>
        <w:tab w:val="right" w:pos="9639"/>
      </w:tabs>
      <w:rPr>
        <w:lang w:val="ro-R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92" w:rsidRDefault="00C432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FE4" w:rsidRDefault="00333FE4">
      <w:r>
        <w:separator/>
      </w:r>
    </w:p>
  </w:footnote>
  <w:footnote w:type="continuationSeparator" w:id="0">
    <w:p w:rsidR="00333FE4" w:rsidRDefault="00333F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92" w:rsidRDefault="00C432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92" w:rsidRDefault="00C4329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92" w:rsidRDefault="00C4329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D058F"/>
    <w:rsid w:val="0015074B"/>
    <w:rsid w:val="00150E80"/>
    <w:rsid w:val="00163B76"/>
    <w:rsid w:val="0029639D"/>
    <w:rsid w:val="00326F90"/>
    <w:rsid w:val="00331968"/>
    <w:rsid w:val="003337C3"/>
    <w:rsid w:val="00333FE4"/>
    <w:rsid w:val="003A7070"/>
    <w:rsid w:val="003F0F62"/>
    <w:rsid w:val="005C02E4"/>
    <w:rsid w:val="006D08FD"/>
    <w:rsid w:val="009E2047"/>
    <w:rsid w:val="00AA1D8D"/>
    <w:rsid w:val="00B47730"/>
    <w:rsid w:val="00B94163"/>
    <w:rsid w:val="00C43292"/>
    <w:rsid w:val="00C85C0B"/>
    <w:rsid w:val="00CB0664"/>
    <w:rsid w:val="00E61A6B"/>
    <w:rsid w:val="00FC693F"/>
    <w:rsid w:val="00FD4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432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B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C53DC5-B0ED-4758-B2EC-2E2D8219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4</cp:revision>
  <dcterms:created xsi:type="dcterms:W3CDTF">2013-12-23T23:15:00Z</dcterms:created>
  <dcterms:modified xsi:type="dcterms:W3CDTF">2026-10-08T07:05:00Z</dcterms:modified>
  <cp:category/>
</cp:coreProperties>
</file>