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723A07" w:rsidTr="0093737D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723A07" w:rsidRPr="006E4C61" w:rsidRDefault="00B53D87" w:rsidP="0093737D">
            <w:pPr>
              <w:keepNext/>
              <w:jc w:val="center"/>
              <w:rPr>
                <w:i/>
                <w:color w:val="595959"/>
              </w:rPr>
            </w:pPr>
            <w:r w:rsidRPr="00B53D87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17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723A07" w:rsidRDefault="00723A07" w:rsidP="0093737D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723A07" w:rsidRPr="00191219" w:rsidRDefault="00723A07" w:rsidP="0093737D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723A07" w:rsidTr="0093737D">
        <w:trPr>
          <w:cantSplit/>
          <w:trHeight w:val="510"/>
        </w:trPr>
        <w:tc>
          <w:tcPr>
            <w:tcW w:w="1606" w:type="dxa"/>
            <w:vMerge/>
          </w:tcPr>
          <w:p w:rsidR="00723A07" w:rsidRDefault="00723A07" w:rsidP="0093737D"/>
        </w:tc>
        <w:tc>
          <w:tcPr>
            <w:tcW w:w="8030" w:type="dxa"/>
            <w:gridSpan w:val="3"/>
            <w:shd w:val="clear" w:color="auto" w:fill="F0F0F0"/>
          </w:tcPr>
          <w:p w:rsidR="00723A07" w:rsidRDefault="00723A07" w:rsidP="0093737D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723A07" w:rsidRDefault="00723A07" w:rsidP="0093737D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B53D87">
              <w:rPr>
                <w:sz w:val="20"/>
                <w:szCs w:val="32"/>
              </w:rPr>
              <w:t>COMUNEI PECIU NOU</w:t>
            </w:r>
          </w:p>
        </w:tc>
      </w:tr>
      <w:tr w:rsidR="00723A07" w:rsidTr="0093737D">
        <w:trPr>
          <w:cantSplit/>
          <w:trHeight w:val="510"/>
        </w:trPr>
        <w:tc>
          <w:tcPr>
            <w:tcW w:w="1606" w:type="dxa"/>
            <w:vMerge/>
          </w:tcPr>
          <w:p w:rsidR="00723A07" w:rsidRDefault="00723A07" w:rsidP="0093737D"/>
        </w:tc>
        <w:tc>
          <w:tcPr>
            <w:tcW w:w="1562" w:type="dxa"/>
            <w:shd w:val="clear" w:color="auto" w:fill="F0F0F0"/>
          </w:tcPr>
          <w:p w:rsidR="00723A07" w:rsidRPr="00F801F2" w:rsidRDefault="00723A07" w:rsidP="0093737D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723A07" w:rsidRPr="006E4C61" w:rsidRDefault="00B53D87" w:rsidP="0093737D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B53D87" w:rsidRDefault="00B53D87" w:rsidP="00B53D8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B53D87" w:rsidRPr="00CA78D8" w:rsidRDefault="00B53D87" w:rsidP="00B53D87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B53D87" w:rsidRPr="00CA78D8" w:rsidRDefault="00B53D87" w:rsidP="00B53D87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B53D87" w:rsidRPr="00CA78D8" w:rsidRDefault="00B53D87" w:rsidP="00B53D87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B53D87" w:rsidRPr="00CA78D8" w:rsidRDefault="00B53D87" w:rsidP="00B53D87">
            <w:pPr>
              <w:pStyle w:val="NoSpacing"/>
              <w:tabs>
                <w:tab w:val="left" w:pos="2610"/>
              </w:tabs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ab/>
            </w:r>
          </w:p>
          <w:p w:rsidR="00723A07" w:rsidRDefault="00B53D87" w:rsidP="00B53D87">
            <w:pPr>
              <w:keepNext/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</w:tc>
      </w:tr>
      <w:tr w:rsidR="00723A07" w:rsidTr="0093737D">
        <w:trPr>
          <w:cantSplit/>
          <w:trHeight w:val="510"/>
        </w:trPr>
        <w:tc>
          <w:tcPr>
            <w:tcW w:w="1606" w:type="dxa"/>
            <w:vMerge/>
          </w:tcPr>
          <w:p w:rsidR="00723A07" w:rsidRDefault="00723A07" w:rsidP="0093737D"/>
        </w:tc>
        <w:tc>
          <w:tcPr>
            <w:tcW w:w="4818" w:type="dxa"/>
            <w:gridSpan w:val="2"/>
            <w:shd w:val="clear" w:color="auto" w:fill="F0F0F0"/>
          </w:tcPr>
          <w:p w:rsidR="00723A07" w:rsidRDefault="00723A07" w:rsidP="0093737D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723A07" w:rsidRDefault="00723A07" w:rsidP="0093737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723A07" w:rsidRDefault="00723A07" w:rsidP="0093737D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723A07" w:rsidRDefault="00723A07" w:rsidP="0093737D">
            <w:pPr>
              <w:keepNext/>
            </w:pPr>
          </w:p>
        </w:tc>
      </w:tr>
    </w:tbl>
    <w:p w:rsidR="00846492" w:rsidRPr="00932ED5" w:rsidRDefault="00BE2FBD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BE2FB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>
        <w:trPr>
          <w:cantSplit/>
          <w:trHeight w:val="510"/>
        </w:trPr>
        <w:tc>
          <w:tcPr>
            <w:tcW w:w="9636" w:type="dxa"/>
          </w:tcPr>
          <w:p w:rsidR="00846492" w:rsidRPr="00AD1D4A" w:rsidRDefault="00BE2FBD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</w:t>
            </w:r>
            <w:proofErr w:type="spellEnd"/>
            <w:r w:rsidRPr="00AD1D4A">
              <w:rPr>
                <w:b/>
                <w:color w:val="0D5F78"/>
                <w:lang w:val="fr-FR"/>
              </w:rPr>
              <w:t>ț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846492" w:rsidRPr="00AD1D4A" w:rsidRDefault="00E34C87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B53D87">
              <w:rPr>
                <w:sz w:val="20"/>
                <w:szCs w:val="32"/>
              </w:rPr>
              <w:t>COMUNEI PECIU NOU</w:t>
            </w:r>
          </w:p>
        </w:tc>
      </w:tr>
      <w:tr w:rsidR="00846492" w:rsidRPr="003869B3">
        <w:trPr>
          <w:cantSplit/>
        </w:trPr>
        <w:tc>
          <w:tcPr>
            <w:tcW w:w="9636" w:type="dxa"/>
            <w:shd w:val="clear" w:color="auto" w:fill="F4F4F4"/>
          </w:tcPr>
          <w:p w:rsidR="00846492" w:rsidRPr="00AD1D4A" w:rsidRDefault="00BE2FBD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</w:t>
            </w:r>
            <w:proofErr w:type="spellEnd"/>
            <w:r w:rsidRPr="00AD1D4A">
              <w:rPr>
                <w:lang w:val="fr-FR"/>
              </w:rPr>
              <w:t>ș</w:t>
            </w:r>
            <w:proofErr w:type="spellStart"/>
            <w:r w:rsidRPr="00AD1D4A">
              <w:rPr>
                <w:lang w:val="fr-FR"/>
              </w:rPr>
              <w:t>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</w:t>
            </w:r>
            <w:proofErr w:type="spellEnd"/>
            <w:r w:rsidRPr="00AD1D4A">
              <w:rPr>
                <w:lang w:val="fr-FR"/>
              </w:rPr>
              <w:t>ț</w:t>
            </w:r>
            <w:proofErr w:type="spellStart"/>
            <w:r w:rsidRPr="00AD1D4A">
              <w:rPr>
                <w:lang w:val="fr-FR"/>
              </w:rPr>
              <w:t>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</w:t>
            </w:r>
            <w:proofErr w:type="spellEnd"/>
            <w:r w:rsidRPr="00AD1D4A">
              <w:rPr>
                <w:lang w:val="fr-FR"/>
              </w:rPr>
              <w:t>ș</w:t>
            </w:r>
            <w:proofErr w:type="spellStart"/>
            <w:r w:rsidRPr="00AD1D4A">
              <w:rPr>
                <w:lang w:val="fr-FR"/>
              </w:rPr>
              <w:t>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BE2FBD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>
        <w:trPr>
          <w:cantSplit/>
          <w:trHeight w:val="510"/>
        </w:trPr>
        <w:tc>
          <w:tcPr>
            <w:tcW w:w="5621" w:type="dxa"/>
            <w:gridSpan w:val="5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BE2FBD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>
        <w:trPr>
          <w:cantSplit/>
          <w:trHeight w:val="510"/>
        </w:trPr>
        <w:tc>
          <w:tcPr>
            <w:tcW w:w="1606" w:type="dxa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BE2FBD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>
        <w:trPr>
          <w:cantSplit/>
          <w:trHeight w:val="510"/>
        </w:trPr>
        <w:tc>
          <w:tcPr>
            <w:tcW w:w="3212" w:type="dxa"/>
            <w:gridSpan w:val="2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3212" w:type="dxa"/>
            <w:gridSpan w:val="2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BE2FB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>
        <w:trPr>
          <w:cantSplit/>
          <w:trHeight w:val="510"/>
        </w:trPr>
        <w:tc>
          <w:tcPr>
            <w:tcW w:w="4015" w:type="dxa"/>
            <w:gridSpan w:val="3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846492" w:rsidRDefault="00846492">
            <w:pPr>
              <w:keepNext/>
            </w:pPr>
          </w:p>
        </w:tc>
      </w:tr>
      <w:tr w:rsidR="00846492" w:rsidRPr="003869B3">
        <w:trPr>
          <w:cantSplit/>
        </w:trPr>
        <w:tc>
          <w:tcPr>
            <w:tcW w:w="9636" w:type="dxa"/>
            <w:gridSpan w:val="8"/>
          </w:tcPr>
          <w:p w:rsidR="00846492" w:rsidRPr="00AD1D4A" w:rsidRDefault="00BE2FBD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818"/>
        <w:gridCol w:w="1606"/>
        <w:gridCol w:w="1606"/>
        <w:gridCol w:w="1606"/>
      </w:tblGrid>
      <w:tr w:rsidR="00AD1D4A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:rsidTr="00F80068">
        <w:trPr>
          <w:cantSplit/>
          <w:trHeight w:val="510"/>
        </w:trPr>
        <w:tc>
          <w:tcPr>
            <w:tcW w:w="4818" w:type="dxa"/>
          </w:tcPr>
          <w:p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(mp)</w:t>
            </w:r>
          </w:p>
          <w:p w:rsidR="00AD1D4A" w:rsidRDefault="00AD1D4A" w:rsidP="00F80068">
            <w:pPr>
              <w:keepNext/>
            </w:pPr>
          </w:p>
        </w:tc>
      </w:tr>
      <w:tr w:rsidR="00AD1D4A" w:rsidTr="00F80068">
        <w:trPr>
          <w:cantSplit/>
        </w:trPr>
        <w:tc>
          <w:tcPr>
            <w:tcW w:w="9636" w:type="dxa"/>
            <w:gridSpan w:val="4"/>
          </w:tcPr>
          <w:p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:rsidTr="00F80068">
        <w:trPr>
          <w:cantSplit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 xml:space="preserve">: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:rsidTr="00F80068">
        <w:trPr>
          <w:cantSplit/>
          <w:trHeight w:val="510"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>Documentaț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:rsidTr="00F80068">
        <w:trPr>
          <w:cantSplit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și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</w:t>
            </w:r>
            <w:proofErr w:type="spellEnd"/>
            <w:r w:rsidRPr="00AD1D4A">
              <w:rPr>
                <w:sz w:val="16"/>
                <w:lang w:val="fr-FR"/>
              </w:rPr>
              <w:t>ț</w:t>
            </w:r>
            <w:proofErr w:type="spellStart"/>
            <w:r w:rsidRPr="00AD1D4A">
              <w:rPr>
                <w:sz w:val="16"/>
                <w:lang w:val="fr-FR"/>
              </w:rPr>
              <w:t>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a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</w:t>
            </w:r>
            <w:proofErr w:type="spellEnd"/>
            <w:r w:rsidRPr="00AD1D4A">
              <w:rPr>
                <w:sz w:val="16"/>
                <w:lang w:val="fr-FR"/>
              </w:rPr>
              <w:t>ț</w:t>
            </w:r>
            <w:proofErr w:type="spellStart"/>
            <w:r w:rsidRPr="00AD1D4A">
              <w:rPr>
                <w:sz w:val="16"/>
                <w:lang w:val="fr-FR"/>
              </w:rPr>
              <w:t>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:rsidR="00AD1D4A" w:rsidRDefault="00AD1D4A">
      <w:pPr>
        <w:spacing w:before="80" w:after="60"/>
        <w:jc w:val="center"/>
        <w:rPr>
          <w:sz w:val="18"/>
        </w:rPr>
      </w:pPr>
      <w:proofErr w:type="spellStart"/>
      <w:proofErr w:type="gramStart"/>
      <w:r w:rsidRPr="00AD1D4A">
        <w:rPr>
          <w:sz w:val="18"/>
        </w:rPr>
        <w:t>în</w:t>
      </w:r>
      <w:proofErr w:type="spellEnd"/>
      <w:proofErr w:type="gram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:rsidR="00D2019F" w:rsidRDefault="00BE2FBD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proofErr w:type="gramStart"/>
      <w:r w:rsidRPr="00AD1D4A">
        <w:rPr>
          <w:sz w:val="18"/>
        </w:rPr>
        <w:t>notific</w:t>
      </w:r>
      <w:proofErr w:type="spellEnd"/>
      <w:proofErr w:type="gramEnd"/>
      <w:r w:rsidRPr="00AD1D4A">
        <w:rPr>
          <w:sz w:val="18"/>
        </w:rPr>
        <w:t xml:space="preserve"> </w:t>
      </w:r>
    </w:p>
    <w:p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BE2FBD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BE2FBD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</w:t>
            </w:r>
            <w:proofErr w:type="gramStart"/>
            <w:r>
              <w:rPr>
                <w:sz w:val="16"/>
              </w:rPr>
              <w:t>lit</w:t>
            </w:r>
            <w:proofErr w:type="gramEnd"/>
            <w:r>
              <w:rPr>
                <w:sz w:val="16"/>
              </w:rPr>
              <w:t>. a)</w:t>
            </w:r>
            <w:r w:rsidR="007C5D68">
              <w:rPr>
                <w:sz w:val="16"/>
              </w:rPr>
              <w:t xml:space="preserve"> </w:t>
            </w:r>
            <w:proofErr w:type="gramStart"/>
            <w:r w:rsidR="007C5D68">
              <w:rPr>
                <w:sz w:val="16"/>
              </w:rPr>
              <w:t>din</w:t>
            </w:r>
            <w:proofErr w:type="gram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</w:t>
            </w:r>
            <w:proofErr w:type="spellEnd"/>
            <w:r w:rsidRPr="00AD1D4A">
              <w:rPr>
                <w:sz w:val="16"/>
                <w:lang w:val="fr-FR"/>
              </w:rPr>
              <w:t xml:space="preserve">ții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</w:t>
            </w:r>
            <w:proofErr w:type="spellEnd"/>
            <w:r w:rsidRPr="00AD1D4A">
              <w:rPr>
                <w:sz w:val="16"/>
                <w:lang w:val="fr-FR"/>
              </w:rPr>
              <w:t>ț</w:t>
            </w:r>
            <w:proofErr w:type="spellStart"/>
            <w:r w:rsidRPr="00AD1D4A">
              <w:rPr>
                <w:sz w:val="16"/>
                <w:lang w:val="fr-FR"/>
              </w:rPr>
              <w:t>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</w:t>
            </w:r>
            <w:proofErr w:type="spellEnd"/>
            <w:r w:rsidRPr="00AD1D4A">
              <w:rPr>
                <w:sz w:val="16"/>
                <w:lang w:val="fr-FR"/>
              </w:rPr>
              <w:t xml:space="preserve">ță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BE2FBD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</w:t>
            </w:r>
            <w:proofErr w:type="spellEnd"/>
            <w:r w:rsidRPr="00AD1D4A">
              <w:rPr>
                <w:sz w:val="16"/>
                <w:lang w:val="fr-FR"/>
              </w:rPr>
              <w:t xml:space="preserve">ții la </w:t>
            </w:r>
            <w:proofErr w:type="spellStart"/>
            <w:r w:rsidRPr="00AD1D4A">
              <w:rPr>
                <w:sz w:val="16"/>
                <w:lang w:val="fr-FR"/>
              </w:rPr>
              <w:t>construc</w:t>
            </w:r>
            <w:proofErr w:type="spellEnd"/>
            <w:r w:rsidRPr="00AD1D4A">
              <w:rPr>
                <w:sz w:val="16"/>
                <w:lang w:val="fr-FR"/>
              </w:rPr>
              <w:t xml:space="preserve">ții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gramStart"/>
            <w:r w:rsidR="007C5D68" w:rsidRPr="007C5D68">
              <w:rPr>
                <w:sz w:val="16"/>
                <w:lang w:val="fr-FR"/>
              </w:rPr>
              <w:t>la</w:t>
            </w:r>
            <w:proofErr w:type="gramEnd"/>
            <w:r w:rsidR="007C5D68" w:rsidRPr="007C5D68">
              <w:rPr>
                <w:sz w:val="16"/>
                <w:lang w:val="fr-FR"/>
              </w:rPr>
              <w:t xml:space="preserve"> art. 294 </w:t>
            </w:r>
            <w:proofErr w:type="spellStart"/>
            <w:proofErr w:type="gram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 xml:space="preserve">(2) </w:t>
            </w:r>
            <w:proofErr w:type="gramStart"/>
            <w:r w:rsidR="007C5D68">
              <w:rPr>
                <w:sz w:val="16"/>
              </w:rPr>
              <w:t>lit</w:t>
            </w:r>
            <w:proofErr w:type="gramEnd"/>
            <w:r w:rsidR="007C5D68">
              <w:rPr>
                <w:sz w:val="16"/>
              </w:rPr>
              <w:t xml:space="preserve">. b) </w:t>
            </w:r>
            <w:proofErr w:type="gramStart"/>
            <w:r w:rsidR="007C5D68">
              <w:rPr>
                <w:sz w:val="16"/>
              </w:rPr>
              <w:t>din</w:t>
            </w:r>
            <w:proofErr w:type="gram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</w:tbl>
    <w:p w:rsidR="007C5D68" w:rsidRDefault="007C5D68">
      <w:pPr>
        <w:keepNext/>
        <w:rPr>
          <w:sz w:val="16"/>
        </w:rPr>
        <w:sectPr w:rsidR="007C5D68" w:rsidSect="007C5D68"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</w:tcPr>
          <w:p w:rsidR="00846492" w:rsidRDefault="00BE2FBD">
            <w:pPr>
              <w:keepNext/>
            </w:pPr>
            <w:r>
              <w:rPr>
                <w:sz w:val="16"/>
              </w:rPr>
              <w:lastRenderedPageBreak/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:rsidR="00846492" w:rsidRDefault="00BE2FBD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:rsidR="00846492" w:rsidRDefault="00BE2FBD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baie;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:rsidR="00846492" w:rsidRDefault="00BE2FBD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uș</w:t>
            </w:r>
            <w:proofErr w:type="spellStart"/>
            <w:r w:rsidRPr="00AD1D4A">
              <w:rPr>
                <w:sz w:val="16"/>
                <w:lang w:val="fr-FR"/>
              </w:rPr>
              <w:t>oare</w:t>
            </w:r>
            <w:proofErr w:type="spellEnd"/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destinaț</w:t>
            </w:r>
            <w:proofErr w:type="spellStart"/>
            <w:r w:rsidRPr="00AD1D4A">
              <w:rPr>
                <w:sz w:val="16"/>
                <w:lang w:val="fr-FR"/>
              </w:rPr>
              <w:t>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:rsidR="00846492" w:rsidRDefault="00BE2FBD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mp)</w:t>
            </w:r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</w:t>
            </w:r>
            <w:proofErr w:type="spellEnd"/>
            <w:r w:rsidRPr="00AD1D4A">
              <w:rPr>
                <w:sz w:val="16"/>
                <w:lang w:val="fr-FR"/>
              </w:rPr>
              <w:t>ț</w:t>
            </w:r>
            <w:proofErr w:type="spellStart"/>
            <w:r w:rsidRPr="00AD1D4A">
              <w:rPr>
                <w:sz w:val="16"/>
                <w:lang w:val="fr-FR"/>
              </w:rPr>
              <w:t>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</w:t>
            </w:r>
            <w:proofErr w:type="spellEnd"/>
            <w:r w:rsidRPr="00AD1D4A">
              <w:rPr>
                <w:sz w:val="16"/>
                <w:lang w:val="fr-FR"/>
              </w:rPr>
              <w:t xml:space="preserve">ții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</w:t>
            </w:r>
            <w:proofErr w:type="spellEnd"/>
            <w:r w:rsidRPr="00AD1D4A">
              <w:rPr>
                <w:sz w:val="16"/>
                <w:lang w:val="fr-FR"/>
              </w:rPr>
              <w:t>ț</w:t>
            </w:r>
            <w:proofErr w:type="spellStart"/>
            <w:r w:rsidRPr="00AD1D4A">
              <w:rPr>
                <w:sz w:val="16"/>
                <w:lang w:val="fr-FR"/>
              </w:rPr>
              <w:t>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 w:rsidRPr="007C5D68">
        <w:trPr>
          <w:cantSplit/>
        </w:trPr>
        <w:tc>
          <w:tcPr>
            <w:tcW w:w="9636" w:type="dxa"/>
            <w:shd w:val="clear" w:color="auto" w:fill="F4F4F4"/>
          </w:tcPr>
          <w:p w:rsidR="00846492" w:rsidRPr="007C5D68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</w:t>
            </w:r>
            <w:proofErr w:type="spellEnd"/>
            <w:r w:rsidRPr="00AD1D4A">
              <w:rPr>
                <w:sz w:val="16"/>
                <w:lang w:val="fr-FR"/>
              </w:rPr>
              <w:t>ț</w:t>
            </w:r>
            <w:proofErr w:type="spellStart"/>
            <w:r w:rsidRPr="00AD1D4A">
              <w:rPr>
                <w:sz w:val="16"/>
                <w:lang w:val="fr-FR"/>
              </w:rPr>
              <w:t>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gramStart"/>
            <w:r w:rsidR="007C5D68" w:rsidRPr="007C5D68">
              <w:rPr>
                <w:sz w:val="16"/>
                <w:lang w:val="fr-FR"/>
              </w:rPr>
              <w:t>la</w:t>
            </w:r>
            <w:proofErr w:type="gramEnd"/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</w:t>
            </w:r>
            <w:proofErr w:type="spellEnd"/>
            <w:r w:rsidRPr="00AD1D4A">
              <w:rPr>
                <w:sz w:val="16"/>
                <w:lang w:val="fr-FR"/>
              </w:rPr>
              <w:t xml:space="preserve">ții / </w:t>
            </w:r>
            <w:proofErr w:type="spellStart"/>
            <w:r w:rsidRPr="00AD1D4A">
              <w:rPr>
                <w:sz w:val="16"/>
                <w:lang w:val="fr-FR"/>
              </w:rPr>
              <w:t>între</w:t>
            </w:r>
            <w:proofErr w:type="spellEnd"/>
            <w:r w:rsidRPr="00AD1D4A">
              <w:rPr>
                <w:sz w:val="16"/>
                <w:lang w:val="fr-FR"/>
              </w:rPr>
              <w:t>ț</w:t>
            </w:r>
            <w:proofErr w:type="spellStart"/>
            <w:r w:rsidRPr="00AD1D4A">
              <w:rPr>
                <w:sz w:val="16"/>
                <w:lang w:val="fr-FR"/>
              </w:rPr>
              <w:t>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</w:t>
            </w:r>
            <w:proofErr w:type="spellEnd"/>
            <w:r w:rsidRPr="00AD1D4A">
              <w:rPr>
                <w:sz w:val="16"/>
                <w:lang w:val="fr-FR"/>
              </w:rPr>
              <w:t xml:space="preserve">ții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</w:t>
            </w:r>
            <w:proofErr w:type="spellEnd"/>
            <w:r w:rsidRPr="00AD1D4A">
              <w:rPr>
                <w:sz w:val="16"/>
                <w:lang w:val="fr-FR"/>
              </w:rPr>
              <w:t xml:space="preserve">ții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și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</w:t>
            </w:r>
            <w:proofErr w:type="spellEnd"/>
            <w:r w:rsidRPr="00AD1D4A">
              <w:rPr>
                <w:sz w:val="16"/>
                <w:lang w:val="fr-FR"/>
              </w:rPr>
              <w:t xml:space="preserve">ții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</w:t>
            </w:r>
            <w:proofErr w:type="spellEnd"/>
            <w:r w:rsidRPr="00AD1D4A">
              <w:rPr>
                <w:sz w:val="16"/>
                <w:lang w:val="fr-FR"/>
              </w:rPr>
              <w:t>ș</w:t>
            </w:r>
            <w:proofErr w:type="spellStart"/>
            <w:r w:rsidRPr="00AD1D4A">
              <w:rPr>
                <w:sz w:val="16"/>
                <w:lang w:val="fr-FR"/>
              </w:rPr>
              <w:t>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destinaț</w:t>
            </w:r>
            <w:proofErr w:type="spellStart"/>
            <w:r w:rsidRPr="00AD1D4A">
              <w:rPr>
                <w:sz w:val="16"/>
                <w:lang w:val="fr-FR"/>
              </w:rPr>
              <w:t>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</w:t>
            </w:r>
            <w:proofErr w:type="spellEnd"/>
            <w:r w:rsidRPr="00AD1D4A">
              <w:rPr>
                <w:sz w:val="16"/>
                <w:lang w:val="fr-FR"/>
              </w:rPr>
              <w:t xml:space="preserve">ții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 xml:space="preserve">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  <w:proofErr w:type="gramEnd"/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BE2FBD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alin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:rsidTr="004C2114">
        <w:trPr>
          <w:cantSplit/>
          <w:trHeight w:val="1713"/>
        </w:trPr>
        <w:tc>
          <w:tcPr>
            <w:tcW w:w="9636" w:type="dxa"/>
          </w:tcPr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uș</w:t>
            </w:r>
            <w:proofErr w:type="spellStart"/>
            <w:r w:rsidRPr="00AD1D4A">
              <w:rPr>
                <w:sz w:val="16"/>
                <w:lang w:val="fr-FR"/>
              </w:rPr>
              <w:t>oare</w:t>
            </w:r>
            <w:proofErr w:type="spellEnd"/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</w:t>
            </w:r>
            <w:proofErr w:type="spellEnd"/>
            <w:r w:rsidRPr="00AD1D4A">
              <w:rPr>
                <w:sz w:val="16"/>
                <w:lang w:val="fr-FR"/>
              </w:rPr>
              <w:t>ță existent</w:t>
            </w:r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</w:t>
            </w:r>
            <w:proofErr w:type="spellEnd"/>
            <w:r w:rsidRPr="00AD1D4A">
              <w:rPr>
                <w:sz w:val="16"/>
                <w:lang w:val="fr-FR"/>
              </w:rPr>
              <w:t>ții (max. 2 ha)</w:t>
            </w:r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spații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faț</w:t>
            </w:r>
            <w:proofErr w:type="spellStart"/>
            <w:r w:rsidRPr="00AD1D4A">
              <w:rPr>
                <w:sz w:val="16"/>
                <w:lang w:val="fr-FR"/>
              </w:rPr>
              <w:t>adă</w:t>
            </w:r>
            <w:proofErr w:type="spellEnd"/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</w:t>
            </w:r>
            <w:proofErr w:type="spellEnd"/>
            <w:r w:rsidRPr="00AD1D4A">
              <w:rPr>
                <w:sz w:val="16"/>
                <w:lang w:val="fr-FR"/>
              </w:rPr>
              <w:t xml:space="preserve">ții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</w:t>
            </w:r>
            <w:proofErr w:type="gramStart"/>
            <w:r w:rsidRPr="00AD1D4A">
              <w:rPr>
                <w:sz w:val="16"/>
                <w:lang w:val="fr-FR"/>
              </w:rPr>
              <w:t xml:space="preserve">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</w:t>
            </w:r>
            <w:proofErr w:type="spellEnd"/>
            <w:r w:rsidRPr="00AD1D4A">
              <w:rPr>
                <w:sz w:val="16"/>
                <w:lang w:val="fr-FR"/>
              </w:rPr>
              <w:t>ți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6424"/>
        <w:gridCol w:w="3212"/>
      </w:tblGrid>
      <w:tr w:rsidR="00846492" w:rsidRPr="003869B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846492" w:rsidRPr="00AD1D4A" w:rsidRDefault="00BE2FBD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BE2FBD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r w:rsidR="003F4418">
              <w:rPr>
                <w:b/>
                <w:color w:val="0D5F78"/>
              </w:rPr>
              <w:t>nr.TNA</w:t>
            </w:r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BE2FBD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70FD7" w:rsidRDefault="00BE2FBD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:rsidR="00846492" w:rsidRDefault="00870FD7">
            <w:proofErr w:type="spellStart"/>
            <w:r>
              <w:rPr>
                <w:b/>
                <w:color w:val="0D5F78"/>
              </w:rPr>
              <w:t>Alte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 xml:space="preserve">) 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:rsidR="00846492" w:rsidRDefault="00846492"/>
        </w:tc>
        <w:tc>
          <w:tcPr>
            <w:tcW w:w="3212" w:type="dxa"/>
          </w:tcPr>
          <w:p w:rsidR="00846492" w:rsidRDefault="00BE2FBD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6492" w:rsidRDefault="00846492"/>
        </w:tc>
      </w:tr>
    </w:tbl>
    <w:p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BE2FBD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>
        <w:trPr>
          <w:cantSplit/>
        </w:trPr>
        <w:tc>
          <w:tcPr>
            <w:tcW w:w="9636" w:type="dxa"/>
          </w:tcPr>
          <w:p w:rsidR="003F4418" w:rsidRDefault="00BE2FBD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:rsidR="003869B3" w:rsidRDefault="00BE2FBD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</w:t>
            </w:r>
            <w:proofErr w:type="spellEnd"/>
            <w:r w:rsidRPr="003869B3">
              <w:rPr>
                <w:sz w:val="16"/>
                <w:lang w:val="fr-FR"/>
              </w:rPr>
              <w:t>-ș</w:t>
            </w:r>
            <w:proofErr w:type="spellStart"/>
            <w:r w:rsidRPr="003869B3">
              <w:rPr>
                <w:sz w:val="16"/>
                <w:lang w:val="fr-FR"/>
              </w:rPr>
              <w:t>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</w:t>
            </w:r>
            <w:proofErr w:type="spellEnd"/>
            <w:r w:rsidRPr="003869B3">
              <w:rPr>
                <w:sz w:val="16"/>
                <w:lang w:val="fr-FR"/>
              </w:rPr>
              <w:t>ț</w:t>
            </w:r>
            <w:proofErr w:type="spellStart"/>
            <w:r w:rsidRPr="003869B3">
              <w:rPr>
                <w:sz w:val="16"/>
                <w:lang w:val="fr-FR"/>
              </w:rPr>
              <w:t>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</w:t>
            </w:r>
            <w:proofErr w:type="spellEnd"/>
            <w:r w:rsidRPr="003869B3">
              <w:rPr>
                <w:sz w:val="16"/>
                <w:lang w:val="fr-FR"/>
              </w:rPr>
              <w:t xml:space="preserve">țe unifamiliale)  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BE2FBD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>
        <w:trPr>
          <w:cantSplit/>
        </w:trPr>
        <w:tc>
          <w:tcPr>
            <w:tcW w:w="9636" w:type="dxa"/>
          </w:tcPr>
          <w:p w:rsidR="00846492" w:rsidRDefault="00BE2FBD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pe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:rsidR="004D2D0E" w:rsidRPr="00852977" w:rsidRDefault="004D2D0E" w:rsidP="00852977"/>
        </w:tc>
      </w:tr>
      <w:tr w:rsidR="00FD1916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</w:t>
            </w:r>
            <w:proofErr w:type="spellEnd"/>
            <w:r w:rsidRPr="004D2D0E">
              <w:rPr>
                <w:i/>
                <w:sz w:val="17"/>
                <w:lang w:val="fr-FR"/>
              </w:rPr>
              <w:t>ț</w:t>
            </w:r>
            <w:proofErr w:type="spellStart"/>
            <w:r w:rsidRPr="004D2D0E">
              <w:rPr>
                <w:i/>
                <w:sz w:val="17"/>
                <w:lang w:val="fr-FR"/>
              </w:rPr>
              <w:t>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investiț</w:t>
            </w:r>
            <w:proofErr w:type="spellStart"/>
            <w:r w:rsidRPr="004D2D0E">
              <w:rPr>
                <w:i/>
                <w:sz w:val="17"/>
                <w:lang w:val="fr-FR"/>
              </w:rPr>
              <w:t>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</w:t>
            </w:r>
            <w:proofErr w:type="spellEnd"/>
            <w:r w:rsidRPr="004D2D0E">
              <w:rPr>
                <w:i/>
                <w:sz w:val="17"/>
                <w:lang w:val="fr-FR"/>
              </w:rPr>
              <w:t>ț</w:t>
            </w:r>
            <w:proofErr w:type="spellStart"/>
            <w:r w:rsidRPr="004D2D0E">
              <w:rPr>
                <w:i/>
                <w:sz w:val="17"/>
                <w:lang w:val="fr-FR"/>
              </w:rPr>
              <w:t>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proofErr w:type="gram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proofErr w:type="gram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ț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ț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-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și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Naț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ț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ț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Naț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ț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ț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poș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BE2FBD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BE2FBD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poș</w:t>
            </w:r>
            <w:proofErr w:type="spellStart"/>
            <w:r w:rsidRPr="00AD1D4A">
              <w:rPr>
                <w:sz w:val="16"/>
                <w:lang w:val="fr-FR"/>
              </w:rPr>
              <w:t>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de e-mail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</w:t>
            </w:r>
            <w:proofErr w:type="gramEnd"/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</w:t>
            </w:r>
            <w:proofErr w:type="spellEnd"/>
            <w:r w:rsidRPr="00AD1D4A">
              <w:rPr>
                <w:sz w:val="16"/>
                <w:lang w:val="fr-FR"/>
              </w:rPr>
              <w:t>ții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846492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846492" w:rsidRDefault="00BE2FBD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>
        <w:trPr>
          <w:cantSplit/>
          <w:trHeight w:val="510"/>
        </w:trPr>
        <w:tc>
          <w:tcPr>
            <w:tcW w:w="1606" w:type="dxa"/>
          </w:tcPr>
          <w:p w:rsidR="00846492" w:rsidRDefault="00BE2FBD">
            <w:r>
              <w:rPr>
                <w:b/>
                <w:color w:val="0D5F78"/>
              </w:rPr>
              <w:t>Data</w:t>
            </w:r>
          </w:p>
          <w:p w:rsidR="00846492" w:rsidRDefault="00846492"/>
        </w:tc>
        <w:tc>
          <w:tcPr>
            <w:tcW w:w="4818" w:type="dxa"/>
          </w:tcPr>
          <w:p w:rsidR="00846492" w:rsidRDefault="00BE2FBD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:rsidR="00846492" w:rsidRDefault="00846492"/>
        </w:tc>
        <w:tc>
          <w:tcPr>
            <w:tcW w:w="3212" w:type="dxa"/>
          </w:tcPr>
          <w:p w:rsidR="00846492" w:rsidRDefault="00BE2FBD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6492" w:rsidRDefault="00846492"/>
        </w:tc>
      </w:tr>
    </w:tbl>
    <w:p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392" w:rsidRDefault="001F7392">
      <w:r>
        <w:separator/>
      </w:r>
    </w:p>
  </w:endnote>
  <w:endnote w:type="continuationSeparator" w:id="0">
    <w:p w:rsidR="001F7392" w:rsidRDefault="001F73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392" w:rsidRDefault="001F7392">
      <w:r>
        <w:separator/>
      </w:r>
    </w:p>
  </w:footnote>
  <w:footnote w:type="continuationSeparator" w:id="0">
    <w:p w:rsidR="001F7392" w:rsidRDefault="001F73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A55CA"/>
    <w:rsid w:val="001F7392"/>
    <w:rsid w:val="0029639D"/>
    <w:rsid w:val="0031113E"/>
    <w:rsid w:val="00320861"/>
    <w:rsid w:val="00326F90"/>
    <w:rsid w:val="003869B3"/>
    <w:rsid w:val="003F4418"/>
    <w:rsid w:val="004D2D0E"/>
    <w:rsid w:val="004E2246"/>
    <w:rsid w:val="00567B34"/>
    <w:rsid w:val="0060615D"/>
    <w:rsid w:val="006113A9"/>
    <w:rsid w:val="006C103E"/>
    <w:rsid w:val="00723A07"/>
    <w:rsid w:val="007C5D68"/>
    <w:rsid w:val="007F39C2"/>
    <w:rsid w:val="00846492"/>
    <w:rsid w:val="00852977"/>
    <w:rsid w:val="00870FD7"/>
    <w:rsid w:val="00932ED5"/>
    <w:rsid w:val="009E2047"/>
    <w:rsid w:val="00A17614"/>
    <w:rsid w:val="00AA1D8D"/>
    <w:rsid w:val="00AD1D4A"/>
    <w:rsid w:val="00AD5C27"/>
    <w:rsid w:val="00B47730"/>
    <w:rsid w:val="00B53D87"/>
    <w:rsid w:val="00B55607"/>
    <w:rsid w:val="00BE2FBD"/>
    <w:rsid w:val="00CA6FDB"/>
    <w:rsid w:val="00CB0664"/>
    <w:rsid w:val="00D2019F"/>
    <w:rsid w:val="00D2346C"/>
    <w:rsid w:val="00E34C87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23A0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D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A4FEF6-DDFB-4B88-A7AA-84D31C13A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4</cp:revision>
  <dcterms:created xsi:type="dcterms:W3CDTF">2013-12-23T23:15:00Z</dcterms:created>
  <dcterms:modified xsi:type="dcterms:W3CDTF">2026-10-08T06:57:00Z</dcterms:modified>
  <cp:category/>
</cp:coreProperties>
</file>